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4天不丹精华团体游：帕罗与廷布，幸福之地</w:t>
      </w:r>
    </w:p>
    <w:p>
      <w:pPr>
        <w:widowControl/>
      </w:pPr>
      <w:r>
        <w:t>线路编号：AOT-BT-A</w:t>
      </w:r>
    </w:p>
    <w:p>
      <w:pPr>
        <w:keepNext/>
        <w:widowControl/>
        <w:spacing w:before="240"/>
      </w:pPr>
      <w:r>
        <w:t>第1天 抵达不丹帕罗｜机场接机与酒店入住、帕罗机场鸟瞰点、不丹传统服饰体验</w:t>
      </w:r>
    </w:p>
    <w:p>
      <w:pPr>
        <w:widowControl/>
      </w:pPr>
      <w:r>
        <w:t>扎西德勒！欢迎来到不丹，喜马拉雅山脉中纯净的最后的香格里拉。深呼吸，在这片71%的国土被森林覆盖的幸福国度，感受清新的微风。您的导游将在帕罗国际机场迎接您，这是不丹唯一的国际机场。</w:t>
      </w:r>
    </w:p>
    <w:p>
      <w:pPr>
        <w:widowControl/>
      </w:pPr>
      <w:r>
        <w:t>作为进入不丹的主要门户，帕罗（海拔2270米）拥有标志性的虎穴寺，这里融合了宗教文化与自然美景，是必游之地。如果在3月来访，您可能有机会看到热闹的帕罗戒楚节。这一文化盛事旨在庆祝莲花生大师生辰，以色彩斑斓的舞蹈和神圣仪式为特色，使帕罗成为自然与文化遗产爱好者的重要目的地。</w:t>
      </w:r>
    </w:p>
    <w:p>
      <w:pPr>
        <w:widowControl/>
      </w:pPr>
      <w:r>
        <w:t>前往酒店途中，在帕罗机场鸟瞰点停留，欣赏帕罗河谷的壮丽全景，包括日蓬堡、国家博物馆和蜿蜒的帕罗楚河。您的导游将分享关于这座独特机场的有趣见闻。之后，入住舒适的酒店休息，适应新的时区，为接下来的旅程做好准备。</w:t>
      </w:r>
    </w:p>
    <w:p>
      <w:pPr>
        <w:widowControl/>
      </w:pPr>
      <w:r>
        <w:t>您将享受AOT提供的以下免费体验：</w:t>
      </w:r>
    </w:p>
    <w:p>
      <w:pPr>
        <w:widowControl/>
      </w:pPr>
      <w:r>
        <w:t>1. 不丹民族服饰体验：试穿不丹传统服饰，男士穿帼，女士穿旗拉。帼和旗拉通常由编织面料制成，图案和设计复杂，体现了该国的纺织传统。</w:t>
      </w:r>
    </w:p>
    <w:p>
      <w:pPr>
        <w:widowControl/>
      </w:pPr>
      <w:r>
        <w:t>2. 一瓶不丹红米酒：品尝不丹红米酒，这是一种用红米发酵制成的传统酒精饮料，红米是不丹的主要作物。它的酒精含量较低，通常比啤酒更甜。</w:t>
      </w:r>
    </w:p>
    <w:p>
      <w:pPr>
        <w:widowControl/>
      </w:pPr>
      <w:r>
        <w:t>如果所有成员在中午前抵达，您的导游可以带领大家自选参观日蓬堡和国家博物馆（门票自理）。请注意，帕罗堡每天开放，时间不定（工作日为上午9点至下午5点，周末为上午10点至下午4点），并且需要导游陪同。进入这些神圣场所前需接受安全检查，由此开始您对不丹文化的体验。</w:t>
      </w:r>
    </w:p>
    <w:p>
      <w:pPr>
        <w:widowControl/>
      </w:pPr>
      <w:r>
        <w:t>自由活动建议：</w:t>
      </w:r>
    </w:p>
    <w:p>
      <w:pPr>
        <w:widowControl/>
      </w:pPr>
      <w:r>
        <w:t>1. 参观帕罗当地市场或街道：不妨穿上不丹民族服装去参观当地市场或帕罗主街？看看不丹人吃什么，不丹菜肴中使用哪些食材。色彩鲜艳的辣椒、干奶酪、土豆、苹果……</w:t>
      </w:r>
    </w:p>
    <w:p>
      <w:pPr>
        <w:widowControl/>
      </w:pPr>
      <w:r>
        <w:t>2. 尝试不丹民族运动（费用自理）：射箭是不丹人最喜欢的消遣。它有着2000多年的历史，并于1971年被宣布为不丹的民族运动。传统不丹锦标赛的靶子放置在140米射程的两端（奥运会距离为70米）。享受持弓射箭的时光。</w:t>
      </w:r>
    </w:p>
    <w:p>
      <w:pPr>
        <w:widowControl/>
      </w:pPr>
      <w:r>
        <w:t>随时提前联系您的导游，获取更多根据您的兴趣定制的旅行建议和提示。</w:t>
      </w:r>
    </w:p>
    <w:p>
      <w:pPr>
        <w:widowControl/>
      </w:pPr>
      <w:r>
        <w:t>抵达建议：</w:t>
      </w:r>
    </w:p>
    <w:p>
      <w:pPr>
        <w:widowControl/>
      </w:pPr>
      <w:r>
        <w:t>乘飞机或陆路进入不丹都很方便。帕罗国际机场是主要枢纽，有不丹皇家航空和不丹航空的定期航班从德里、加尔各答、巴格多格拉、加雅、古瓦哈提、达卡、曼谷、加德满都、新加坡起飞。旅客也可以从印度通过彭措林或盖莱普经陆路进入。此外，季节性包机航班从香港和吉隆坡飞往帕罗。</w:t>
      </w:r>
    </w:p>
    <w:p>
      <w:pPr>
        <w:widowControl/>
      </w:pPr>
      <w:r>
        <w:t>温馨提示：</w:t>
      </w:r>
    </w:p>
    <w:p>
      <w:pPr>
        <w:widowControl/>
      </w:pPr>
      <w:r>
        <w:t>1. 您可以联系我们预订飞往帕罗的航班，直接降落在不丹。</w:t>
      </w:r>
    </w:p>
    <w:p>
      <w:pPr>
        <w:widowControl/>
      </w:pPr>
      <w:r>
        <w:t>2. 除印度游客（需要许可证）外，所有国籍的游客都需要在进入不丹前办理电子签证（40美元/人）。欢迎所有国籍的游客访问不丹，对授予入境签证没有具体限制。</w:t>
      </w:r>
    </w:p>
    <w:p>
      <w:pPr>
        <w:widowControl/>
      </w:pPr>
      <w:r>
        <w:t>3. 印度游客可以申请许可证，但需要持有印度护照或印度选民身份证。</w:t>
      </w:r>
    </w:p>
    <w:p>
      <w:pPr>
        <w:widowControl/>
      </w:pPr>
      <w:r>
        <w:t>4. 孟加拉国和马尔代夫游客也需要签证，可以在旅行前提前申请获批，或在抵达不丹时办理。</w:t>
      </w:r>
    </w:p>
    <w:p>
      <w:pPr>
        <w:widowControl/>
      </w:pPr>
      <w:r>
        <w:t>概述：海拔：2270米｜距离：8公里，约0.5小时车程</w:t>
      </w:r>
    </w:p>
    <w:p>
      <w:pPr>
        <w:widowControl/>
      </w:pPr>
      <w:r>
        <w:t>景点：根据您的航班时间安排游览</w:t>
      </w:r>
    </w:p>
    <w:p>
      <w:pPr>
        <w:widowControl/>
      </w:pPr>
      <w:r>
        <w:t>交通与活动：车辆</w:t>
      </w:r>
    </w:p>
    <w:p>
      <w:pPr>
        <w:widowControl/>
      </w:pPr>
      <w:r>
        <w:t>用餐：晚餐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第2天 帕罗之旅：虎穴寺徒步与祈楚拉康</w:t>
      </w:r>
    </w:p>
    <w:p>
      <w:pPr>
        <w:widowControl/>
      </w:pPr>
      <w:r>
        <w:t>今天上午，您将开始前往虎穴寺的徒步之旅。虎穴寺是不丹的地标，也是全国最著名的佛教圣地。从帕罗市区到虎穴寺徒步起点约12公里车程，需要半个多小时。</w:t>
      </w:r>
    </w:p>
    <w:p>
      <w:pPr>
        <w:widowControl/>
      </w:pPr>
      <w:r>
        <w:t>虎穴寺徒步往返约9.6公里，需要5至6小时。您可以选择骑马（自费项目）到半山腰，那里的Taktsang Cafeteria餐厅提供午餐，也能看到经典的景观。沿着挂满经幡的森林向上走，可以欣赏帕罗山谷的全景。如果在4月前往，还能看到通往这座佛教圣地的小路旁盛开着鲜艳的杜鹃花。</w:t>
      </w:r>
    </w:p>
    <w:p>
      <w:pPr>
        <w:widowControl/>
      </w:pPr>
      <w:r>
        <w:t>在虎穴寺（海拔3,120米）对面，您可以欣赏到不丹最具代表性的地标，它位于帕罗山谷上方900米处的悬崖上。传说莲花生大士在8世纪骑着一只母虎来到这里冥想。虽然现在的建筑建于1692年，并于2005年精心重建，但它仍然是不丹最神圣的朝圣地。您可以探索这座建筑奇迹，感受世界各地佛教徒所尊崇的宗教氛围。</w:t>
      </w:r>
    </w:p>
    <w:p>
      <w:pPr>
        <w:widowControl/>
      </w:pPr>
      <w:r>
        <w:t>虎穴寺徒步结束后，前往祈楚拉康，它也被称为千手千眼观世音菩萨庙。这是7世纪（约公元659年）松赞干布国王建造的108座佛教寺庙之一，据信是为了镇伏西藏魔女的左腿而建。祈楚拉康也是不丹最古老的藏传佛教寺庙之一，并且是不丹王室举行重要庆典的场所。</w:t>
      </w:r>
    </w:p>
    <w:p>
      <w:pPr>
        <w:widowControl/>
      </w:pPr>
      <w:r>
        <w:t>在主殿内，您将看到一件国宝：备受尊崇的8岁释迦牟尼佛像，与西藏著名的觉沃佛像齐名。寺庙还供奉着宁玛派大师顶果钦哲仁波切的舍利塔。重要的文物包括由唐东杰布打造的铁链，他是“铁桥建造者”和藏戏之父，体现了这座圣地所保存的深厚历史与宗教内涵。</w:t>
      </w:r>
    </w:p>
    <w:p>
      <w:pPr>
        <w:widowControl/>
      </w:pPr>
      <w:r>
        <w:t>最后，返回帕罗过夜。</w:t>
      </w:r>
    </w:p>
    <w:p>
      <w:pPr>
        <w:widowControl/>
      </w:pPr>
      <w:r>
        <w:t>不丹帕罗可选体验：</w:t>
      </w:r>
    </w:p>
    <w:p>
      <w:pPr>
        <w:widowControl/>
      </w:pPr>
      <w:r>
        <w:t>1. 不丹传统热石浴（1小时）。</w:t>
      </w:r>
    </w:p>
    <w:p>
      <w:pPr>
        <w:widowControl/>
      </w:pPr>
      <w:r>
        <w:t>2. 在祈楚拉康点酥油灯祈福（108盏）。</w:t>
      </w:r>
    </w:p>
    <w:p>
      <w:pPr>
        <w:widowControl/>
      </w:pPr>
      <w:r>
        <w:t>温馨提示：</w:t>
      </w:r>
    </w:p>
    <w:p>
      <w:pPr>
        <w:widowControl/>
      </w:pPr>
      <w:r>
        <w:t>1. 参观虎穴寺的最佳时间是3月至5月以及10月至12月。中午过后，寺院会隐没在悬崖的阴影中，因此如果想拍出好照片，建议尽早出发。</w:t>
      </w:r>
    </w:p>
    <w:p>
      <w:pPr>
        <w:widowControl/>
      </w:pPr>
      <w:r>
        <w:t>2. 虎穴寺提供骑马上山服务，但骑马只能到达指定地点。从那里开始，您仍需徒步才能到达寺院。下山时，您必须全程步行，因为不提供骑马服务。</w:t>
      </w:r>
    </w:p>
    <w:p>
      <w:pPr>
        <w:widowControl/>
      </w:pPr>
      <w:r>
        <w:t>3. 虎穴寺内不允许携带手机和背包。个人物品可寄存在入口处。如果您想点酥油灯，请确保在寄存物品前准备好现金。</w:t>
      </w:r>
    </w:p>
    <w:p>
      <w:pPr>
        <w:widowControl/>
      </w:pPr>
      <w:r>
        <w:t>4. 沿途可能会遇到流浪狗。请注意，给它们空间，避免打扰它们。</w:t>
      </w:r>
    </w:p>
    <w:p>
      <w:pPr>
        <w:widowControl/>
      </w:pPr>
      <w:r>
        <w:t>概述：海拔：2,270-3,120米 I 距离：30公里，约1.5小时车程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第3天 帕罗至廷布之旅：探访塔姆乔克寺铁桥、佛陀观景点、国家纪念塔、羚牛保护区与廷布宗</w:t>
      </w:r>
    </w:p>
    <w:p>
      <w:pPr>
        <w:widowControl/>
      </w:pPr>
      <w:r>
        <w:t>今天，我们将前往不丹首都廷布，距离约50公里，车程约1.5小时。途中，我们将在塔姆乔克寺铁桥停留参观。抵达廷布（海拔2,340米）后，您将有一整天的观光行程。您可以探索其丰富的文化遗产，如佛陀多登玛雕像、国家纪念塔、莫提塘羚牛保护区和扎西却宗。</w:t>
      </w:r>
    </w:p>
    <w:p>
      <w:pPr>
        <w:widowControl/>
      </w:pPr>
      <w:r>
        <w:t>从帕罗到廷布的途中，参观历史悠久的塔姆乔克寺铁桥（仅从外部观看塔乔克寺），横跨帕罗河。这座独特的建筑由传奇的“铁桥建造者”唐东杰布建造，邀请您走过装饰着鲜艳经幡的铁链。虽然寺庙本身仅从外部观看，但这座桥提供了亲身体验15世纪工程和不丹神圣传统的难得机会。</w:t>
      </w:r>
    </w:p>
    <w:p>
      <w:pPr>
        <w:widowControl/>
      </w:pPr>
      <w:r>
        <w:t>然后，参观佛陀多登玛雕像（佛陀观景点），这是世界上最大的坐姿释迦牟尼雕像，也是廷布市的地标。这座标志性建筑高51.5米，镀金而成，内部供奉着125,000尊小佛像。若在节日期间参观，可目睹神圣的金刚舞和仪式。除了其精神意义外，这个观景点还提供了廷布谷地的壮丽全景，从高处展示这座城市独特的红色和绿色屋顶建筑。</w:t>
      </w:r>
    </w:p>
    <w:p>
      <w:pPr>
        <w:widowControl/>
      </w:pPr>
      <w:r>
        <w:t>作为不丹最大的城市，廷布没有红绿灯和铁路系统。当您进入城市时，可以参观国家纪念塔，并像当地人一样体验。按照不丹人的习俗，顺时针绕塔转经（kora）并祈祷。这将为您提供许多与当地人互动的机会，了解他们的日常生活以及他们对幸福的哲学。</w:t>
      </w:r>
    </w:p>
    <w:p>
      <w:pPr>
        <w:widowControl/>
      </w:pPr>
      <w:r>
        <w:t>国家纪念塔是廷布最具标志性的地标，建于1974年，以纪念“现代不丹之父”。这座藏式佛塔象征着世界和平，并拥有复杂的宗教艺术。之后，参观莫提塘羚牛保护区，观赏不丹的国兽。传说这种独特的生物——看起来像山羊和牛的混合体——是由“神圣疯僧”竹巴昆列创造的，为您的旅程增添了一丝神话色彩。</w:t>
      </w:r>
    </w:p>
    <w:p>
      <w:pPr>
        <w:widowControl/>
      </w:pPr>
      <w:r>
        <w:t>探索扎西却宗（廷布宗），这座雄伟的“光荣宗教堡垒”自1952年以来一直是不丹的政府所在地。它位于旺楚河沿岸，内有国王办公室和杰堪布的夏宫。漫步于其茂密的花园，欣赏宏伟的建筑。秋季，其北庭院成为廷布戒楚节（每年约9月或10月举行）的生动舞台，上演神圣的假面舞蹈。</w:t>
      </w:r>
    </w:p>
    <w:p>
      <w:pPr>
        <w:widowControl/>
      </w:pPr>
      <w:r>
        <w:t>注意：廷布宗的游客开放时间为工作日下午5点至6点30分，周末上午10点至下午4点。参观宗堡需要导游陪同。进入参观前需进行安全检查。如果您在合适的时间参观（足够幸运），可能有机会看到降旗仪式。</w:t>
      </w:r>
    </w:p>
    <w:p>
      <w:pPr>
        <w:widowControl/>
      </w:pPr>
      <w:r>
        <w:t>最后，是晚餐时间。您可以在民俗遗产博物馆餐厅享用传统餐食。这家餐厅由不丹王太后阿希·多吉·旺姆·旺楚克陛下创立，是一个旨在推广不丹烹饪艺术（传统不丹菜肴）的倾心项目。晚餐后，您将在廷布过夜，享受安稳的睡眠。</w:t>
      </w:r>
    </w:p>
    <w:p>
      <w:pPr>
        <w:widowControl/>
      </w:pPr>
      <w:r>
        <w:t>可选的不丹廷布体验：</w:t>
      </w:r>
    </w:p>
    <w:p>
      <w:pPr>
        <w:widowControl/>
      </w:pPr>
      <w:r>
        <w:t>1. 民俗遗产博物馆：如果时间允许，参观民俗遗产博物馆，这是一个了解不丹乡村过去的迷人窗口，由不丹王太后建立。</w:t>
      </w:r>
    </w:p>
    <w:p>
      <w:pPr>
        <w:widowControl/>
      </w:pPr>
      <w:r>
        <w:t>2. Simply Bhutan博物馆：如果时间允许，参观Simply Bhutan博物馆，探索更多不丹文化。</w:t>
      </w:r>
    </w:p>
    <w:p>
      <w:pPr>
        <w:widowControl/>
      </w:pPr>
      <w:r>
        <w:t>3. 不丹邮票印刷：全功能邮票，印有自画像（不丹邮局：工作日：上午9点至下午5点；周六：上午9点至下午1点；周日关闭）。</w:t>
      </w:r>
    </w:p>
    <w:p>
      <w:pPr>
        <w:widowControl/>
      </w:pPr>
      <w:r>
        <w:t>概述：海拔：2,270-2,300米 | 距离：50公里，约1.5小时车程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住宿：廷布</w:t>
      </w:r>
    </w:p>
    <w:p>
      <w:pPr>
        <w:keepNext/>
        <w:widowControl/>
        <w:spacing w:before="240"/>
      </w:pPr>
      <w:r>
        <w:t>第4天 廷布至帕罗离境｜酒店退房与机场送机</w:t>
      </w:r>
    </w:p>
    <w:p>
      <w:pPr>
        <w:widowControl/>
      </w:pPr>
      <w:r>
        <w:t>幸福是一个地方，愿您与我们一同在这美丽的喜马拉雅国度收获了您的幸福哲学。现在是时候结束您为期4天的不丹跟团游了。您的导游将护送您前往帕罗国际机场（50公里，1.5小时），搭乘航班前往下一个目的地。</w:t>
      </w:r>
    </w:p>
    <w:p>
      <w:pPr>
        <w:widowControl/>
      </w:pPr>
      <w:r>
        <w:t>延伸建议：如果您希望在不丹旅行更长时间，可以将行程延伸至不丹其他精华地区，包括哈阿、普那卡、冈提和布姆唐。</w:t>
      </w:r>
    </w:p>
    <w:p>
      <w:pPr>
        <w:widowControl/>
      </w:pPr>
      <w:r>
        <w:t>感谢您选择 Asia Odyssey Travel (AOT) 的不丹之旅，我们始终在这里为您服务，并希望您下次中国/亚洲之旅再次相见。旅途平安！</w:t>
      </w:r>
    </w:p>
    <w:p>
      <w:pPr>
        <w:widowControl/>
      </w:pPr>
      <w:r>
        <w:t>概述：海拔：2,300-2,270米 | 距离：50公里，约1.5小时车程</w:t>
      </w:r>
    </w:p>
    <w:p>
      <w:pPr>
        <w:widowControl/>
      </w:pPr>
      <w:r>
        <w:t>景点：机场送机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4天不丹精华团体游：帕罗与廷布，幸福之地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