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6天不丹最佳跟团游：帕罗、廷布与普纳卡</w:t>
      </w:r>
    </w:p>
    <w:p>
      <w:pPr>
        <w:widowControl/>
      </w:pPr>
      <w:r>
        <w:t>线路编号：AOT-BT-B</w:t>
      </w:r>
    </w:p>
    <w:p>
      <w:pPr>
        <w:keepNext/>
        <w:widowControl/>
        <w:spacing w:before="240"/>
      </w:pPr>
      <w:r>
        <w:t>第1天 抵达不丹帕罗｜机场接机与酒店入住、帕罗机场观景台、不丹传统服饰体验</w:t>
      </w:r>
    </w:p>
    <w:p>
      <w:pPr>
        <w:widowControl/>
      </w:pPr>
      <w:r>
        <w:t>扎西德勒！欢迎来到不丹——坐落于原始喜马拉雅山脉中的“最后的香格里拉”。在这个幸福的国度呼吸新鲜空气，这里71%的土地被茂密的森林覆盖。抵达帕罗国际机场后，我们的当地团队将热情迎接您。</w:t>
      </w:r>
    </w:p>
    <w:p>
      <w:pPr>
        <w:widowControl/>
      </w:pPr>
      <w:r>
        <w:t>帕罗是不丹的主要门户，也是传奇的虎穴寺所在地，这里是一处重要的佛教圣地。3月到访的游客可以体验帕罗戒楚节，这是一个纪念莲花生大师的盛大节日，有神圣的仪式、面具舞和令人惊叹的悬崖景观，让您深入了解不丹的文化遗产。</w:t>
      </w:r>
    </w:p>
    <w:p>
      <w:pPr>
        <w:widowControl/>
      </w:pPr>
      <w:r>
        <w:t>在帕罗机场观景台停留，第一眼欣赏山谷的壮丽景色，包括仁蓬宗和翠绿的帕罗楚河。在了解这座高山机场的独特挑战后，随后送您前往酒店。放松身心，适应环境，放慢脚步，感受不丹宁静的生活。</w:t>
      </w:r>
    </w:p>
    <w:p>
      <w:pPr>
        <w:widowControl/>
      </w:pPr>
      <w:r>
        <w:t>您将享受AOT提供的以下免费体验：</w:t>
      </w:r>
    </w:p>
    <w:p>
      <w:pPr>
        <w:widowControl/>
      </w:pPr>
      <w:r>
        <w:t>1. 不丹民族服饰体验：试穿不丹传统服饰，男士穿帼，女士穿旗拉。帼和旗拉通常由编织面料制成，带有复杂的图案和设计，体现了该国的纺织传统。</w:t>
      </w:r>
    </w:p>
    <w:p>
      <w:pPr>
        <w:widowControl/>
      </w:pPr>
      <w:r>
        <w:t>2. 一瓶不丹红米酒：品尝不丹红米酒，这是一种传统的酒精饮料，通过发酵红米制成，红米是不丹的主要作物。它的酒精含量较低，通常比啤酒更甜。</w:t>
      </w:r>
    </w:p>
    <w:p>
      <w:pPr>
        <w:widowControl/>
      </w:pPr>
      <w:r>
        <w:t>如果您的团队在中午前抵达，可选择参观仁蓬宗和国家博物馆。请注意，帕罗宗需要导游陪同，工作日开放时间为上午9点至下午5点，周末为上午10点至下午4点。通过安检后，在这些神圣的地点开始您的文化之旅。请注意，门票需自理。</w:t>
      </w:r>
    </w:p>
    <w:p>
      <w:pPr>
        <w:widowControl/>
      </w:pPr>
      <w:r>
        <w:t>自由活动建议：</w:t>
      </w:r>
    </w:p>
    <w:p>
      <w:pPr>
        <w:widowControl/>
      </w:pPr>
      <w:r>
        <w:t>1. 参观帕罗当地市场或街道：穿上不丹传统服饰，探索帕罗当地市场或主要街道。发现当地食材，如鲜艳的辣椒、干奶酪和新鲜苹果。</w:t>
      </w:r>
    </w:p>
    <w:p>
      <w:pPr>
        <w:widowControl/>
      </w:pPr>
      <w:r>
        <w:t>2. 尝试不丹国技（费用自理）：尝试射箭，这是不丹自1971年以来的民族运动。传统上在具有挑战性的140米距离进行，是当地最受欢迎的爱好。拿起弓箭，亲身体验这一古老的不丹传统。</w:t>
      </w:r>
    </w:p>
    <w:p>
      <w:pPr>
        <w:widowControl/>
      </w:pPr>
      <w:r>
        <w:t>请随时提前联系您的导游，获取更多根据您兴趣定制的旅行建议和提示。</w:t>
      </w:r>
    </w:p>
    <w:p>
      <w:pPr>
        <w:widowControl/>
      </w:pPr>
      <w:r>
        <w:t>抵达方式建议：</w:t>
      </w:r>
    </w:p>
    <w:p>
      <w:pPr>
        <w:widowControl/>
      </w:pPr>
      <w:r>
        <w:t>进入不丹可通过航空或陆路。帕罗国际机场连接德里、加尔各答、巴格多格拉、加雅、古瓦哈提、达卡、曼谷、加德满都和樟宜等主要枢纽，由不丹皇家航空和不丹航空公司运营。或者，从印度经彭措林或盖莱普通过公路进入。来自香港和吉隆坡的季节性包机航班提供额外的便捷门户。</w:t>
      </w:r>
    </w:p>
    <w:p>
      <w:pPr>
        <w:widowControl/>
      </w:pPr>
      <w:r>
        <w:t>温馨提示：</w:t>
      </w:r>
    </w:p>
    <w:p>
      <w:pPr>
        <w:widowControl/>
      </w:pPr>
      <w:r>
        <w:t>1. 您可以联系我们预订飞往帕罗的航班，直接降落在不丹。</w:t>
      </w:r>
    </w:p>
    <w:p>
      <w:pPr>
        <w:widowControl/>
      </w:pPr>
      <w:r>
        <w:t>2. 除印度游客（需要许可证）外，所有国籍的游客在进入不丹前都需要电子签证（40美元/人）。欢迎所有国籍的游客访问不丹，对授予进入该国的签证没有具体限制。</w:t>
      </w:r>
    </w:p>
    <w:p>
      <w:pPr>
        <w:widowControl/>
      </w:pPr>
      <w:r>
        <w:t>3. 来自印度的游客可以申请许可证，但需要持有印度护照或印度选民身份证。</w:t>
      </w:r>
    </w:p>
    <w:p>
      <w:pPr>
        <w:widowControl/>
      </w:pPr>
      <w:r>
        <w:t>4. 来自孟加拉国和马尔代夫的游客也需要签证，可以在旅行前或抵达不丹时申请并获得批准。</w:t>
      </w:r>
    </w:p>
    <w:p>
      <w:pPr>
        <w:widowControl/>
      </w:pPr>
      <w:r>
        <w:t>概述：海拔：2,270米｜距离：8公里，约0.5小时车程</w:t>
      </w:r>
    </w:p>
    <w:p>
      <w:pPr>
        <w:widowControl/>
      </w:pPr>
      <w:r>
        <w:t>景点：根据您的航班时间探索</w:t>
      </w:r>
    </w:p>
    <w:p>
      <w:pPr>
        <w:widowControl/>
      </w:pPr>
      <w:r>
        <w:t>交通与活动：车辆</w:t>
      </w:r>
    </w:p>
    <w:p>
      <w:pPr>
        <w:widowControl/>
      </w:pPr>
      <w:r>
        <w:t>用餐：晚餐</w:t>
      </w:r>
    </w:p>
    <w:p>
      <w:pPr>
        <w:widowControl/>
      </w:pPr>
      <w:r>
        <w:t>住宿：帕罗</w:t>
      </w:r>
    </w:p>
    <w:p>
      <w:pPr>
        <w:keepNext/>
        <w:widowControl/>
        <w:spacing w:before="240"/>
      </w:pPr>
      <w:r>
        <w:t>第2天 帕罗之旅：虎穴寺徒步与祈楚寺</w:t>
      </w:r>
    </w:p>
    <w:p>
      <w:pPr>
        <w:widowControl/>
      </w:pPr>
      <w:r>
        <w:t>今天上午，您将准备开始激动人心的虎穴寺徒步之旅。虎穴寺是不丹的地标，也是该国最著名的佛教圣地。从帕罗市区到虎穴寺徒步路线的起点大约12公里车程（超过0.5小时）。</w:t>
      </w:r>
    </w:p>
    <w:p>
      <w:pPr>
        <w:widowControl/>
      </w:pPr>
      <w:r>
        <w:t>前往虎穴寺的9.6公里徒步大约需要5至6小时。如果想更轻松一些，可以选择骑马到半途。春季出行的游客将欣赏到鲜艳的杜鹃花和神圣的经幡。这条传奇的徒步路线能提供无与伦比的帕罗谷全景，是不丹行程中的终极亮点。</w:t>
      </w:r>
    </w:p>
    <w:p>
      <w:pPr>
        <w:widowControl/>
      </w:pPr>
      <w:r>
        <w:t>然后，面对传奇的虎穴寺，您将看到不丹最具标志性的地标，它坐落在帕罗谷上方900米处。据称，8世纪时莲花生大师骑着一只飞虎降临此地禅修，该圣地于1692年正式建成。尽管1998年遭遇火灾，寺院在2005年前被精心修复。您可以徒步进入内部探索其神圣殿堂，但严禁拍照。</w:t>
      </w:r>
    </w:p>
    <w:p>
      <w:pPr>
        <w:widowControl/>
      </w:pPr>
      <w:r>
        <w:t>徒步结束后，参观祈楚寺。这是不丹最古老的寺庙之一，由松赞干布国王于7世纪建造。这座圣地珍藏着一件国宝：一尊与拉萨觉沃佛同时期的释迦牟尼佛像。您还会在珍贵的历史文物中看到顶果钦哲仁波切的舍利塔，以及传奇的“铁桥”建造者唐东杰布锻造的铁链。</w:t>
      </w:r>
    </w:p>
    <w:p>
      <w:pPr>
        <w:widowControl/>
      </w:pPr>
      <w:r>
        <w:t>最后，返回帕罗过夜。</w:t>
      </w:r>
    </w:p>
    <w:p>
      <w:pPr>
        <w:widowControl/>
      </w:pPr>
      <w:r>
        <w:t>可选的不丹帕罗体验：</w:t>
      </w:r>
    </w:p>
    <w:p>
      <w:pPr>
        <w:widowControl/>
      </w:pPr>
      <w:r>
        <w:t>1. 不丹传统热石浴（1小时）。</w:t>
      </w:r>
    </w:p>
    <w:p>
      <w:pPr>
        <w:widowControl/>
      </w:pPr>
      <w:r>
        <w:t>2. 在祈楚寺点亮酥油灯祈福（108盏）。</w:t>
      </w:r>
    </w:p>
    <w:p>
      <w:pPr>
        <w:widowControl/>
      </w:pPr>
      <w:r>
        <w:t>温馨提示：</w:t>
      </w:r>
    </w:p>
    <w:p>
      <w:pPr>
        <w:widowControl/>
      </w:pPr>
      <w:r>
        <w:t>1. 参观虎穴寺的理想时间是3月至5月或10月至12月。尽早出发以获得最佳光线和摄影效果，因为中午过后寺院会陷入悬崖阴影中。</w:t>
      </w:r>
    </w:p>
    <w:p>
      <w:pPr>
        <w:widowControl/>
      </w:pPr>
      <w:r>
        <w:t>2. 上山途中可选择骑马，但只能到特定地点；最后一段到寺院必须徒步。下山时，您必须全程步行。</w:t>
      </w:r>
    </w:p>
    <w:p>
      <w:pPr>
        <w:widowControl/>
      </w:pPr>
      <w:r>
        <w:t>3. 虎穴寺内禁止携带背包和手机。请将物品存放在入口处。如果您计划点酥油灯，请在存放物品前随身携带一些现金。</w:t>
      </w:r>
    </w:p>
    <w:p>
      <w:pPr>
        <w:widowControl/>
      </w:pPr>
      <w:r>
        <w:t>4. 沿途可能会遇到流浪狗。请注意，给它们空间，避免打扰它们。</w:t>
      </w:r>
    </w:p>
    <w:p>
      <w:pPr>
        <w:widowControl/>
      </w:pPr>
      <w:r>
        <w:t>概述：海拔：2,270-3,120米；距离：30公里，约1.5小时车程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用餐：早餐、午餐、晚餐</w:t>
      </w:r>
    </w:p>
    <w:p>
      <w:pPr>
        <w:widowControl/>
      </w:pPr>
      <w:r>
        <w:t>住宿：帕罗</w:t>
      </w:r>
    </w:p>
    <w:p>
      <w:pPr>
        <w:keepNext/>
        <w:widowControl/>
        <w:spacing w:before="240"/>
      </w:pPr>
      <w:r>
        <w:t>第3天 帕罗至廷布之旅：塔姆乔克寺铁桥、佛祖点、国家纪念塔、羚牛保护区、廷布宗</w:t>
      </w:r>
    </w:p>
    <w:p>
      <w:pPr>
        <w:widowControl/>
      </w:pPr>
      <w:r>
        <w:t>今日驱车50公里（约1.5小时）前往廷布（海拔2,340米）。</w:t>
      </w:r>
    </w:p>
    <w:p>
      <w:pPr>
        <w:widowControl/>
      </w:pPr>
      <w:r>
        <w:t>不要错过塔姆乔克寺铁桥，这是帕罗和廷布之间迷人的河畔地标。走过由圣人唐东杰布在15世纪锻造的原始铁链桥。五彩经幡和历史悠久的寺庙景色，使这里成为不丹工程与神圣传统完美融合的停留点。</w:t>
      </w:r>
    </w:p>
    <w:p>
      <w:pPr>
        <w:widowControl/>
      </w:pPr>
      <w:r>
        <w:t>然后，参观佛陀多登玛雕像（佛祖点），高51.5米，是世界上最大的坐姿释迦牟尼佛像。这座镀金青铜结构内部包含多达125,000尊佛像。从山顶位置，您可以欣赏到城市标志性的红色和绿色屋顶的壮丽景色。这是2015年完成的现代杰作，作为整个廷布谷地的宁静哨兵。</w:t>
      </w:r>
    </w:p>
    <w:p>
      <w:pPr>
        <w:widowControl/>
      </w:pPr>
      <w:r>
        <w:t>作为不丹最大的城市，廷布独特地没有红绿灯和铁路。在国家纪念塔感受当地生活，您可以与居民一起顺时针转塔。这种传统的绕行提供了了解不丹哲学和日常祈祷的窗口，提供了与社区互动并理解他们对幸福看法的有意义机会。</w:t>
      </w:r>
    </w:p>
    <w:p>
      <w:pPr>
        <w:widowControl/>
      </w:pPr>
      <w:r>
        <w:t>国家纪念塔是廷布最受欢迎的地标，建于1974年，以纪念“现代不丹之父”。这座藏式佛塔拥有促进世界和平的复杂雕塑。之后，探索莫蒂唐羚牛保护区，邂逅不丹的国兽。传说“神圣疯僧”竹巴昆列用山羊头和牛身奇迹般地创造了这种独特生物，使其成为自然爱好者的必看之地。</w:t>
      </w:r>
    </w:p>
    <w:p>
      <w:pPr>
        <w:widowControl/>
      </w:pPr>
      <w:r>
        <w:t>参观扎西却宗，雄伟的“光荣宗教堡垒”，是不丹的行政和宗教中心。位于旺楚河畔，它容纳了国王办公室和杰堪布的夏宫。探索其宏伟建筑和修剪整齐的花园，或参观北部的僧侣区，那里是充满活力的廷布戒楚节的举办地。这座巨大的地标完美体现了国家精神与政治权力的结合。</w:t>
      </w:r>
    </w:p>
    <w:p>
      <w:pPr>
        <w:widowControl/>
      </w:pPr>
      <w:r>
        <w:t>注意：廷布宗开放时间为工作日（下午5:00–6:30）和周末（上午10:00–下午4:00）。入场需要持证导游和安全检查。如果时间合适，您可能目睹降旗仪式，为您的堡垒参观增添爱国色彩。</w:t>
      </w:r>
    </w:p>
    <w:p>
      <w:pPr>
        <w:widowControl/>
      </w:pPr>
      <w:r>
        <w:t>在民俗遗产博物馆餐厅结束您的一天，这是由王太后阿希·多吉·旺姆·旺楚克创立的烹饪倡议。在这里，您将享用旨在保护国家丰富饮食遗产的正宗不丹菜肴。之后，返回酒店，在廷布享受宁静的夜晚休息，完美结束您的一天文化探索。</w:t>
      </w:r>
    </w:p>
    <w:p>
      <w:pPr>
        <w:widowControl/>
      </w:pPr>
      <w:r>
        <w:t>可选不丹廷布体验：</w:t>
      </w:r>
    </w:p>
    <w:p>
      <w:pPr>
        <w:widowControl/>
      </w:pPr>
      <w:r>
        <w:t>民俗遗产博物馆：如果时间允许，您可以参观民俗遗产博物馆，一个了解不丹乡村过去的迷人窗口，由不丹王太后建立。</w:t>
      </w:r>
    </w:p>
    <w:p>
      <w:pPr>
        <w:widowControl/>
      </w:pPr>
      <w:r>
        <w:t>简单不丹博物馆：如果时间允许，您可以参观简单不丹博物馆，探索更多关于不丹文化。</w:t>
      </w:r>
    </w:p>
    <w:p>
      <w:pPr>
        <w:widowControl/>
      </w:pPr>
      <w:r>
        <w:t>不丹邮票印刷：功能齐全的邮票印刷，可印制自画像（不丹邮局：工作日：上午9点至下午5点；周六：上午9点至下午1点；周日休息）。</w:t>
      </w:r>
    </w:p>
    <w:p>
      <w:pPr>
        <w:widowControl/>
      </w:pPr>
      <w:r>
        <w:t>概述：海拔：2,270-2,300米 I 距离：50公里，约1.5小时车程</w:t>
      </w:r>
    </w:p>
    <w:p>
      <w:pPr>
        <w:widowControl/>
      </w:pPr>
      <w:r>
        <w:t>景点：5个标志性景点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用餐：早餐、午餐、晚餐</w:t>
      </w:r>
    </w:p>
    <w:p>
      <w:pPr>
        <w:widowControl/>
      </w:pPr>
      <w:r>
        <w:t>住宿：廷布</w:t>
      </w:r>
    </w:p>
    <w:p>
      <w:pPr>
        <w:keepNext/>
        <w:widowControl/>
        <w:spacing w:before="240"/>
      </w:pPr>
      <w:r>
        <w:t>第4天 廷布至普那卡之旅：多楚拉山口（海拔3,120米）、奇美拉康、普那卡宗</w:t>
      </w:r>
    </w:p>
    <w:p>
      <w:pPr>
        <w:widowControl/>
      </w:pPr>
      <w:r>
        <w:t>从廷布出发，经由风景优美的多楚拉山口前往普那卡，全程约2.5小时，途中景观不断变化。从廷布凉爽的海拔（2,300米）一路攀升至雄伟的山口（3,120米），随后下行进入温暖葱郁的普那卡谷地（1,330米）。这段车程沿途景色丰富，环境从高山峰峦逐渐过渡为翠绿的亚热带山谷。</w:t>
      </w:r>
    </w:p>
    <w:p>
      <w:pPr>
        <w:widowControl/>
      </w:pPr>
      <w:r>
        <w:t>在多楚拉山口停留，这是不丹最美丽的山口之一。天气晴朗时，可欣赏壮观的喜马拉雅山脉景色，包括海拔7,570米的岗卡本森峰，还可以在当地咖啡馆享用咖啡。在山顶，观赏108座纪念佛塔和飘扬的经幡。这些佛塔名为“竹巴噶举旺楚克康章”，是为纪念阵亡将士而建，也是为世界和平与安宁所作的深切祈愿。</w:t>
      </w:r>
    </w:p>
    <w:p>
      <w:pPr>
        <w:widowControl/>
      </w:pPr>
      <w:r>
        <w:t>继续前往普那卡，途中徒步前往奇美拉康，这是一处引人入胜的“文化冲击”之地。穿过稻田和村庄，您会看到随处可见的阳具符号，这是为了纪念“神圣疯僧”竹巴昆列，他曾用“神奇雷霆”击败恶魔。作为求子圣地，这座寺庙吸引着前来祈求子女的夫妇。如果幸运的话，您会看到僧侣用木制阳具为朝圣者赐福，这是不丹驱邪的传统仪式。</w:t>
      </w:r>
    </w:p>
    <w:p>
      <w:pPr>
        <w:widowControl/>
      </w:pPr>
      <w:r>
        <w:t>之后，驱车前往普那卡市，这座不丹旧都位于莫楚河和普楚河风景如画的交汇处。宏伟的普那卡宗雄踞于景观之中，是杰堪布和1,000名僧侣的冬季居所。这座“最美丽的宗堡”曾举办过皇家加冕典礼和婚礼。若在四月到访，可欣赏美丽的紫色蓝花楹盛开；若恰逢普那卡戒楚节，则可看到充满活力的面具舞和身着传统帼与旗拉服饰的当地人。</w:t>
      </w:r>
    </w:p>
    <w:p>
      <w:pPr>
        <w:widowControl/>
      </w:pPr>
      <w:r>
        <w:t>穿过巴扎姆桥探索普那卡宗，这座杰作在没有使用钉子或书面计划的情况下建成。这座独特的堡垒拥有三个庭院和一座六层的乌策（中央塔楼），内藏神圣文物。探索胜利佛塔、皇家殿堂以及夏仲阿旺南杰的最终安息之地。最后，参观百柱集会厅，在令人惊叹的石木建筑中，精美的壁画生动地描绘了佛陀的一生。</w:t>
      </w:r>
    </w:p>
    <w:p>
      <w:pPr>
        <w:widowControl/>
      </w:pPr>
      <w:r>
        <w:t>注意：普那卡宗的游客开放时间为工作日9:00至17:00，周末10:00至16:00。参观宗堡需由导游陪同。进入参观前需进行安全检查。</w:t>
      </w:r>
    </w:p>
    <w:p>
      <w:pPr>
        <w:widowControl/>
      </w:pPr>
      <w:r>
        <w:t>夜宿普那卡，为第二天的旅程做好准备。</w:t>
      </w:r>
    </w:p>
    <w:p>
      <w:pPr>
        <w:widowControl/>
      </w:pPr>
      <w:r>
        <w:t>概述：海拔：2,300-1,350米 | 距离：74公里，约2.5小时车程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用餐：早餐、午餐、晚餐</w:t>
      </w:r>
    </w:p>
    <w:p>
      <w:pPr>
        <w:widowControl/>
      </w:pPr>
      <w:r>
        <w:t>住宿：普那卡</w:t>
      </w:r>
    </w:p>
    <w:p>
      <w:pPr>
        <w:keepNext/>
        <w:widowControl/>
        <w:spacing w:before="240"/>
      </w:pPr>
      <w:r>
        <w:t>第5天 普那卡至帕罗之旅：卡姆沙耶里纳姆耶尔佛塔徒步、桑琴多吉伦珠寺尼姑庵</w:t>
      </w:r>
    </w:p>
    <w:p>
      <w:pPr>
        <w:widowControl/>
      </w:pPr>
      <w:r>
        <w:t>今天上午，您将沿着梯田稻田旁的小径步行，前往卡姆沙耶里纳姆耶尔佛塔（徒步1小时或更短）。沿途，您可能会遇到在田间劳作的农民，他们或手工耕作，或借助牛和犁。</w:t>
      </w:r>
    </w:p>
    <w:p>
      <w:pPr>
        <w:widowControl/>
      </w:pPr>
      <w:r>
        <w:t>卡姆沙耶里纳姆耶尔佛塔（Stupa）由王太后于1990年建造，旨在驱除邪恶、促进世界和平。这座独特的宝塔式佛塔耗时9年完成，供奉着不丹的护法神。欣赏完内部精美的雕塑后，登上屋顶，即可饱览普那卡河谷的壮丽景色——在秋季收获季节，翠绿的稻田会变成一片闪耀的金色田野，闻名遐迩。</w:t>
      </w:r>
    </w:p>
    <w:p>
      <w:pPr>
        <w:widowControl/>
      </w:pPr>
      <w:r>
        <w:t>然后，您将返回帕罗，途中参观桑琴多吉伦珠寺尼姑庵，它坐落在普那卡和旺杜波德朗河谷之上。这座宁静的寺院是120名尼姑的家园，让您独特地了解修道生活以及唐卡绘画等传统工艺。在寺庙内，您会惊叹于14英尺高的青铜观音像——该国最大的同类雕像，以及莲花生大士和21度母的画像，所有这一切都环绕在宁静的松树林环境中。</w:t>
      </w:r>
    </w:p>
    <w:p>
      <w:pPr>
        <w:widowControl/>
      </w:pPr>
      <w:r>
        <w:t>之后，乘车返回帕罗（110公里，约3.5小时），夜宿帕罗。</w:t>
      </w:r>
    </w:p>
    <w:p>
      <w:pPr>
        <w:widowControl/>
      </w:pPr>
      <w:r>
        <w:t>概述：海拔：1,350-2,270米 | 距离：110公里，约3.5小时车程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用餐：早餐、午餐、晚餐</w:t>
      </w:r>
    </w:p>
    <w:p>
      <w:pPr>
        <w:widowControl/>
      </w:pPr>
      <w:r>
        <w:t>住宿：帕罗</w:t>
      </w:r>
    </w:p>
    <w:p>
      <w:pPr>
        <w:keepNext/>
        <w:widowControl/>
        <w:spacing w:before="240"/>
      </w:pPr>
      <w:r>
        <w:t>第6天 帕罗送机：酒店退房与机场送别</w:t>
      </w:r>
    </w:p>
    <w:p>
      <w:pPr>
        <w:widowControl/>
      </w:pPr>
      <w:r>
        <w:t>幸福是一个地方，希望您已从我们这里、从美丽的喜马拉雅国度获得属于自己的幸福哲学。为期6天的不丹跟团游到此结束。导游将送您前往帕罗国际机场，搭乘航班前往下一目的地。</w:t>
      </w:r>
    </w:p>
    <w:p>
      <w:pPr>
        <w:widowControl/>
      </w:pPr>
      <w:r>
        <w:t>延展建议：如果您希望在不丹停留更长时间，可以将行程延伸至不丹其他精彩地区，包括哈阿、岗提和布姆唐。</w:t>
      </w:r>
    </w:p>
    <w:p>
      <w:pPr>
        <w:widowControl/>
      </w:pPr>
      <w:r>
        <w:t>感谢您选择亚洲奥德赛旅游（AOT）的不丹之旅，我们随时为您服务，期待您下次中国/亚洲之行再次相见。旅途平安！</w:t>
      </w:r>
    </w:p>
    <w:p>
      <w:pPr>
        <w:widowControl/>
      </w:pPr>
      <w:r>
        <w:t>注意：</w:t>
      </w:r>
    </w:p>
    <w:p>
      <w:pPr>
        <w:widowControl/>
      </w:pPr>
      <w:r>
        <w:t>请注意，行程中提及的部分景点可能会因季节、天气状况、国家假日和特殊活动等因素而有所变更。我们保留调整行程的权利，以确保为您带来更佳的不丹旅行体验。</w:t>
      </w:r>
    </w:p>
    <w:p>
      <w:pPr>
        <w:widowControl/>
      </w:pPr>
      <w:r>
        <w:t>概述：海拔：2,270米 | 距离：8公里，约0.5小时车程</w:t>
      </w:r>
    </w:p>
    <w:p>
      <w:pPr>
        <w:widowControl/>
      </w:pPr>
      <w:r>
        <w:t>景点：机场送别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6天不丹最佳跟团游：帕罗、廷布与普纳卡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