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7 Days Bhutan Group Tour: Paro, Thimphu, Punakha  (Cultural Experiences)</w:t>
      </w:r>
    </w:p>
    <w:p>
      <w:pPr>
        <w:widowControl/>
      </w:pPr>
      <w:r>
        <w:t>Product code: AOT-BT-B1</w:t>
      </w:r>
    </w:p>
    <w:p>
      <w:pPr>
        <w:keepNext/>
        <w:widowControl/>
        <w:spacing w:before="240"/>
      </w:pPr>
      <w:r>
        <w:t>Day 1 Paro, Bhutan Arrival | Airport Pick-up &amp; Hotel Check-in, Paro Airport Birds Eye View Point, Bhutan Traditional Attire Experience</w:t>
      </w:r>
    </w:p>
    <w:p>
      <w:pPr>
        <w:widowControl/>
      </w:pPr>
      <w:r>
        <w:t>Tashi Delek! Welcome to Bhutan. When you arrive in Paro, enjoy the fresh breeze of a country covered in large forests. Your dedicated guide will meet you at the airport to start your trip through the "Last Shangri-La." This is a beautiful mountain place where old traditions and natural beauty have been kept safe for a very long time.</w:t>
      </w:r>
    </w:p>
    <w:p>
      <w:pPr>
        <w:widowControl/>
      </w:pPr>
      <w:r>
        <w:t>Paro (2,270m) is the main gateway to Bhutan and home to the famous Tiger's Nest monastery. The valley shows a perfect balance of sacred traditions and natural beauty. During the Paro Tshechu in March, the area is full of colorful religious rituals. It is a must-visit place that gives you an unforgettable start to the beautiful Himalayan landscapes.</w:t>
      </w:r>
    </w:p>
    <w:p>
      <w:pPr>
        <w:widowControl/>
      </w:pPr>
      <w:r>
        <w:t>Stop at the Airport Bird's Eye View Point for a great view of the Paro Valley, Rinpung Dzong, and the Paro Chu River. After your guide tells you about the history of the airport, you will go to your hotel. This quiet afternoon is a good time to rest and get used to the high altitude so you feel refreshed for your trip.</w:t>
      </w:r>
    </w:p>
    <w:p>
      <w:pPr>
        <w:widowControl/>
      </w:pPr>
      <w:r>
        <w:t>Enjoy these exclusive perks from AOT: try on a traditional Gho or Kira to celebrate local culture, and taste fermented red rice wine, a favorite Bhutanese treat.</w:t>
      </w:r>
    </w:p>
    <w:p>
      <w:pPr>
        <w:widowControl/>
      </w:pPr>
      <w:r>
        <w:t>If you arrive by midday, join an optional tour of Rinpung Dzong and the National Museum. Remember to bring entry fees and prepare for a brief security check with your guide.</w:t>
      </w:r>
    </w:p>
    <w:p>
      <w:pPr>
        <w:widowControl/>
      </w:pPr>
      <w:r>
        <w:t>Free Time Ideas:</w:t>
      </w:r>
    </w:p>
    <w:p>
      <w:pPr>
        <w:widowControl/>
      </w:pPr>
      <w:r>
        <w:t>Local Markets: Explore Paro's town in national dress to see local ingredients like red chilies and handmade cheese.</w:t>
      </w:r>
    </w:p>
    <w:p>
      <w:pPr>
        <w:widowControl/>
      </w:pPr>
      <w:r>
        <w:t>Archery: Try Bhutan's national sport at a traditional 140-meter archery range. If you want special advice on what to do, you can ask your guide ahead of time for more ideas and help.</w:t>
      </w:r>
    </w:p>
    <w:p>
      <w:pPr>
        <w:widowControl/>
      </w:pPr>
      <w:r>
        <w:t>Arrival Ideas:</w:t>
      </w:r>
    </w:p>
    <w:p>
      <w:pPr>
        <w:widowControl/>
      </w:pPr>
      <w:r>
        <w:t>Accessing Bhutan is easy by air or land. Paro International Airport is the main hub, with flights from cities like Delhi, Kolkata, Bagdogra, Gaya, Guwahati, Dhaka, Bangkok, Kathmandu, and Changi. Travelers can also enter by road through Phuentsholing or Gelephu. For extra convenience, there are seasonal charter flights from Hong Kong and Kuala Lumpur that provide direct links to the country.</w:t>
      </w:r>
    </w:p>
    <w:p>
      <w:pPr>
        <w:widowControl/>
      </w:pPr>
      <w:r>
        <w:t>Kind Reminds:</w:t>
      </w:r>
    </w:p>
    <w:p>
      <w:pPr>
        <w:widowControl/>
      </w:pPr>
      <w:r>
        <w:t>Flight Booking: We can help you book your flights directly to Paro.</w:t>
      </w:r>
    </w:p>
    <w:p>
      <w:pPr>
        <w:widowControl/>
      </w:pPr>
      <w:r>
        <w:t>E-Visas: Most visitors need an advance E-visa, which costs $40.</w:t>
      </w:r>
    </w:p>
    <w:p>
      <w:pPr>
        <w:widowControl/>
      </w:pPr>
      <w:r>
        <w:t>Regional Requirements: Indian citizens must have a valid permit (Passport or Voter ID). Travelers from Bangladesh and the Maldives need a visa, which can be arranged in advance or received when you arrive in Bhutan.</w:t>
      </w:r>
    </w:p>
    <w:p>
      <w:pPr>
        <w:widowControl/>
      </w:pPr>
      <w:r>
        <w:t>Overview: Altitude: 2,270m I Distance: 8km, about 0.5 hours' drive</w:t>
      </w:r>
    </w:p>
    <w:p>
      <w:pPr>
        <w:widowControl/>
      </w:pPr>
      <w:r>
        <w:t>Attractions: Explore according to your flight time</w:t>
      </w:r>
    </w:p>
    <w:p>
      <w:pPr>
        <w:widowControl/>
      </w:pPr>
      <w:r>
        <w:t>Transport and activities: Vehicle</w:t>
      </w:r>
    </w:p>
    <w:p>
      <w:pPr>
        <w:widowControl/>
      </w:pPr>
      <w:r>
        <w:t>Meals: Dinner</w:t>
      </w:r>
    </w:p>
    <w:p>
      <w:pPr>
        <w:widowControl/>
      </w:pPr>
      <w:r>
        <w:t>Accommodation: Paro</w:t>
      </w:r>
    </w:p>
    <w:p>
      <w:pPr>
        <w:keepNext/>
        <w:widowControl/>
        <w:spacing w:before="240"/>
      </w:pPr>
      <w:r>
        <w:t>Day 2 Paro Tour | Tiger's Nest Monastery Hiking, Kyichu Lhakhang</w:t>
      </w:r>
    </w:p>
    <w:p>
      <w:pPr>
        <w:widowControl/>
      </w:pPr>
      <w:r>
        <w:t>This morning, you will get ready to start the exciting Hiking Tour to Tiger's Nest, the landmark of Bhutan and the most famous holy monastery in the country. It is about a 12km drive (over 0.5 hour) from Paro City to the start point of the Tiger's Nest hike route.</w:t>
      </w:r>
    </w:p>
    <w:p>
      <w:pPr>
        <w:widowControl/>
      </w:pPr>
      <w:r>
        <w:t>The 9.6 km hike to Tiger's Nest Monastery takes about 5 to 6 hours. You can hire a horse (Optional, Self-paid) to reach the halfway point if you like. Along the way, you will see beautiful views of Paro Valley and many prayer flags. In April, the rhododendron flowers are in bloom, making the peaceful walk to the monastery very colorful and bright.</w:t>
      </w:r>
    </w:p>
    <w:p>
      <w:pPr>
        <w:widowControl/>
      </w:pPr>
      <w:r>
        <w:t>Gaze up at Tiger's Nest Monastery (3,120m), a sacred marvel suspended 900 meters above the valley. This iconic site marks where Guru Rinpoche allegedly meditated after arriving on a flying tigress. With its breathtaking architecture and centuries of religious significance, it offers a profound experience, serving as a spiritual beacon for travelers exploring the cultural soul of the kingdom.</w:t>
      </w:r>
    </w:p>
    <w:p>
      <w:pPr>
        <w:widowControl/>
      </w:pPr>
      <w:r>
        <w:t>Then, visit Kyichu Lhakhang, a temple from the 7th century built by King Songtsen Gampo. It is one of 108 shrines made to defeat a giant witch and is very important to Bhutanese faith. Known for its Thousand-armed Avalokiteshvara statue, the temple is often used for royal events. It shows visitors some of the oldest traditions and sacred history in the country.</w:t>
      </w:r>
    </w:p>
    <w:p>
      <w:pPr>
        <w:widowControl/>
      </w:pPr>
      <w:r>
        <w:t>Inside, see the national treasure, a Shakyamuni Buddha statue inspired by Tibet's famous Jowo. The temple also holds the relic stupa of Master Dilgo Khyentse Rinpoche. With unique items like Tangtong Gyalpo's iron chains, this place is like a living museum. It shows the old Buddhist traditions and the strong spiritual faith that is very important in Bhutan.</w:t>
      </w:r>
    </w:p>
    <w:p>
      <w:pPr>
        <w:widowControl/>
      </w:pPr>
      <w:r>
        <w:t>At last, head back to Paro for overnight.</w:t>
      </w:r>
    </w:p>
    <w:p>
      <w:pPr>
        <w:widowControl/>
      </w:pPr>
      <w:r>
        <w:t>Optional Bhutan Paro Experiences:</w:t>
      </w:r>
    </w:p>
    <w:p>
      <w:pPr>
        <w:widowControl/>
      </w:pPr>
      <w:r>
        <w:t>Bhutan Traditional Hot Stone Bath (1 hour).</w:t>
      </w:r>
    </w:p>
    <w:p>
      <w:pPr>
        <w:widowControl/>
      </w:pPr>
      <w:r>
        <w:t>Lighting butter lamps for blessings at Kyichu Lhakhang (108 lamps).</w:t>
      </w:r>
    </w:p>
    <w:p>
      <w:pPr>
        <w:widowControl/>
      </w:pPr>
      <w:r>
        <w:t>Kind Reminds:</w:t>
      </w:r>
    </w:p>
    <w:p>
      <w:pPr>
        <w:widowControl/>
      </w:pPr>
      <w:r>
        <w:t>Optimal Timing: Visit from March to May or October to December. Depart early for the best photography lighting, as the monastery falls into shadow by afternoon.</w:t>
      </w:r>
    </w:p>
    <w:p>
      <w:pPr>
        <w:widowControl/>
      </w:pPr>
      <w:r>
        <w:t>Ascent Options: Horses are available for the uphill climb to a designated point, but the final stretch must be hiked. The descent is on foot only.</w:t>
      </w:r>
    </w:p>
    <w:p>
      <w:pPr>
        <w:widowControl/>
      </w:pPr>
      <w:r>
        <w:t>Monastery Etiquette: Phones and bags are prohibited inside; use the entrance storage. Carry cash for butter lamps before storing your belongings.</w:t>
      </w:r>
    </w:p>
    <w:p>
      <w:pPr>
        <w:widowControl/>
      </w:pPr>
      <w:r>
        <w:t>Local Wildlife: You may encounter friendly stray dogs. Please be mindful and provide them with peaceful space as you pass.</w:t>
      </w:r>
    </w:p>
    <w:p>
      <w:pPr>
        <w:widowControl/>
      </w:pPr>
      <w:r>
        <w:t>Overview: Altitude: 2,270-3,120m I Distance: 30km, about 1.5 hours' drive</w:t>
      </w:r>
    </w:p>
    <w:p>
      <w:pPr>
        <w:widowControl/>
      </w:pPr>
      <w:r>
        <w:t>Attractions: 2 Iconic Sites</w:t>
      </w:r>
    </w:p>
    <w:p>
      <w:pPr>
        <w:widowControl/>
      </w:pPr>
      <w:r>
        <w:t>Transport and activities: Vehicle</w:t>
      </w:r>
    </w:p>
    <w:p>
      <w:pPr>
        <w:widowControl/>
      </w:pPr>
      <w:r>
        <w:t>Meals: Breakfast,Lunch,Dinner</w:t>
      </w:r>
    </w:p>
    <w:p>
      <w:pPr>
        <w:widowControl/>
      </w:pPr>
      <w:r>
        <w:t>Accommodation: Paro</w:t>
      </w:r>
    </w:p>
    <w:p>
      <w:pPr>
        <w:keepNext/>
        <w:widowControl/>
        <w:spacing w:before="240"/>
      </w:pPr>
      <w:r>
        <w:t>Day 3 Paro to Thimphu Tour | Tamchog Lhakhang Iron Bridge, Buddha Point, National Memorial Chorten, Takin Preserve, Thimphu Dzong</w:t>
      </w:r>
    </w:p>
    <w:p>
      <w:pPr>
        <w:widowControl/>
      </w:pPr>
      <w:r>
        <w:t>Today, we drive 1.5 hours to Thimphu, the capital of Bhutan. On the way, we stop at the Tamchog Lhakhang Iron Bridge. In Thimphu (2,340m), you will visit the Buddha Dordenma Statue, the National Memorial Chorten, and the Takin Preserve. You will also see Tashichho Dzong, which is a very important and famous historic building in the city.</w:t>
      </w:r>
    </w:p>
    <w:p>
      <w:pPr>
        <w:widowControl/>
      </w:pPr>
      <w:r>
        <w:t>Stop at the Tamchog Lhakhang Iron Bridge, a marvel of 15th-century craftsmanship. Built by the "Iron Bridge Builder," Thangthong Gyalpo, it features authentic iron chains and fluttering prayer flags. Walking across this historic span provides a unique perspective on medieval engineering and breathtaking views of the Paro River, making it a memorable stop on your journey to Thimphu.</w:t>
      </w:r>
    </w:p>
    <w:p>
      <w:pPr>
        <w:widowControl/>
      </w:pPr>
      <w:r>
        <w:t>Then, visit the iconic Buddha Dordenma Statue (Buddha Point), a golden monument standing at 51.5 meters. As the largest sitting Buddha globally, it holds thousands of smaller statues and hosts vibrant sacred dances. The site is equally famous for its breathtaking overlooks, providing the best views of Thimphu's colorful architecture and the dramatic beauty of the Himalayan valley below.</w:t>
      </w:r>
    </w:p>
    <w:p>
      <w:pPr>
        <w:widowControl/>
      </w:pPr>
      <w:r>
        <w:t>As a rare capital without traffic lights, Thimphu offers a peaceful urban charm. Start at the National Memorial Chorten, the spiritual heart of the city. Walking the sacred kora with locals is an authentic way to observe daily Bhutanese life. It is a living example of Gross National Happiness, making your visit to this extraordinary kingdom unforgettable.</w:t>
      </w:r>
    </w:p>
    <w:p>
      <w:pPr>
        <w:widowControl/>
      </w:pPr>
      <w:r>
        <w:t>Visit National Memorial Chorten, a famous landmark that honors modern history and peace. Then, go to the Motithang Takin Preserve to see the national animal. This creature is part of a famous story about the "Divine Madman." This experience shows a great mix of nature and folklore, making Bhutan's animals and history feel very special and important.</w:t>
      </w:r>
    </w:p>
    <w:p>
      <w:pPr>
        <w:widowControl/>
      </w:pPr>
      <w:r>
        <w:t>Next, visit the historic Tashichho Dzong, the main center for government and religion in Bhutan. Located by the Wang Chu River, it holds the Royal offices and the Chief Abbot's summer home. This "Fortress of the Glorious Religion" is famous for the Thimphu Tshechu festival. During this time, the courtyard is full of traditional masked dances and important cultural celebrations.</w:t>
      </w:r>
    </w:p>
    <w:p>
      <w:pPr>
        <w:widowControl/>
      </w:pPr>
      <w:r>
        <w:t>Note: The Dzong is open to tourists from 5:00 PM - 6:30 PM on weekdays and 10:00 AM - 4:00 PM on weekends. You must have a tour guide and pass a security check to enter. If you time it right, see the traditional flag-lowering ceremony.</w:t>
      </w:r>
    </w:p>
    <w:p>
      <w:pPr>
        <w:widowControl/>
      </w:pPr>
      <w:r>
        <w:t>Finally, enjoy a traditional dinner at the Folk Heritage Museum Restaurant. The Queen Mother started this restaurant to protect local cooking. It is a special place that offers a true taste of the culture. It is a great way for you to experience Bhutanese heritage by trying many delicious and authentic local dishes.</w:t>
      </w:r>
    </w:p>
    <w:p>
      <w:pPr>
        <w:widowControl/>
      </w:pPr>
      <w:r>
        <w:t>Optional Bhutan Thimphu Experiences:</w:t>
      </w:r>
    </w:p>
    <w:p>
      <w:pPr>
        <w:widowControl/>
      </w:pPr>
      <w:r>
        <w:t>Folk Heritage Museum: If time permit, you can visit Folk Heritage Museum, a captivating window into Bhutan's rural past &amp; established by the Queen Mother of Bhutan.</w:t>
      </w:r>
    </w:p>
    <w:p>
      <w:pPr>
        <w:widowControl/>
      </w:pPr>
      <w:r>
        <w:t>Simply Bhutan Museum: If time permit, you can visit Simply Bhutan Museum to explore more about Bhutan culture.</w:t>
      </w:r>
    </w:p>
    <w:p>
      <w:pPr>
        <w:widowControl/>
      </w:pPr>
      <w:r>
        <w:t>Bhutan Stamp Printing: Fully functional stamp printed with a self-portrait (Bhutan Post Office: Weekdays: 9AM - 5PM; Saturdays: 9 AM - 1 PM; Closed on Sundays).</w:t>
      </w:r>
    </w:p>
    <w:p>
      <w:pPr>
        <w:widowControl/>
      </w:pPr>
      <w:r>
        <w:t>Overview: Altitude: 2,270-2,300m I Distance: 50km, about 1.5 hours' drive</w:t>
      </w:r>
    </w:p>
    <w:p>
      <w:pPr>
        <w:widowControl/>
      </w:pPr>
      <w:r>
        <w:t>Attractions: 5 iconic sites</w:t>
      </w:r>
    </w:p>
    <w:p>
      <w:pPr>
        <w:widowControl/>
      </w:pPr>
      <w:r>
        <w:t>Transport and activities: Vehicle</w:t>
      </w:r>
    </w:p>
    <w:p>
      <w:pPr>
        <w:widowControl/>
      </w:pPr>
      <w:r>
        <w:t>Meals: Breakfast,Lunch,Dinner</w:t>
      </w:r>
    </w:p>
    <w:p>
      <w:pPr>
        <w:widowControl/>
      </w:pPr>
      <w:r>
        <w:t>Accommodation: Thimphu</w:t>
      </w:r>
    </w:p>
    <w:p>
      <w:pPr>
        <w:keepNext/>
        <w:widowControl/>
        <w:spacing w:before="240"/>
      </w:pPr>
      <w:r>
        <w:t>Day 4 Thimphu to Punakha Tour | Dochula Pass (3,120m), Chimi Lhakhang, Punakha Dzong</w:t>
      </w:r>
    </w:p>
    <w:p>
      <w:pPr>
        <w:widowControl/>
      </w:pPr>
      <w:r>
        <w:t>Today, you will travel from Thimphu to Punakha via Dochula Pass (74km, about 2.5 hours). This trip is more than just a drive; it is a voyage through changing altitudes and diverse landscapes, offering a visual spectacle. Starting from the higher altitude and cooler climate of Thimphu (2,300m), the drive takes you along the national highway, ascending through the majestic Dochula Pass (3,120m). Upon crossing the pass, you'll descend into the warm and verdant Punakha Valley (1,330m).</w:t>
      </w:r>
    </w:p>
    <w:p>
      <w:pPr>
        <w:widowControl/>
      </w:pPr>
      <w:r>
        <w:t>Stop at Dochula Pass for a beautiful view of the Himalayas, including Mt. Gangkar Puensum (7,570m). Look at the 108 memorial chortens built to honor soldiers and promote world peace. You can enjoy the quiet atmosphere with a coffee at the cafeteria or walk among the shrines. This is one of the most stunning places to see on your trip.</w:t>
      </w:r>
    </w:p>
    <w:p>
      <w:pPr>
        <w:widowControl/>
      </w:pPr>
      <w:r>
        <w:t>Drive toward Punakha and walk to Chimi Lhakhang, which is also called the Fertility Temple. Built for the "Divine Madman," the temple and local village use phallus symbols to keep away evil. Many people visit this holy site to ask for blessings to have a child. You might see monks using wooden objects to perform traditional rituals for visitors.</w:t>
      </w:r>
    </w:p>
    <w:p>
      <w:pPr>
        <w:widowControl/>
      </w:pPr>
      <w:r>
        <w:t>Next, visit the stunning Punakha Dzong. It sits where two rivers meet and is the winter home for 1,000 monks. Many royal weddings have happened here. In the spring, you can see purple jacaranda trees in bloom. During the Punakha Tshechu festival, you will see traditional dances and people wearing beautiful Bhutanese clothes.</w:t>
      </w:r>
    </w:p>
    <w:p>
      <w:pPr>
        <w:widowControl/>
      </w:pPr>
      <w:r>
        <w:t>Walk across the Bazam Bridge to visit Punakha Dzong, which is famous for being built without using nails. It has a six-story tower and three courtyards for government and religious work. You can see ancient remains in the southern temple and visit the hundred-pillar hall, where beautiful wall paintings tell the story of the Buddha's life and journey.</w:t>
      </w:r>
    </w:p>
    <w:p>
      <w:pPr>
        <w:widowControl/>
      </w:pPr>
      <w:r>
        <w:t>Note: Punakha Dzong is open weekdays from 9:00 AM – 5:00 PM and weekends from 10:00 AM – 4:00 PM. Entry requires a licensed tour guide and a security screening.</w:t>
      </w:r>
    </w:p>
    <w:p>
      <w:pPr>
        <w:widowControl/>
      </w:pPr>
      <w:r>
        <w:t>Overnight in Punakha.</w:t>
      </w:r>
    </w:p>
    <w:p>
      <w:pPr>
        <w:widowControl/>
      </w:pPr>
      <w:r>
        <w:t>Overview: Altitude: 2,300-1,350m I Distance: 74km, about 2.5 hours' drive</w:t>
      </w:r>
    </w:p>
    <w:p>
      <w:pPr>
        <w:widowControl/>
      </w:pPr>
      <w:r>
        <w:t>Attractions: 3 Iconic Sites</w:t>
      </w:r>
    </w:p>
    <w:p>
      <w:pPr>
        <w:widowControl/>
      </w:pPr>
      <w:r>
        <w:t>Transport and activities: Vehicle</w:t>
      </w:r>
    </w:p>
    <w:p>
      <w:pPr>
        <w:widowControl/>
      </w:pPr>
      <w:r>
        <w:t>Meals: Breakfast,Lunch,Dinner</w:t>
      </w:r>
    </w:p>
    <w:p>
      <w:pPr>
        <w:widowControl/>
      </w:pPr>
      <w:r>
        <w:t>Accommodation: Punakha</w:t>
      </w:r>
    </w:p>
    <w:p>
      <w:pPr>
        <w:keepNext/>
        <w:widowControl/>
        <w:spacing w:before="240"/>
      </w:pPr>
      <w:r>
        <w:t>Day 5 Punakha Tour | Khamsum Yulley Namgyal Chorten, Punakha Suspension Bridge, Sangchhen Dorji Lhuendrup Nunnery</w:t>
      </w:r>
    </w:p>
    <w:p>
      <w:pPr>
        <w:widowControl/>
      </w:pPr>
      <w:r>
        <w:t>Today, you will have a full day to discover the city of Punakha. This morning, you will stroll alongside terraced rice paddies and commence your hike to the Khamsum Yulley Namgyal Chorten, which typically takes around one hour or less. Along the way, you might encounter local farmers diligently working in the fields, either manually or with the assistance of oxen and plows.</w:t>
      </w:r>
    </w:p>
    <w:p>
      <w:pPr>
        <w:widowControl/>
      </w:pPr>
      <w:r>
        <w:t>The Khamsum Yulley Namgyal Chorten (Stupa), built by the Queen Mother, is a masterpiece dedicated to Bhutan's protective deities. It took nine years to complete this artistic stupa. Visitors can climb the stairs to enjoy expansive views of the Punakha Valley. The surrounding rice paddies provide a dramatic backdrop, shifting from vibrant green to golden harvest tones throughout the year.</w:t>
      </w:r>
    </w:p>
    <w:p>
      <w:pPr>
        <w:widowControl/>
      </w:pPr>
      <w:r>
        <w:t>After lunch, you will visit the Punakha Suspension Bridge, which is one of Bhutan's longest suspension bridges, spanning 160 meters. This experience will reward you with breathtaking views of the picturesque Punakha Valley and the glacier-fed Po Chu River flowing beneath.</w:t>
      </w:r>
    </w:p>
    <w:p>
      <w:pPr>
        <w:widowControl/>
      </w:pPr>
      <w:r>
        <w:t>Next, go to Sangchhen Dorji Lhuendrup Nunnery. Located on a 1,550-meter hilltop, it has amazing views of the Punakha valley. About 120 nuns live and study here, learning Buddhist teachings and practical skills like tailoring and painting. You can see their monastic life up close and enjoy the quiet pine forests. This sacred center is a perfect place for spiritual reflection and learning.</w:t>
      </w:r>
    </w:p>
    <w:p>
      <w:pPr>
        <w:widowControl/>
      </w:pPr>
      <w:r>
        <w:t>The temple houses a 14-foot bronze Avalokiteshvara statue with 1,000 hands and eyes. It is the largest in Bhutan and was handcrafted by local artists. You can also see important statues of Guru Rinpoche, Buddha, and the 21 Taras. If there is enough time, you can visit the local market in Punakha to see traditional goods and meet the friendly local people.</w:t>
      </w:r>
    </w:p>
    <w:p>
      <w:pPr>
        <w:widowControl/>
      </w:pPr>
      <w:r>
        <w:t>Overnight in Punakha.</w:t>
      </w:r>
    </w:p>
    <w:p>
      <w:pPr>
        <w:widowControl/>
      </w:pPr>
      <w:r>
        <w:t>Overview: Altitude: 1,330m I Distance: 50km, about 2 hours' drive</w:t>
      </w:r>
    </w:p>
    <w:p>
      <w:pPr>
        <w:widowControl/>
      </w:pPr>
      <w:r>
        <w:t>Attractions: 3 iconic sites</w:t>
      </w:r>
    </w:p>
    <w:p>
      <w:pPr>
        <w:widowControl/>
      </w:pPr>
      <w:r>
        <w:t>Transport and activities: Vehicle</w:t>
      </w:r>
    </w:p>
    <w:p>
      <w:pPr>
        <w:widowControl/>
      </w:pPr>
      <w:r>
        <w:t>Meals: Breakfast,Lunch,Dinner</w:t>
      </w:r>
    </w:p>
    <w:p>
      <w:pPr>
        <w:widowControl/>
      </w:pPr>
      <w:r>
        <w:t>Accommodation: Punakha</w:t>
      </w:r>
    </w:p>
    <w:p>
      <w:pPr>
        <w:keepNext/>
        <w:widowControl/>
        <w:spacing w:before="240"/>
      </w:pPr>
      <w:r>
        <w:t>Day 6 Punakha to Paro Tour | Tamchog Lhakhang Iron Bridge, Paro Dzong, Bhutan National Museum</w:t>
      </w:r>
    </w:p>
    <w:p>
      <w:pPr>
        <w:widowControl/>
      </w:pPr>
      <w:r>
        <w:t>Today, you will depart Punakha and head back to Paro (110km, about 3.5h) via Dochula Pass again and overnight in Paro after visiting Paro Dzong, Bhutan National Museum.</w:t>
      </w:r>
    </w:p>
    <w:p>
      <w:pPr>
        <w:widowControl/>
      </w:pPr>
      <w:r>
        <w:t>Don't miss the famous Tamchog Lhakhang Iron Bridge by the Paro River. Built by the saint Thangthong Gyalpo, also known as the Iron Bridge Maker, this bridge uses unique iron chains and colorful prayer flags. You can view the temple from the outside and walk across the bridge to see historic architecture that is over five hundred years old.</w:t>
      </w:r>
    </w:p>
    <w:p>
      <w:pPr>
        <w:widowControl/>
      </w:pPr>
      <w:r>
        <w:t>After the bridge, you will reach Paro to visit Paro Dzong (Rinpung Dzong). Built in 1646 by Zhabdrung Ngawang Namgyal, the founder of Bhutan, this magnificent fortress is very important to local history. You can cross a wooden bridge to enter and enjoy breathtaking views of the Paro Valley. It is a great place to see Bhutanese culture and beautiful scenery together.</w:t>
      </w:r>
    </w:p>
    <w:p>
      <w:pPr>
        <w:widowControl/>
      </w:pPr>
      <w:r>
        <w:t>Then, hike to the Bhutan National Museum, which is the country's tallest building. It was built in 1649 as a watchtower and became a museum in 1968. You can see many old items here, like masks, armor, and paintings. It is a great way to learn about local history.</w:t>
      </w:r>
    </w:p>
    <w:p>
      <w:pPr>
        <w:widowControl/>
      </w:pPr>
      <w:r>
        <w:t>Stay overnight in Paro.</w:t>
      </w:r>
    </w:p>
    <w:p>
      <w:pPr>
        <w:widowControl/>
      </w:pPr>
      <w:r>
        <w:t>Overview: Altitude: 1,330-2,270m I Distance: 110km, about 3.5 hours' drive</w:t>
      </w:r>
    </w:p>
    <w:p>
      <w:pPr>
        <w:widowControl/>
      </w:pPr>
      <w:r>
        <w:t>Attractions: 3 iconic sites</w:t>
      </w:r>
    </w:p>
    <w:p>
      <w:pPr>
        <w:widowControl/>
      </w:pPr>
      <w:r>
        <w:t>Transport and activities: Vehicle</w:t>
      </w:r>
    </w:p>
    <w:p>
      <w:pPr>
        <w:widowControl/>
      </w:pPr>
      <w:r>
        <w:t>Meals: Breakfast,Lunch,Dinner</w:t>
      </w:r>
    </w:p>
    <w:p>
      <w:pPr>
        <w:widowControl/>
      </w:pPr>
      <w:r>
        <w:t>Accommodation: Paro</w:t>
      </w:r>
    </w:p>
    <w:p>
      <w:pPr>
        <w:keepNext/>
        <w:widowControl/>
        <w:spacing w:before="240"/>
      </w:pPr>
      <w:r>
        <w:t>Day 7 Paro Departure | Hotel Check-out and Airport See-off</w:t>
      </w:r>
    </w:p>
    <w:p>
      <w:pPr>
        <w:widowControl/>
      </w:pPr>
      <w:r>
        <w:t>Happiness is a place, wish you had gotten your happiness philosophy from the beautiful Himalayan country with us. It is time to end your 7-day Bhutan Group Tour. Your guide will escort you to Paro International Airport for your flight to your next destination.</w:t>
      </w:r>
    </w:p>
    <w:p>
      <w:pPr>
        <w:widowControl/>
      </w:pPr>
      <w:r>
        <w:t>Extension Ideas: If you prefer to travel longer in Bhutan, you can extend your trip to other highlighted parts of Bhutan, including Haa, Gangtey, and Bumthang.</w:t>
      </w:r>
    </w:p>
    <w:p>
      <w:pPr>
        <w:widowControl/>
      </w:pPr>
      <w:r>
        <w:t>Thank you for choosing Asia Odyssey Travel (AOT) for your Bhutan tour, we are always here working for you and hope to see you again for your next trip to China/Asia. Safe journey!</w:t>
      </w:r>
    </w:p>
    <w:p>
      <w:pPr>
        <w:widowControl/>
      </w:pPr>
      <w:r>
        <w:t>Overview: Altitude: 2,270m I Distance: 8km, about 0.5 hours' drive</w:t>
      </w:r>
    </w:p>
    <w:p>
      <w:pPr>
        <w:widowControl/>
      </w:pPr>
      <w:r>
        <w:t>Attractions: Airport See-off</w:t>
      </w:r>
    </w:p>
    <w:p>
      <w:pPr>
        <w:widowControl/>
      </w:pPr>
      <w:r>
        <w:t>Transport and activities: Vehicle</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Days Bhutan Group Tour: Paro, Thimphu, Punakha  (Cultural Experiences)</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