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7天不丹跟团游：帕罗、廷布、普那卡文化体验</w:t>
      </w:r>
    </w:p>
    <w:p>
      <w:pPr>
        <w:widowControl/>
      </w:pPr>
      <w:r>
        <w:t>线路编号：AOT-BT-B1</w:t>
      </w:r>
    </w:p>
    <w:p>
      <w:pPr>
        <w:keepNext/>
        <w:widowControl/>
        <w:spacing w:before="240"/>
      </w:pPr>
      <w:r>
        <w:t>第1天 抵达不丹帕罗｜机场接机与酒店入住、帕罗机场鸟瞰点、不丹传统服饰体验</w:t>
      </w:r>
    </w:p>
    <w:p>
      <w:pPr>
        <w:widowControl/>
      </w:pPr>
      <w:r>
        <w:t>扎西德勒！欢迎来到不丹。抵达帕罗后，感受这个大片森林覆盖的国家带来的清新微风。专属导游将在机场与您会合，带您开启穿越“最后的香格里拉”的旅程。这里是一片美丽的山区，古老传统与自然美景在很长一段时间里都得到了很好的保留。</w:t>
      </w:r>
    </w:p>
    <w:p>
      <w:pPr>
        <w:widowControl/>
      </w:pPr>
      <w:r>
        <w:t>帕罗（海拔2,270米）是不丹的主要门户，也是著名的虎穴寺所在地。山谷将佛教传统与自然美景融合得恰到好处。3月帕罗戒楚节期间，当地会举行丰富多彩的宗教仪式。这里值得一游，也能为您欣赏喜马拉雅山脉的旅程带来一个难忘的开端。</w:t>
      </w:r>
    </w:p>
    <w:p>
      <w:pPr>
        <w:widowControl/>
      </w:pPr>
      <w:r>
        <w:t>在机场鸟瞰点停留，欣赏帕罗山谷、仁蓬宗和帕罗河的优美景色。导游为您介绍机场历史后，随后送您前往酒店。这个安静的下午适合休息、适应高海拔，让您以更好的状态开始旅程。</w:t>
      </w:r>
    </w:p>
    <w:p>
      <w:pPr>
        <w:widowControl/>
      </w:pPr>
      <w:r>
        <w:t>享受AOT提供的专属福利：试穿传统的不丹男装“帼”或女装“旗拉”，感受当地文化；品尝发酵红米酒，这是不丹人喜爱的风味。</w:t>
      </w:r>
    </w:p>
    <w:p>
      <w:pPr>
        <w:widowControl/>
      </w:pPr>
      <w:r>
        <w:t>如果您在中午前抵达，可以参加仁蓬宗和国家博物馆的可选游览。请记得携带门票费用，并准备好与导游一起接受简短的安全检查。</w:t>
      </w:r>
    </w:p>
    <w:p>
      <w:pPr>
        <w:widowControl/>
      </w:pPr>
      <w:r>
        <w:t>自由活动建议：</w:t>
      </w:r>
    </w:p>
    <w:p>
      <w:pPr>
        <w:widowControl/>
      </w:pPr>
      <w:r>
        <w:t>当地市场：穿上民族服装逛帕罗镇，看看红辣椒和手工奶酪等当地食材。</w:t>
      </w:r>
    </w:p>
    <w:p>
      <w:pPr>
        <w:widowControl/>
      </w:pPr>
      <w:r>
        <w:t>射箭：在传统的140米射箭场体验不丹的国民运动。如果您想获得关于活动的具体建议，可以提前向导游咨询更多想法和协助。</w:t>
      </w:r>
    </w:p>
    <w:p>
      <w:pPr>
        <w:widowControl/>
      </w:pPr>
      <w:r>
        <w:t>抵达建议：</w:t>
      </w:r>
    </w:p>
    <w:p>
      <w:pPr>
        <w:widowControl/>
      </w:pPr>
      <w:r>
        <w:t>乘飞机或走陆路进入不丹都很方便。帕罗国际机场是主要枢纽，有来自德里、加尔各答、巴格多格拉、伽耶、古瓦哈提、达卡、曼谷、加德满都和樟宜等城市的航班。旅行者也可以通过彭措林或盖莱普经陆路进入。为方便出行，还有从香港和吉隆坡出发的季节性包机航班，可直飞不丹。</w:t>
      </w:r>
    </w:p>
    <w:p>
      <w:pPr>
        <w:widowControl/>
      </w:pPr>
      <w:r>
        <w:t>温馨提示：</w:t>
      </w:r>
    </w:p>
    <w:p>
      <w:pPr>
        <w:widowControl/>
      </w:pPr>
      <w:r>
        <w:t>航班预订：我们可以协助您直接预订飞往帕罗的航班。</w:t>
      </w:r>
    </w:p>
    <w:p>
      <w:pPr>
        <w:widowControl/>
      </w:pPr>
      <w:r>
        <w:t>电子签证：大多数游客需要提前办理电子签证，费用为40美元。</w:t>
      </w:r>
    </w:p>
    <w:p>
      <w:pPr>
        <w:widowControl/>
      </w:pPr>
      <w:r>
        <w:t>区域要求：印度公民必须持有有效许可证（护照或选民身份证）。来自孟加拉国和马尔代夫的旅行者需要签证，可以提前办理，也可以在抵达不丹时获得。</w:t>
      </w:r>
    </w:p>
    <w:p>
      <w:pPr>
        <w:widowControl/>
      </w:pPr>
      <w:r>
        <w:t>概述：海拔：2,270米｜距离：8公里，约0.5小时车程</w:t>
      </w:r>
    </w:p>
    <w:p>
      <w:pPr>
        <w:widowControl/>
      </w:pPr>
      <w:r>
        <w:t>景点：根据您的航班时间安排游览</w:t>
      </w:r>
    </w:p>
    <w:p>
      <w:pPr>
        <w:widowControl/>
      </w:pPr>
      <w:r>
        <w:t>交通与活动：车辆</w:t>
      </w:r>
    </w:p>
    <w:p>
      <w:pPr>
        <w:widowControl/>
      </w:pPr>
      <w:r>
        <w:t>用餐：晚餐</w:t>
      </w:r>
    </w:p>
    <w:p>
      <w:pPr>
        <w:widowControl/>
      </w:pPr>
      <w:r>
        <w:t>住宿：帕罗</w:t>
      </w:r>
    </w:p>
    <w:p>
      <w:pPr>
        <w:keepNext/>
        <w:widowControl/>
        <w:spacing w:before="240"/>
      </w:pPr>
      <w:r>
        <w:t>第2天 帕罗之旅：虎穴寺徒步与祈楚寺</w:t>
      </w:r>
    </w:p>
    <w:p>
      <w:pPr>
        <w:widowControl/>
      </w:pPr>
      <w:r>
        <w:t>今天上午，您将准备好开始激动人心的虎穴寺徒步之旅，虎穴寺是不丹的地标，也是该国最著名的神圣寺院。从帕罗市区到虎穴寺徒步路线的起点大约12公里车程（超过0.5小时）。</w:t>
      </w:r>
    </w:p>
    <w:p>
      <w:pPr>
        <w:widowControl/>
      </w:pPr>
      <w:r>
        <w:t>前往虎穴寺的9.6公里徒步大约需要5到6小时。如果您愿意，可以雇一匹马（可选，自费）到达半途。沿途您将看到帕罗山谷的美丽景色和许多经幡。四月，杜鹃花盛开，让通往寺院的宁静步道色彩斑斓、明亮动人。</w:t>
      </w:r>
    </w:p>
    <w:p>
      <w:pPr>
        <w:widowControl/>
      </w:pPr>
      <w:r>
        <w:t>仰望虎穴寺（海拔3,120米），这座神圣的奇迹悬在山谷上方900米处。这个标志性地点标志着莲花生大士据称骑着飞虎抵达后冥想的地方。凭借其令人惊叹的建筑和数百年的宗教意义，这里能带给您深刻的体验，是探索这个王国文化灵魂的旅行者的精神灯塔。</w:t>
      </w:r>
    </w:p>
    <w:p>
      <w:pPr>
        <w:widowControl/>
      </w:pPr>
      <w:r>
        <w:t>然后，参观祈楚寺，这是一座由松赞干布国王于7世纪建造的寺庙。它是为了制服一个巨型女魔而建造的108座神殿之一，对不丹信仰非常重要。该寺以其千手观音像而闻名，常用于皇家活动。它向游客展示了该国一些最古老的传统和神圣历史。</w:t>
      </w:r>
    </w:p>
    <w:p>
      <w:pPr>
        <w:widowControl/>
      </w:pPr>
      <w:r>
        <w:t>在里面，可以看到国宝——一尊受西藏著名觉沃佛启发的释迦牟尼佛像。寺庙还供奉着顶果钦哲仁波切大师的舍利塔。凭借唐东杰布的铁链等独特物品，这个地方就像一个活生生的博物馆。它展示了古老的佛教传统和不丹非常重要的坚定精神信仰。</w:t>
      </w:r>
    </w:p>
    <w:p>
      <w:pPr>
        <w:widowControl/>
      </w:pPr>
      <w:r>
        <w:t>最后，返回帕罗过夜。</w:t>
      </w:r>
    </w:p>
    <w:p>
      <w:pPr>
        <w:widowControl/>
      </w:pPr>
      <w:r>
        <w:t>可选的不丹帕罗体验：</w:t>
      </w:r>
    </w:p>
    <w:p>
      <w:pPr>
        <w:widowControl/>
      </w:pPr>
      <w:r>
        <w:t>不丹传统热石浴（1小时）。</w:t>
      </w:r>
    </w:p>
    <w:p>
      <w:pPr>
        <w:widowControl/>
      </w:pPr>
      <w:r>
        <w:t>在祈楚寺点酥油灯祈福（108盏）。</w:t>
      </w:r>
    </w:p>
    <w:p>
      <w:pPr>
        <w:widowControl/>
      </w:pPr>
      <w:r>
        <w:t>温馨提示：</w:t>
      </w:r>
    </w:p>
    <w:p>
      <w:pPr>
        <w:widowControl/>
      </w:pPr>
      <w:r>
        <w:t>最佳时间：3月至5月或10月至12月前往。尽早出发以获得最佳摄影光线，因为寺院在下午会陷入阴影。</w:t>
      </w:r>
    </w:p>
    <w:p>
      <w:pPr>
        <w:widowControl/>
      </w:pPr>
      <w:r>
        <w:t>上山选择：有马匹可骑到指定地点，但最后一段必须徒步。下山只能步行。</w:t>
      </w:r>
    </w:p>
    <w:p>
      <w:pPr>
        <w:widowControl/>
      </w:pPr>
      <w:r>
        <w:t>寺院礼仪：内部禁止使用手机和背包；请使用入口处的存储处。在存放物品前，请携带现金用于点酥油灯。</w:t>
      </w:r>
    </w:p>
    <w:p>
      <w:pPr>
        <w:widowControl/>
      </w:pPr>
      <w:r>
        <w:t>当地野生动物：您可能会遇到友好的流浪狗。请注意，经过时给它们平静的空间。</w:t>
      </w:r>
    </w:p>
    <w:p>
      <w:pPr>
        <w:widowControl/>
      </w:pPr>
      <w:r>
        <w:t>概述：海拔：2,270-3,120米，距离：30公里，约1.5小时车程</w:t>
      </w:r>
    </w:p>
    <w:p>
      <w:pPr>
        <w:widowControl/>
      </w:pPr>
      <w:r>
        <w:t>景点：2个标志性景点</w:t>
      </w:r>
    </w:p>
    <w:p>
      <w:pPr>
        <w:widowControl/>
      </w:pPr>
      <w:r>
        <w:t>交通与活动：车辆</w:t>
      </w:r>
    </w:p>
    <w:p>
      <w:pPr>
        <w:widowControl/>
      </w:pPr>
      <w:r>
        <w:t>用餐：早餐、午餐、晚餐</w:t>
      </w:r>
    </w:p>
    <w:p>
      <w:pPr>
        <w:widowControl/>
      </w:pPr>
      <w:r>
        <w:t>住宿：帕罗</w:t>
      </w:r>
    </w:p>
    <w:p>
      <w:pPr>
        <w:keepNext/>
        <w:widowControl/>
        <w:spacing w:before="240"/>
      </w:pPr>
      <w:r>
        <w:t>第3天 帕罗至廷布之旅：塔姆乔寺铁桥、佛陀点、国家纪念塔、羚牛保护区、廷布宗</w:t>
      </w:r>
    </w:p>
    <w:p>
      <w:pPr>
        <w:widowControl/>
      </w:pPr>
      <w:r>
        <w:t>今天，我们驱车1.5小时前往不丹首都廷布。途中，我们会在塔姆乔寺铁桥停留。在廷布（海拔2,340米），您将参观佛陀多登玛雕像、国家纪念塔和羚牛保护区。您还将看到扎西却宗，这是该市非常重要且著名的历史建筑。</w:t>
      </w:r>
    </w:p>
    <w:p>
      <w:pPr>
        <w:widowControl/>
      </w:pPr>
      <w:r>
        <w:t>在塔姆乔寺铁桥停留，这座桥是15世纪工艺的杰作。它由“铁桥建造者”唐通杰波建造，至今仍保留着真正的铁链和飘扬的经幡。走过这座历史悠久的桥，可以从独特的角度了解中世纪的工程技术，并欣赏帕罗河的壮丽景色，是您前往廷布途中令人难忘的一站。</w:t>
      </w:r>
    </w:p>
    <w:p>
      <w:pPr>
        <w:widowControl/>
      </w:pPr>
      <w:r>
        <w:t>随后，参观标志性的佛陀多登玛雕像（佛陀点），这是一座高51.5米的金色佛像。作为全球最大的坐佛，它内部供奉着数千尊小佛像，并举办充满活力的神圣舞蹈。这里同样以令人惊叹的观景视野闻名，可以欣赏到廷布多彩建筑和下方喜马拉雅山谷壮丽美景的最佳视角。</w:t>
      </w:r>
    </w:p>
    <w:p>
      <w:pPr>
        <w:widowControl/>
      </w:pPr>
      <w:r>
        <w:t>作为一座没有红绿灯的罕见首都，廷布有着宁静的城市魅力。从国家纪念塔开始，这里是城市的精神中心。与当地人一起绕行神圣的转经道，是观察不丹日常生活的真实方式。这是国民幸福总值的生动体现，让您对这个非凡王国的访问难以忘怀。</w:t>
      </w:r>
    </w:p>
    <w:p>
      <w:pPr>
        <w:widowControl/>
      </w:pPr>
      <w:r>
        <w:t>参观国家纪念塔，这是一个纪念现代历史与和平的著名地标。然后，前往莫提唐羚牛保护区观看不丹的国兽。这种动物与著名的“疯圣”故事有关。这段体验展现了自然与民间传说的完美结合，让不丹的动物和历史显得格外特别和重要。</w:t>
      </w:r>
    </w:p>
    <w:p>
      <w:pPr>
        <w:widowControl/>
      </w:pPr>
      <w:r>
        <w:t>接下来，参观历史悠久的扎西却宗，这是不丹政府和宗教的主要中心。它位于旺楚河畔，内有皇家办公室和首席住持的夏宫。这座“光荣宗教的堡垒”以廷布策秋节闻名。节日期间，庭院里满是传统的面具舞和重要的文化庆祝活动。</w:t>
      </w:r>
    </w:p>
    <w:p>
      <w:pPr>
        <w:widowControl/>
      </w:pPr>
      <w:r>
        <w:t>注意：工作日，宗堡在下午5:00至6:30对游客开放；周末在上午10:00至下午4:00开放。您必须有导游陪同并通过安全检查才能进入。如果时间合适，可以看到传统的降旗仪式。</w:t>
      </w:r>
    </w:p>
    <w:p>
      <w:pPr>
        <w:widowControl/>
      </w:pPr>
      <w:r>
        <w:t>最后，在民俗遗产博物馆餐厅享用传统晚餐。王太后创办这家餐厅是为了保护当地烹饪。这是一个特别的地方，让您品尝到真正的文化味道。您可以通过品尝许多美味地道的当地菜肴，体验不丹的遗产。</w:t>
      </w:r>
    </w:p>
    <w:p>
      <w:pPr>
        <w:widowControl/>
      </w:pPr>
      <w:r>
        <w:t>可选的不丹廷布体验：</w:t>
      </w:r>
    </w:p>
    <w:p>
      <w:pPr>
        <w:widowControl/>
      </w:pPr>
      <w:r>
        <w:t>民俗遗产博物馆：如果时间允许，您可以参观民俗遗产博物馆，这是一个了解不丹乡村过去的迷人窗口，由不丹王太后建立。</w:t>
      </w:r>
    </w:p>
    <w:p>
      <w:pPr>
        <w:widowControl/>
      </w:pPr>
      <w:r>
        <w:t>简单不丹博物馆：如果时间允许，您可以参观简单不丹博物馆，进一步了解不丹文化。</w:t>
      </w:r>
    </w:p>
    <w:p>
      <w:pPr>
        <w:widowControl/>
      </w:pPr>
      <w:r>
        <w:t>不丹邮票印刷：可印制带有自画像的邮票（不丹邮局：工作日：上午9点至下午5点；周六：上午9点至下午1点；周日休息）。</w:t>
      </w:r>
    </w:p>
    <w:p>
      <w:pPr>
        <w:widowControl/>
      </w:pPr>
      <w:r>
        <w:t>概述：海拔：2,270-2,300米 | 距离：50公里，约1.5小时车程</w:t>
      </w:r>
    </w:p>
    <w:p>
      <w:pPr>
        <w:widowControl/>
      </w:pPr>
      <w:r>
        <w:t>景点：5个标志性景点</w:t>
      </w:r>
    </w:p>
    <w:p>
      <w:pPr>
        <w:widowControl/>
      </w:pPr>
      <w:r>
        <w:t>交通与活动：车辆</w:t>
      </w:r>
    </w:p>
    <w:p>
      <w:pPr>
        <w:widowControl/>
      </w:pPr>
      <w:r>
        <w:t>用餐：早餐、午餐、晚餐</w:t>
      </w:r>
    </w:p>
    <w:p>
      <w:pPr>
        <w:widowControl/>
      </w:pPr>
      <w:r>
        <w:t>住宿：廷布</w:t>
      </w:r>
    </w:p>
    <w:p>
      <w:pPr>
        <w:keepNext/>
        <w:widowControl/>
        <w:spacing w:before="240"/>
      </w:pPr>
      <w:r>
        <w:t>第4天 廷布至普那卡之旅：多楚拉山口（3,120米）、奇美寺与普那卡宗</w:t>
      </w:r>
    </w:p>
    <w:p>
      <w:pPr>
        <w:widowControl/>
      </w:pPr>
      <w:r>
        <w:t>今天，您将从廷布出发，经多楚拉山口前往普那卡（74公里，约2.5小时）。这段旅程不只是驱车赶路，更是一路穿越不同海拔与多样地貌，沿途风光如画。从海拔较高、气候较凉爽的廷布（2,300米）出发，沿国道行驶，一路攀升，穿越雄伟的多楚拉山口（3,120米）。翻过山口后，您将下行进入温暖葱郁的普那卡谷地（1,330米）。</w:t>
      </w:r>
    </w:p>
    <w:p>
      <w:pPr>
        <w:widowControl/>
      </w:pPr>
      <w:r>
        <w:t>在多楚拉山口停留，欣赏喜马拉雅山脉的美丽景色，包括干卡本森峰（7,570米）。参观为纪念士兵和促进世界和平而建的108座纪念佛塔。您可以在咖啡馆喝杯咖啡，感受宁静的氛围，或在佛塔间漫步。这是您旅途中最令人惊叹的景点之一。</w:t>
      </w:r>
    </w:p>
    <w:p>
      <w:pPr>
        <w:widowControl/>
      </w:pPr>
      <w:r>
        <w:t>驱车前往普那卡，步行至奇美寺，又称求子寺。这座寺庙为“神圣疯僧”而建，寺庙和当地村庄使用阳具符号来驱邪。许多人来到这个圣地祈求生子赐福。您可能会看到僧侣使用木制器物为游客举行传统仪式。</w:t>
      </w:r>
    </w:p>
    <w:p>
      <w:pPr>
        <w:widowControl/>
      </w:pPr>
      <w:r>
        <w:t>接下来，参观令人惊叹的普那卡宗。它坐落于两条河流交汇处，是1000名僧侣的冬季住所。许多皇家婚礼曾在此举行。春天，您可以看到紫色的蓝花楹树盛开。在普那卡戒楚节期间，您将看到传统舞蹈和身穿美丽不丹服饰的人们。</w:t>
      </w:r>
    </w:p>
    <w:p>
      <w:pPr>
        <w:widowControl/>
      </w:pPr>
      <w:r>
        <w:t>走过巴扎姆桥，参观普那卡宗，它以其不用钉子建造而闻名。它有一座六层高的塔楼和三个用于政府和宗教事务的庭院。您可以在南庙看到古代遗迹，并参观百柱殿，那里美丽的壁画讲述着佛陀的生平和修行故事。</w:t>
      </w:r>
    </w:p>
    <w:p>
      <w:pPr>
        <w:widowControl/>
      </w:pPr>
      <w:r>
        <w:t>注意：普那卡宗开放时间为工作日9:00至17:00，周末10:00至16:00。入场需要持证导游和安检。</w:t>
      </w:r>
    </w:p>
    <w:p>
      <w:pPr>
        <w:widowControl/>
      </w:pPr>
      <w:r>
        <w:t>夜宿普那卡。</w:t>
      </w:r>
    </w:p>
    <w:p>
      <w:pPr>
        <w:widowControl/>
      </w:pPr>
      <w:r>
        <w:t>概述：海拔：2,300-1,350米 | 距离：74公里，约2.5小时车程</w:t>
      </w:r>
    </w:p>
    <w:p>
      <w:pPr>
        <w:widowControl/>
      </w:pPr>
      <w:r>
        <w:t>景点：3个标志性景点</w:t>
      </w:r>
    </w:p>
    <w:p>
      <w:pPr>
        <w:widowControl/>
      </w:pPr>
      <w:r>
        <w:t>交通与活动：车辆</w:t>
      </w:r>
    </w:p>
    <w:p>
      <w:pPr>
        <w:widowControl/>
      </w:pPr>
      <w:r>
        <w:t>用餐：早餐、午餐、晚餐</w:t>
      </w:r>
    </w:p>
    <w:p>
      <w:pPr>
        <w:widowControl/>
      </w:pPr>
      <w:r>
        <w:t>住宿：普那卡</w:t>
      </w:r>
    </w:p>
    <w:p>
      <w:pPr>
        <w:keepNext/>
        <w:widowControl/>
        <w:spacing w:before="240"/>
      </w:pPr>
      <w:r>
        <w:t>第5天 普那卡之旅：卡姆沙耶里纳耶纪念塔、普那卡吊桥、桑钦多杰伦珠尼姑庵</w:t>
      </w:r>
    </w:p>
    <w:p>
      <w:pPr>
        <w:widowControl/>
      </w:pPr>
      <w:r>
        <w:t>今天，您将有一整天的时间探索普那卡城。上午，您将沿着梯田稻田漫步，开始徒步前往卡姆沙耶里纳耶纪念塔，通常需要约一小时或更短。沿途，您可能会遇到当地农民在田间辛勤劳作，或手工耕作，或借助牛和犁。</w:t>
      </w:r>
    </w:p>
    <w:p>
      <w:pPr>
        <w:widowControl/>
      </w:pPr>
      <w:r>
        <w:t>卡姆沙耶里纳耶纪念塔（佛塔）由王太后建造，是献给不丹保护神的杰作。这座艺术佛塔历时九年才完成。游客可以拾级而上，欣赏普那卡谷地的广阔景色。周围的稻田提供了戏剧性的背景，全年从生机勃勃的绿色变为金黄的丰收色调。</w:t>
      </w:r>
    </w:p>
    <w:p>
      <w:pPr>
        <w:widowControl/>
      </w:pPr>
      <w:r>
        <w:t>午餐后，您将参观普那卡吊桥，这是不丹最长的吊桥之一，跨度160米。这段体验将为您带来如画的普那卡谷地和桥下流淌的冰川融水波楚河的壮丽景色。</w:t>
      </w:r>
    </w:p>
    <w:p>
      <w:pPr>
        <w:widowControl/>
      </w:pPr>
      <w:r>
        <w:t>接下来，前往桑钦多杰伦珠尼姑庵。它位于海拔1550米的山顶上，拥有普那卡谷地的绝佳景色。约120名尼姑在这里生活和学习，学习佛教教义以及裁缝和绘画等实用技能。您可以近距离观察她们的修行生活，享受宁静的松树林。这个神圣的中心是精神反思和学习的完美场所。</w:t>
      </w:r>
    </w:p>
    <w:p>
      <w:pPr>
        <w:widowControl/>
      </w:pPr>
      <w:r>
        <w:t>寺庙内供奉着一尊14英尺高的青铜千手千眼观音像。这是不丹最大的，由当地艺术家手工制作。您还可以看到莲花生大士、佛陀和21度母的重要雕像。如果时间充裕，您可以参观普那卡当地市场，看看传统商品，结识友好的当地人。</w:t>
      </w:r>
    </w:p>
    <w:p>
      <w:pPr>
        <w:widowControl/>
      </w:pPr>
      <w:r>
        <w:t>夜宿普那卡。</w:t>
      </w:r>
    </w:p>
    <w:p>
      <w:pPr>
        <w:widowControl/>
      </w:pPr>
      <w:r>
        <w:t>概述：海拔：1330米  距离：50公里，约2小时车程</w:t>
      </w:r>
    </w:p>
    <w:p>
      <w:pPr>
        <w:widowControl/>
      </w:pPr>
      <w:r>
        <w:t>景点：3个标志性景点</w:t>
      </w:r>
    </w:p>
    <w:p>
      <w:pPr>
        <w:widowControl/>
      </w:pPr>
      <w:r>
        <w:t>交通与活动：车辆</w:t>
      </w:r>
    </w:p>
    <w:p>
      <w:pPr>
        <w:widowControl/>
      </w:pPr>
      <w:r>
        <w:t>用餐：早餐、午餐、晚餐</w:t>
      </w:r>
    </w:p>
    <w:p>
      <w:pPr>
        <w:widowControl/>
      </w:pPr>
      <w:r>
        <w:t>住宿：普那卡</w:t>
      </w:r>
    </w:p>
    <w:p>
      <w:pPr>
        <w:keepNext/>
        <w:widowControl/>
        <w:spacing w:before="240"/>
      </w:pPr>
      <w:r>
        <w:t>第6天 普那卡至帕罗之旅：塔姆乔克寺铁桥、帕罗宗、不丹国家博物馆</w:t>
      </w:r>
    </w:p>
    <w:p>
      <w:pPr>
        <w:widowControl/>
      </w:pPr>
      <w:r>
        <w:t>今天，您将离开普那卡，再次经由多楚拉山口返回帕罗（110公里，约3.5小时），游览帕罗宗和不丹国家博物馆后，夜宿帕罗。</w:t>
      </w:r>
    </w:p>
    <w:p>
      <w:pPr>
        <w:widowControl/>
      </w:pPr>
      <w:r>
        <w:t>不要错过帕罗河畔著名的塔姆乔克寺铁桥。这座桥由圣人唐东杰布（又称铁桥喇嘛）建造，使用独特的铁链和色彩斑斓的经幡。您可以从外部观看寺庙，并走过桥去欣赏超过五百年历史的古建筑。</w:t>
      </w:r>
    </w:p>
    <w:p>
      <w:pPr>
        <w:widowControl/>
      </w:pPr>
      <w:r>
        <w:t>走过桥后，您将抵达帕罗，参观帕罗宗（日蓬堡）。这座宏伟的堡垒由不丹的缔造者夏尊·阿旺南杰于1646年建造，对当地历史非常重要。您可以穿过一座木桥进入，欣赏帕罗河谷的壮丽景色。这里是同时领略不丹文化和美丽风景的好地方。</w:t>
      </w:r>
    </w:p>
    <w:p>
      <w:pPr>
        <w:widowControl/>
      </w:pPr>
      <w:r>
        <w:t>然后，徒步前往不丹国家博物馆，这是该国最高的建筑。它建于1649年，最初是一座瞭望塔，1968年改为博物馆。在这里您可以看到许多古老物品，如面具、盔甲和绘画。这是了解当地历史的好方式。</w:t>
      </w:r>
    </w:p>
    <w:p>
      <w:pPr>
        <w:widowControl/>
      </w:pPr>
      <w:r>
        <w:t>夜宿帕罗。</w:t>
      </w:r>
    </w:p>
    <w:p>
      <w:pPr>
        <w:widowControl/>
      </w:pPr>
      <w:r>
        <w:t>概述：海拔：1,330-2,270米 | 距离：110公里，约3.5小时车程</w:t>
      </w:r>
    </w:p>
    <w:p>
      <w:pPr>
        <w:widowControl/>
      </w:pPr>
      <w:r>
        <w:t>景点：3个标志性景点</w:t>
      </w:r>
    </w:p>
    <w:p>
      <w:pPr>
        <w:widowControl/>
      </w:pPr>
      <w:r>
        <w:t>交通与活动：车辆</w:t>
      </w:r>
    </w:p>
    <w:p>
      <w:pPr>
        <w:widowControl/>
      </w:pPr>
      <w:r>
        <w:t>用餐：早餐、午餐、晚餐</w:t>
      </w:r>
    </w:p>
    <w:p>
      <w:pPr>
        <w:widowControl/>
      </w:pPr>
      <w:r>
        <w:t>住宿：帕罗</w:t>
      </w:r>
    </w:p>
    <w:p>
      <w:pPr>
        <w:keepNext/>
        <w:widowControl/>
        <w:spacing w:before="240"/>
      </w:pPr>
      <w:r>
        <w:t>第7天 帕罗离境：酒店退房与送机</w:t>
      </w:r>
    </w:p>
    <w:p>
      <w:pPr>
        <w:widowControl/>
      </w:pPr>
      <w:r>
        <w:t>幸福是一个地方，希望您已从美丽的喜马拉雅王国带走了属于您的幸福哲学。是时候结束7天的Bhutan跟团游了。您的导游将陪同您前往帕罗国际机场，搭乘航班前往下一个目的地。</w:t>
      </w:r>
    </w:p>
    <w:p>
      <w:pPr>
        <w:widowControl/>
      </w:pPr>
      <w:r>
        <w:t>延展建议：如果您希望在Bhutan停留更久，您可以将行程延展至Bhutan其他精彩地区，包括Haa、Gangtey和Bumthang。</w:t>
      </w:r>
    </w:p>
    <w:p>
      <w:pPr>
        <w:widowControl/>
      </w:pPr>
      <w:r>
        <w:t>感谢您选择亚洲奥德赛旅游（AOT）安排您的Bhutan之旅，我们随时为您服务，并期待在您下次中国/亚洲之旅中再次相见。旅途平安！</w:t>
      </w:r>
    </w:p>
    <w:p>
      <w:pPr>
        <w:widowControl/>
      </w:pPr>
      <w:r>
        <w:t>概述：海拔：2,270米 | 距离：8公里，约0.5小时车程</w:t>
      </w:r>
    </w:p>
    <w:p>
      <w:pPr>
        <w:widowControl/>
      </w:pPr>
      <w:r>
        <w:t>景点：送机</w:t>
      </w:r>
    </w:p>
    <w:p>
      <w:pPr>
        <w:widowControl/>
      </w:pPr>
      <w:r>
        <w:t>交通与活动：车辆</w:t>
      </w:r>
    </w:p>
    <w:p>
      <w:pPr>
        <w:widowControl/>
      </w:pPr>
      <w:r>
        <w:t>用餐：早餐</w:t>
      </w:r>
    </w:p>
    <w:p>
      <w:pPr>
        <w:widowControl/>
      </w:pPr>
      <w:r>
        <w:t>住宿：无</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7天不丹跟团游：帕罗、廷布、普那卡文化体验</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