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8 Days Bhutan Festival Tour - Paro Tshechu in Small Group (March 21th, 2027)</w:t>
      </w:r>
    </w:p>
    <w:p>
      <w:pPr>
        <w:widowControl/>
      </w:pPr>
      <w:r>
        <w:t>Product code: AOT-BT-B2</w:t>
      </w:r>
    </w:p>
    <w:p>
      <w:pPr>
        <w:keepNext/>
        <w:widowControl/>
        <w:spacing w:before="240"/>
      </w:pPr>
      <w:r>
        <w:t>Day 1 Paro, Bhutan Arrival | Airport Pick-up &amp; Hotel Check-in, Paro Airport Birds Eye View Point</w:t>
      </w:r>
    </w:p>
    <w:p>
      <w:pPr>
        <w:widowControl/>
      </w:pPr>
      <w:r>
        <w:t>Tashi Delek and welcome to Bhutan! When you arrive at Paro International Airport, enjoy the fresh air of a country with 71% forest cover. Your local guide will meet you there to help you start your trip smoothly. You are now in the "Last Shangri-La," a beautiful Himalayan place that has been protected for many generations.</w:t>
      </w:r>
    </w:p>
    <w:p>
      <w:pPr>
        <w:widowControl/>
      </w:pPr>
      <w:r>
        <w:t>As Bhutan's main gateway, Paro (2,270m) is famous for the iconic Tiger's Nest. The valley beautifully blends ancient traditions with stunning scenery. March visitors can experience the vibrant Paro Tshechu festival, filled with color and culture. It is a must-visit destination that offers a breathtaking first look at the magic of the Himalayas.</w:t>
      </w:r>
    </w:p>
    <w:p>
      <w:pPr>
        <w:widowControl/>
      </w:pPr>
      <w:r>
        <w:t>Stop at the Airport Bird's Eye View Point for a great view of the Paro Valley, the Dzong, and the Paro Chu River. Your guide will tell you the interesting history of this unusual airport. Afterward, go to your hotel to rest and adjust to the high altitude. This quiet afternoon helps you feel fully refreshed for your upcoming trip.</w:t>
      </w:r>
    </w:p>
    <w:p>
      <w:pPr>
        <w:widowControl/>
      </w:pPr>
      <w:r>
        <w:t>Enjoy these exclusive free activities from AOT to kickstart your trip:</w:t>
      </w:r>
    </w:p>
    <w:p>
      <w:pPr>
        <w:widowControl/>
      </w:pPr>
      <w:r>
        <w:t>Traditional Dress: Dress in the beautiful Gho or Kira to feel the spirit of Bhutan.</w:t>
      </w:r>
    </w:p>
    <w:p>
      <w:pPr>
        <w:widowControl/>
      </w:pPr>
      <w:r>
        <w:t>Local Tasting: Sample authentic red rice wine, a sweet and popular traditional beverage.</w:t>
      </w:r>
    </w:p>
    <w:p>
      <w:pPr>
        <w:widowControl/>
      </w:pPr>
      <w:r>
        <w:t>If your flight lands before midday, take an optional guided tour of the National Museum and Rinpung Dzong. Your guide will assist with security protocols and entry tickets. Keep in mind that Paro Dzong operates 9 AM – 5 PM Monday through Friday, with shorter hours (10 AM – 4 PM) on weekends.</w:t>
      </w:r>
    </w:p>
    <w:p>
      <w:pPr>
        <w:widowControl/>
      </w:pPr>
      <w:r>
        <w:t>Free Time Ideas:</w:t>
      </w:r>
    </w:p>
    <w:p>
      <w:pPr>
        <w:widowControl/>
      </w:pPr>
      <w:r>
        <w:t>Local Markets: Explore Paro's town center in national dress to see local ingredients like red chilies and artisanal cheese.</w:t>
      </w:r>
    </w:p>
    <w:p>
      <w:pPr>
        <w:widowControl/>
      </w:pPr>
      <w:r>
        <w:t>Archery: Test your skills at the national sport on a traditional 140m archery range.</w:t>
      </w:r>
    </w:p>
    <w:p>
      <w:pPr>
        <w:widowControl/>
      </w:pPr>
      <w:r>
        <w:t>For tailored advice on what to do, feel free to reach out to your guide ahead of time.</w:t>
      </w:r>
    </w:p>
    <w:p>
      <w:pPr>
        <w:widowControl/>
      </w:pPr>
      <w:r>
        <w:t>Arrival Ideas:</w:t>
      </w:r>
    </w:p>
    <w:p>
      <w:pPr>
        <w:widowControl/>
      </w:pPr>
      <w:r>
        <w:t>Reaching Bhutan is easy, with Paro International Airport providing direct flights from hubs like Delhi, Kolkata, Bagdogra, Gaya, Guwahati, Dhaka, Bangkok, Kathmandu, and Changi. Land entry is also available through Phuentsholing or Gelephu. For seamless travel, look for seasonal charters from Hong Kong and Kuala Lumpur.</w:t>
      </w:r>
    </w:p>
    <w:p>
      <w:pPr>
        <w:widowControl/>
      </w:pPr>
      <w:r>
        <w:t>Kind Reminds:</w:t>
      </w:r>
    </w:p>
    <w:p>
      <w:pPr>
        <w:widowControl/>
      </w:pPr>
      <w:r>
        <w:t>Flight Booking: We can help you book your flights directly to Paro.</w:t>
      </w:r>
    </w:p>
    <w:p>
      <w:pPr>
        <w:widowControl/>
      </w:pPr>
      <w:r>
        <w:t>E-Visas: Most visitors need an advance E-visa, which costs $40.</w:t>
      </w:r>
    </w:p>
    <w:p>
      <w:pPr>
        <w:widowControl/>
      </w:pPr>
      <w:r>
        <w:t>Regional Requirements: Indian citizens must have a valid permit (Passport or Voter ID). Travelers from Bangladesh and the Maldives need a visa, which can be arranged in advance or received when you arrive in Bhutan.</w:t>
      </w:r>
    </w:p>
    <w:p>
      <w:pPr>
        <w:widowControl/>
      </w:pPr>
      <w:r>
        <w:t>Overview: Altitude: 2,270m I Distance: 8km, about 0.5 hours' drive</w:t>
      </w:r>
    </w:p>
    <w:p>
      <w:pPr>
        <w:widowControl/>
      </w:pPr>
      <w:r>
        <w:t>Attractions: Explore according to your flight time</w:t>
      </w:r>
    </w:p>
    <w:p>
      <w:pPr>
        <w:widowControl/>
      </w:pPr>
      <w:r>
        <w:t>Transport and activities: Vehicle</w:t>
      </w:r>
    </w:p>
    <w:p>
      <w:pPr>
        <w:widowControl/>
      </w:pPr>
      <w:r>
        <w:t>Meals: Dinner</w:t>
      </w:r>
    </w:p>
    <w:p>
      <w:pPr>
        <w:widowControl/>
      </w:pPr>
      <w:r>
        <w:t>Accommodation: Paro</w:t>
      </w:r>
    </w:p>
    <w:p>
      <w:pPr>
        <w:keepNext/>
        <w:widowControl/>
        <w:spacing w:before="240"/>
      </w:pPr>
      <w:r>
        <w:t>Day 2 Paro Tshechu Festival Tour | Tenchen Choeling Nunnery (108 Butter Lamps), Bhutanese Attire Experience, Paro Dzong Festival Grounds (Cham Mask Dances), Cultural Craft Workshop, Paro Local Market</w:t>
      </w:r>
    </w:p>
    <w:p>
      <w:pPr>
        <w:widowControl/>
      </w:pPr>
      <w:r>
        <w:t>Morning Activity: Sacred Dawn Ritual + Bhutan National Dress + Paro Dzong Festival Grounds</w:t>
      </w:r>
    </w:p>
    <w:p>
      <w:pPr>
        <w:widowControl/>
      </w:pPr>
      <w:r>
        <w:t>An early morning visit to Tenchen Choeling Nunnery will be arranged, where you can join a group of monks in their daily prayers and light 108 butter lamps (Included) as part of a meaningful spiritual offering. This provides a more authentic and immersive experience compared to Kyichu or Tachog Lhakhang, where only a few resident monks are present and group prayers are not typically conducted in the early morning.</w:t>
      </w:r>
    </w:p>
    <w:p>
      <w:pPr>
        <w:widowControl/>
      </w:pPr>
      <w:r>
        <w:t>Exclusive Experience:</w:t>
      </w:r>
    </w:p>
    <w:p>
      <w:pPr>
        <w:widowControl/>
      </w:pPr>
      <w:r>
        <w:t>Private Audience with a Lama or Monk: You can engage in a Q&amp;A with a local monk or lama. Topics can include Buddhism, monastic life, or festival symbolism. Adds depth to the understanding of Tsechu's spiritual significance.</w:t>
      </w:r>
    </w:p>
    <w:p>
      <w:pPr>
        <w:widowControl/>
      </w:pPr>
      <w:r>
        <w:t>Following the ritual, you will be guided through a traditional dress fitting, Gho for men and Kira for women, complete with accessories. Dressed in full Bhutanese attire, they will proceed to the Paro Dzong Festival Grounds, joining locals in celebrating the Tsechu. This allows for full cultural immersion, including witnessing the Cham Mask Dances and learning about ancient Buddhist storytelling through movement.</w:t>
      </w:r>
    </w:p>
    <w:p>
      <w:pPr>
        <w:widowControl/>
      </w:pPr>
      <w:r>
        <w:t>Afternoon Activity: Cultural Craft Workshop + Paro Local Market</w:t>
      </w:r>
    </w:p>
    <w:p>
      <w:pPr>
        <w:widowControl/>
      </w:pPr>
      <w:r>
        <w:t>You may choose one of the hands-on cultural experiences in the Cultural Craft Workshop. Sacred Thangka Painting, conducted in Paro, this session is led by monastery-trained artists who will guide participants in the use of mineral pigments and traditional painting techniques.</w:t>
      </w:r>
    </w:p>
    <w:p>
      <w:pPr>
        <w:widowControl/>
      </w:pPr>
      <w:r>
        <w:t>And then visit the Paro Local Market. Explore stalls brimming with fresh produce, traditional handicrafts, dried yak cheese, and local delicacies.</w:t>
      </w:r>
    </w:p>
    <w:p>
      <w:pPr>
        <w:widowControl/>
      </w:pPr>
      <w:r>
        <w:t>Overview: Altitude: 2,270m I Distance: 8km, about 0.5 hours' drive</w:t>
      </w:r>
    </w:p>
    <w:p>
      <w:pPr>
        <w:widowControl/>
      </w:pPr>
      <w:r>
        <w:t>Attractions: 4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3 Paro Tour | Tiger's Nest Monastery Hiking, Kyichu Lhakhang</w:t>
      </w:r>
    </w:p>
    <w:p>
      <w:pPr>
        <w:widowControl/>
      </w:pPr>
      <w:r>
        <w:t>Start your day with a memorable trek to the iconic Tiger's Nest. Following a 30 minutes drive from Paro, you'll begin your scenic ascent to this sacred cliffside retreat, arguably the most breathtaking spiritual site in the entire kingdom.</w:t>
      </w:r>
    </w:p>
    <w:p>
      <w:pPr>
        <w:widowControl/>
      </w:pPr>
      <w:r>
        <w:t>Trek the scenic 9.6 km trail to Tiger's Nest, a rewarding journey of about five to six hours. You can ride a horse (Optional, self-paid) to the midway cafeteria for stunning views and lunch. The path features serene forests and colorful prayer flags overlooking Paro Valley. Visit during April to witness rhododendrons in full bloom, adding a vibrant layer to this spiritual pilgrimage.</w:t>
      </w:r>
    </w:p>
    <w:p>
      <w:pPr>
        <w:widowControl/>
      </w:pPr>
      <w:r>
        <w:t>Standing opposite Tiger's Nest (3,120m), you can see Bhutan's most famous landmark high above the Paro Valley. Legend says Guru Rinpoche came here on a tigress to meditate. Although it was rebuilt in 2005, it is still the holiest place in Bhutan. You can explore this building to feel the strong spiritual energy that is respected by Buddhists everywhere.</w:t>
      </w:r>
    </w:p>
    <w:p>
      <w:pPr>
        <w:widowControl/>
      </w:pPr>
      <w:r>
        <w:t>After the hike, visit Kyichu Lhakhang, the Temple of the Thousand-armed Avalokiteshvara. It is one of 108 temples built by King Songtsen Gampo in the 7th century to subdue a mythical witch. As one of the oldest temples in Bhutan, it is a very holy place and is often used for important events by the Bhutanese royal family.</w:t>
      </w:r>
    </w:p>
    <w:p>
      <w:pPr>
        <w:widowControl/>
      </w:pPr>
      <w:r>
        <w:t>Inside the main hall, you can admire the Shakyamuni Buddha statue, which is a national treasure. The temple also holds the relic stupa of Dilgo Khyentse Rinpoche. You can find an iron chain made by Thangtong Gyalpo, the famous bridge builder. These important items show the deep history and spiritual meaning kept inside this very sacred site.</w:t>
      </w:r>
    </w:p>
    <w:p>
      <w:pPr>
        <w:widowControl/>
      </w:pPr>
      <w:r>
        <w:t>At last, head back to Paro for overnight.</w:t>
      </w:r>
    </w:p>
    <w:p>
      <w:pPr>
        <w:widowControl/>
      </w:pPr>
      <w:r>
        <w:t>Optional Bhutan Paro Experiences:</w:t>
      </w:r>
    </w:p>
    <w:p>
      <w:pPr>
        <w:widowControl/>
      </w:pPr>
      <w:r>
        <w:t>1. Bhutan Traditional Hot Stone Bath (1 hour).</w:t>
      </w:r>
    </w:p>
    <w:p>
      <w:pPr>
        <w:widowControl/>
      </w:pPr>
      <w:r>
        <w:t>2. Lighting butter lamps for blessings at Kyichu Lhakhang (108 lamps).</w:t>
      </w:r>
    </w:p>
    <w:p>
      <w:pPr>
        <w:widowControl/>
      </w:pPr>
      <w:r>
        <w:t>Travel Tips for Tiger's Nest:</w:t>
      </w:r>
    </w:p>
    <w:p>
      <w:pPr>
        <w:widowControl/>
      </w:pPr>
      <w:r>
        <w:t>1. Timing: Visit March–May or October–December. Start early; by afternoon, the monastery is shaded by cliffs, affecting photography.</w:t>
      </w:r>
    </w:p>
    <w:p>
      <w:pPr>
        <w:widowControl/>
      </w:pPr>
      <w:r>
        <w:t>2. Horses: Uphill rides reach a designated midpoint only; the rest is on foot. You must walk the entire way</w:t>
      </w:r>
    </w:p>
    <w:p>
      <w:pPr>
        <w:widowControl/>
      </w:pPr>
      <w:r>
        <w:t>3. Security: Phones and bags are prohibited inside; storage is at the entrance. Carry cash for butter lamps before storing belongings.</w:t>
      </w:r>
    </w:p>
    <w:p>
      <w:pPr>
        <w:widowControl/>
      </w:pPr>
      <w:r>
        <w:t>4. Safety: Give stray dogs space and avoid disturbing them.</w:t>
      </w:r>
    </w:p>
    <w:p>
      <w:pPr>
        <w:widowControl/>
      </w:pPr>
      <w:r>
        <w:t>Overview: Altitude: 2,270-3,120m I Distance: 30km, about 1.5 hours' drive</w:t>
      </w:r>
    </w:p>
    <w:p>
      <w:pPr>
        <w:widowControl/>
      </w:pPr>
      <w:r>
        <w:t>Attractions: 2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4 Paro to Thimphu Tour | Tamchog Lhakhang Iron Bridge, Buddha Point, National Memorial Chorten, Takin Preserve, Thimphu Dzong</w:t>
      </w:r>
    </w:p>
    <w:p>
      <w:pPr>
        <w:widowControl/>
      </w:pPr>
      <w:r>
        <w:t>We'll head to Thimphu today, a scenic 1.5-hour drive with a stop at the ancient iron bridge of Tamchog Lhakhang. Once in the capital (2,340m), you'll dive into a full day of sightseeing. Highlights include the giant Buddha statue, the National Memorial Chorten, and the unique Takin Preserve, ending with the grand architecture of Tashichho Dzong.</w:t>
      </w:r>
    </w:p>
    <w:p>
      <w:pPr>
        <w:widowControl/>
      </w:pPr>
      <w:r>
        <w:t>On the way to Thimphu, visit the historic Tamchog Lhakhang Iron Bridge over the Paro River. It was built by Thangthong Gyalpo, the legendary bridge maker. You can walk across the iron chains covered with prayer flags. While you can only see the temple from the outside, the bridge is a great way to experience Bhutanese history and tradition.</w:t>
      </w:r>
    </w:p>
    <w:p>
      <w:pPr>
        <w:widowControl/>
      </w:pPr>
      <w:r>
        <w:t>Next, visit the Buddha Dordenma Statue (Buddha Point), the world's largest sitting Buddha and a famous landmark of Thimphu City. It is 51.5 meters tall, covered in gold, and holds 125,000 smaller statues. During festivals, you can see sacred dances here. This place also offers a great view of the Thimphu Valley and the city's unique colorful roofs from above.</w:t>
      </w:r>
    </w:p>
    <w:p>
      <w:pPr>
        <w:widowControl/>
      </w:pPr>
      <w:r>
        <w:t>As the biggest city in Bhutan, Thimphu has no traffic lights or trains. When you arrive, you can visit the National Memorial Chorten and act like a local. It is tradition to walk clockwise around the Chorten while praying. This gives you many chances to meet people and learn about their daily lives and their ideas about happiness.</w:t>
      </w:r>
    </w:p>
    <w:p>
      <w:pPr>
        <w:widowControl/>
      </w:pPr>
      <w:r>
        <w:t>Visit the National Memorial Chorten, an iconic landmark dedicated to peace and Bhutan's third king. Afterward, head to the Motithang Takin Preserve to see the extraordinary Takin. Legend says the "Divine Madman" created this unusual animal, which looks like a goat-cow hybrid. It is a unique chance to witness Bhutan's national symbol and hear local myths.</w:t>
      </w:r>
    </w:p>
    <w:p>
      <w:pPr>
        <w:widowControl/>
      </w:pPr>
      <w:r>
        <w:t>Then, visit Tashichho Dzong, the "Fortress of the Glorious Religion," which has been the government center since 1952. It sits by the Wang Chu River and holds the King's offices. You can walk through the gardens and see the grand buildings. Every autumn, the Thimphu Tshechu Festival is held here, featuring sacred masked dances that are very colorful.</w:t>
      </w:r>
    </w:p>
    <w:p>
      <w:pPr>
        <w:widowControl/>
      </w:pPr>
      <w:r>
        <w:t>Note: Visiting hours for Thimphu Dzong are 5 PM to 6:30 PM on weekdays and 10 AM to 4 PM on weekends. You must have a tour guide and pass a security check to enter. You might even see the flag ceremony.</w:t>
      </w:r>
    </w:p>
    <w:p>
      <w:pPr>
        <w:widowControl/>
      </w:pPr>
      <w:r>
        <w:t>For dinner, visit the Folk Heritage Museum Restaurant, founded by the Queen Mother, to try traditional Bhutanese dishes before sleeping in Thimphu.</w:t>
      </w:r>
    </w:p>
    <w:p>
      <w:pPr>
        <w:widowControl/>
      </w:pPr>
      <w:r>
        <w:t>Optional Bhutan Thimphu Experiences:</w:t>
      </w:r>
    </w:p>
    <w:p>
      <w:pPr>
        <w:widowControl/>
      </w:pPr>
      <w:r>
        <w:t>Folk Heritage Museum: If time permit, you can visit Folk Heritage Museum, a captivating window into Bhutan's rural past &amp; established by the Queen Mother of Bhutan.</w:t>
      </w:r>
    </w:p>
    <w:p>
      <w:pPr>
        <w:widowControl/>
      </w:pPr>
      <w:r>
        <w:t>Simply Bhutan Museum: If time permit, you can visit Simply Bhutan Museum to explore more about Bhutan culture.</w:t>
      </w:r>
    </w:p>
    <w:p>
      <w:pPr>
        <w:widowControl/>
      </w:pPr>
      <w:r>
        <w:t>Bhutan Stamp Printing: Fully functional stamp printed with a self-portrait (Bhutan Post Office: Weekdays: 9AM - 5PM; Saturdays: 9 AM - 1 PM; Closed on Sundays).</w:t>
      </w:r>
    </w:p>
    <w:p>
      <w:pPr>
        <w:widowControl/>
      </w:pPr>
      <w:r>
        <w:t>Overview: Altitude: 2,270-2,300m I Distance: 50km, about 1.5 hours' drive</w:t>
      </w:r>
    </w:p>
    <w:p>
      <w:pPr>
        <w:widowControl/>
      </w:pPr>
      <w:r>
        <w:t>Attractions: 5 iconic sites</w:t>
      </w:r>
    </w:p>
    <w:p>
      <w:pPr>
        <w:widowControl/>
      </w:pPr>
      <w:r>
        <w:t>Transport and activities: Vehicle</w:t>
      </w:r>
    </w:p>
    <w:p>
      <w:pPr>
        <w:widowControl/>
      </w:pPr>
      <w:r>
        <w:t>Meals: Breakfast,Lunch,Dinner</w:t>
      </w:r>
    </w:p>
    <w:p>
      <w:pPr>
        <w:widowControl/>
      </w:pPr>
      <w:r>
        <w:t>Accommodation: Thimphu</w:t>
      </w:r>
    </w:p>
    <w:p>
      <w:pPr>
        <w:keepNext/>
        <w:widowControl/>
        <w:spacing w:before="240"/>
      </w:pPr>
      <w:r>
        <w:t>Day 5 Thimphu to Punakha Tour | Dochula Pass (3,120m), Chimi Lhakhang, Punakha Dzong</w:t>
      </w:r>
    </w:p>
    <w:p>
      <w:pPr>
        <w:widowControl/>
      </w:pPr>
      <w:r>
        <w:t>Today, you will travel from Thimphu to Punakha via Dochula Pass. This 74km trip takes about 2.5 hours and shows you changing landscapes and altitudes. You will start in the cool climate of Thimphu and drive up to the majestic Dochula Pass (3,120m). Then, you will descend into the warm and green Punakha Valley (1,330m) at a much lower altitude.</w:t>
      </w:r>
    </w:p>
    <w:p>
      <w:pPr>
        <w:widowControl/>
      </w:pPr>
      <w:r>
        <w:t>Stop at Dochula Pass for a breathtaking view of the Himalayas, including Mt. Gangkar Puensum (7,570m). You can see the 108 memorial chortens built to honor soldiers and wish for peace. Whether you relax with a coffee or walk through the sacred shrines, this is one of the most beautiful and famous stops on your entire trip.</w:t>
      </w:r>
    </w:p>
    <w:p>
      <w:pPr>
        <w:widowControl/>
      </w:pPr>
      <w:r>
        <w:t>Next, walk to Chimi Lhakhang, famously known as the Fertility Temple. This sacred site honors the "Divine Madman" and is filled with colorful phallus symbols to repel negative energy. It is a popular destination for those seeking blessings to conceive. Witnessing the traditional rituals performed by local monks offers a fascinating look into Bhutan's unique spiritual culture.</w:t>
      </w:r>
    </w:p>
    <w:p>
      <w:pPr>
        <w:widowControl/>
      </w:pPr>
      <w:r>
        <w:t>Then, drive to Punakha to see the beautiful Punakha Dzong. It sits where two rivers meet and is the winter home for 1,000 monks. Many royal weddings have taken place here. In the spring, you can see purple jacaranda trees blooming. During the Punakha Tshechu festival, you will see traditional dances and people wearing colorful Bhutanese clothes.</w:t>
      </w:r>
    </w:p>
    <w:p>
      <w:pPr>
        <w:widowControl/>
      </w:pPr>
      <w:r>
        <w:t>Walk across the Bazam Bridge to visit Punakha Dzong, which is famous for being built without using nails. It has a six-story tower and three courtyards for government and religious use. You can see ancient remains in the southern temple and visit the Hundred-Pillar Hall, where beautiful paintings on the walls tell the story of the Buddha's life.</w:t>
      </w:r>
    </w:p>
    <w:p>
      <w:pPr>
        <w:widowControl/>
      </w:pPr>
      <w:r>
        <w:t>Note: Punakha Dzong is open weekdays from 9:00 AM – 5:00 PM and weekends from 10:00 AM – 4:00 PM. Entry requires a licensed tour guide and a security screening.</w:t>
      </w:r>
    </w:p>
    <w:p>
      <w:pPr>
        <w:widowControl/>
      </w:pPr>
      <w:r>
        <w:t>Overnight in Punakha.</w:t>
      </w:r>
    </w:p>
    <w:p>
      <w:pPr>
        <w:widowControl/>
      </w:pPr>
      <w:r>
        <w:t>Overview: Altitude: 2,300-1,350m I Distance: 74km, about 2.5 hours' drive</w:t>
      </w:r>
    </w:p>
    <w:p>
      <w:pPr>
        <w:widowControl/>
      </w:pPr>
      <w:r>
        <w:t>Attractions: 3 Iconic Sites</w:t>
      </w:r>
    </w:p>
    <w:p>
      <w:pPr>
        <w:widowControl/>
      </w:pPr>
      <w:r>
        <w:t>Transport and activities: Vehicle</w:t>
      </w:r>
    </w:p>
    <w:p>
      <w:pPr>
        <w:widowControl/>
      </w:pPr>
      <w:r>
        <w:t>Meals: Breakfast,Lunch,Dinner</w:t>
      </w:r>
    </w:p>
    <w:p>
      <w:pPr>
        <w:widowControl/>
      </w:pPr>
      <w:r>
        <w:t>Accommodation: Punakha</w:t>
      </w:r>
    </w:p>
    <w:p>
      <w:pPr>
        <w:keepNext/>
        <w:widowControl/>
        <w:spacing w:before="240"/>
      </w:pPr>
      <w:r>
        <w:t>Day 6 Punakha Tour | Khamsum Yulley Namgyal Chorten, Punakha Suspension Bridge, Sangchhen Dorji Lhuendrup Nunnery</w:t>
      </w:r>
    </w:p>
    <w:p>
      <w:pPr>
        <w:widowControl/>
      </w:pPr>
      <w:r>
        <w:t>Today, you will have a full day to discover the city of Punakha. This morning, you will stroll alongside terraced rice paddies and commence your hike to the Khamsum Yulley Namgyal Chorten, which typically takes around one hour or less. Along the way, you might encounter local farmers diligently working in the fields, either manually or with the assistance of oxen and plows.</w:t>
      </w:r>
    </w:p>
    <w:p>
      <w:pPr>
        <w:widowControl/>
      </w:pPr>
      <w:r>
        <w:t>Visit the Khamsum Yulley Namgyal Chorten, a stunning stupa dedicated to the kingdom's protectors. Built over nine years, this artistic landmark is famous for its intricate details and scenic location. Climb to the upper levels for breathtaking panoramas of the Punakha Valley, where lush rice terraces change from vibrant green to rich gold throughout the year.</w:t>
      </w:r>
    </w:p>
    <w:p>
      <w:pPr>
        <w:widowControl/>
      </w:pPr>
      <w:r>
        <w:t>After lunch, experience the thrill of the Punakha Suspension Bridge. Stretching 160 meters, it is among the longest in Bhutan. Walking across provides unforgettable panoramas of the lush Punakha Valley and the rushing Po Chu River below—a perfect spot for photography and taking in the natural scenery.</w:t>
      </w:r>
    </w:p>
    <w:p>
      <w:pPr>
        <w:widowControl/>
      </w:pPr>
      <w:r>
        <w:t>Next, head to Sangchhen Dorji Lhuendrup Nunnery. It is on a 1,550-meter hilltop with amazing views of the Punakha Valley. About 120 nuns live here to study Buddhism and learn skills like tailoring and painting. You can see their monastic life and enjoy the quiet pine forests. This sacred place is perfect for spiritual reflection and learning.</w:t>
      </w:r>
    </w:p>
    <w:p>
      <w:pPr>
        <w:widowControl/>
      </w:pPr>
      <w:r>
        <w:t>Inside the temple, discover the massive 14-foot bronze statue of Avalokiteshvara, famous for its 1,000 hands and eyes. This artistic treasure was hand-forged by local craftsmen and is the largest in the kingdom. You will also see beautiful statues of important deities. If time permits, visit the local market to browse traditional crafts and meet the friendly residents.</w:t>
      </w:r>
    </w:p>
    <w:p>
      <w:pPr>
        <w:widowControl/>
      </w:pPr>
      <w:r>
        <w:t>Overnight in Punakha.</w:t>
      </w:r>
    </w:p>
    <w:p>
      <w:pPr>
        <w:widowControl/>
      </w:pPr>
      <w:r>
        <w:t>Overview: Altitude: 1,330m I Distance: 50km, about 2 hours' drive</w:t>
      </w:r>
    </w:p>
    <w:p>
      <w:pPr>
        <w:widowControl/>
      </w:pPr>
      <w:r>
        <w:t>Attractions: 3 iconic sites</w:t>
      </w:r>
    </w:p>
    <w:p>
      <w:pPr>
        <w:widowControl/>
      </w:pPr>
      <w:r>
        <w:t>Transport and activities: Vehicle</w:t>
      </w:r>
    </w:p>
    <w:p>
      <w:pPr>
        <w:widowControl/>
      </w:pPr>
      <w:r>
        <w:t>Meals: Breakfast,Lunch,Dinner</w:t>
      </w:r>
    </w:p>
    <w:p>
      <w:pPr>
        <w:widowControl/>
      </w:pPr>
      <w:r>
        <w:t>Accommodation: Punakha</w:t>
      </w:r>
    </w:p>
    <w:p>
      <w:pPr>
        <w:keepNext/>
        <w:widowControl/>
        <w:spacing w:before="240"/>
      </w:pPr>
      <w:r>
        <w:t>Day 7 Punakha to Paro Tour | Tamchog Lhakhang Iron Bridge, Paro Dzong, Bhutan National Museum</w:t>
      </w:r>
    </w:p>
    <w:p>
      <w:pPr>
        <w:widowControl/>
      </w:pPr>
      <w:r>
        <w:t>Today, you will depart Punakha and head back to Paro (110km, about 3.5h) via Dochula Pass again and overnight in Paro after visiting Paro Dzong, Bhutan National Museum.</w:t>
      </w:r>
    </w:p>
    <w:p>
      <w:pPr>
        <w:widowControl/>
      </w:pPr>
      <w:r>
        <w:t>Don't miss the Tamchog Lhakhang Iron Bridge, a historic landmark spanning the Paro River. Here, you can cross a unique iron chain bridge adorned with vibrant prayer flags. Both the Lhakhang and bridge were built by the revered saint Thangthong Gyalpo, known as the "Iron Bridge Maker." Explore these architectural marvels that have stood the test of time for over six centuries.</w:t>
      </w:r>
    </w:p>
    <w:p>
      <w:pPr>
        <w:widowControl/>
      </w:pPr>
      <w:r>
        <w:t>Next, explore the historic Paro Dzong, built by the founder of Bhutan in the 17th century. Enter via a charming wooden bridge to discover an architectural masterpiece that dominates the valley skyline. It is an essential stop to experience Bhutanese history firsthand while enjoying sweeping views of the landscape, perfectly capturing the spirit and culture of the Paro region.</w:t>
      </w:r>
    </w:p>
    <w:p>
      <w:pPr>
        <w:widowControl/>
      </w:pPr>
      <w:r>
        <w:t>Then, hike to the Bhutan National Museum, which is the tallest building in the country. It was built in 1649 as a watchtower and became a museum in 1968. You can see many ancient items here, like masks, armor, and paintings. It is a great way to learn about the local history and see important relics from the past.</w:t>
      </w:r>
    </w:p>
    <w:p>
      <w:pPr>
        <w:widowControl/>
      </w:pPr>
      <w:r>
        <w:t>Stay overnight in Paro.</w:t>
      </w:r>
    </w:p>
    <w:p>
      <w:pPr>
        <w:widowControl/>
      </w:pPr>
      <w:r>
        <w:t>Overview: Altitude: 1,330-2,270m I Distance: 110km, about 3.5 hours' drive</w:t>
      </w:r>
    </w:p>
    <w:p>
      <w:pPr>
        <w:widowControl/>
      </w:pPr>
      <w:r>
        <w:t>Attractions: 3 iconic sites</w:t>
      </w:r>
    </w:p>
    <w:p>
      <w:pPr>
        <w:widowControl/>
      </w:pPr>
      <w:r>
        <w:t>Transport and activities: Vehicle</w:t>
      </w:r>
    </w:p>
    <w:p>
      <w:pPr>
        <w:widowControl/>
      </w:pPr>
      <w:r>
        <w:t>Meals: Breakfast,Lunch,Dinner</w:t>
      </w:r>
    </w:p>
    <w:p>
      <w:pPr>
        <w:widowControl/>
      </w:pPr>
      <w:r>
        <w:t>Accommodation: Paro</w:t>
      </w:r>
    </w:p>
    <w:p>
      <w:pPr>
        <w:keepNext/>
        <w:widowControl/>
        <w:spacing w:before="240"/>
      </w:pPr>
      <w:r>
        <w:t>Day 8 Paro Departure | Hotel Check-out and Airport See-off</w:t>
      </w:r>
    </w:p>
    <w:p>
      <w:pPr>
        <w:widowControl/>
      </w:pPr>
      <w:r>
        <w:t>Happiness is a place, wish you had gotten your happiness philosophy from the beautiful Himalayan country with us. It is time to end your 8 Days Bhutan Festival Tour. Your guide will escort you to Paro International Airport for your flight to your next destination.</w:t>
      </w:r>
    </w:p>
    <w:p>
      <w:pPr>
        <w:widowControl/>
      </w:pPr>
      <w:r>
        <w:t>Extension Ideas: If you prefer to travel longer in Bhutan, you can extend your trip to other highlighted parts of Bhutan, including Haa, Gangtey, and Bumthang.</w:t>
      </w:r>
    </w:p>
    <w:p>
      <w:pPr>
        <w:widowControl/>
      </w:pPr>
      <w:r>
        <w:t>Thank you for choosing Asia Odyssey Travel (AOT) for your Bhutan tour, we are always here working for you and hope to see you again for your next trip to China/Asia. Safe journey!</w:t>
      </w:r>
    </w:p>
    <w:p>
      <w:pPr>
        <w:widowControl/>
      </w:pPr>
      <w:r>
        <w:t>Overview: Altitude: 2,270m I Distance: 8km, about 0.5 hours' drive</w:t>
      </w:r>
    </w:p>
    <w:p>
      <w:pPr>
        <w:widowControl/>
      </w:pPr>
      <w:r>
        <w:t>Attractions: Airport See-off</w:t>
      </w:r>
    </w:p>
    <w:p>
      <w:pPr>
        <w:widowControl/>
      </w:pPr>
      <w:r>
        <w:t>Transport and activities: Vehicle</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Days Bhutan Festival Tour - Paro Tshechu in Small Group (March 21th, 2027)</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