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keepNext/>
        <w:widowControl/>
        <w:spacing w:before="240"/>
      </w:pPr>
      <w:r>
        <w:t>8天不丹节庆之旅：帕罗戒楚节小团游（2027年3月21日）</w:t>
      </w:r>
    </w:p>
    <w:p>
      <w:pPr>
        <w:widowControl/>
      </w:pPr>
      <w:r>
        <w:t>线路编号：AOT-BT-B2</w:t>
      </w:r>
    </w:p>
    <w:p>
      <w:pPr>
        <w:keepNext/>
        <w:widowControl/>
        <w:spacing w:before="240"/>
      </w:pPr>
      <w:r>
        <w:t>第1天 抵达不丹帕罗｜机场接机、酒店入住与帕罗机场鸟瞰点</w:t>
      </w:r>
    </w:p>
    <w:p>
      <w:pPr>
        <w:widowControl/>
      </w:pPr>
      <w:r>
        <w:t>扎西德勒，欢迎来到不丹！抵达帕罗国际机场后，您可以感受这个森林覆盖率达71%的国家的清新空气。当地导游将在机场与您会面，协助您顺利开始旅程。您现在身处“最后的香格里拉”，这是一片美丽的喜马拉雅之地，已被保护了许多代。</w:t>
      </w:r>
    </w:p>
    <w:p>
      <w:pPr>
        <w:widowControl/>
      </w:pPr>
      <w:r>
        <w:t>帕罗（海拔2,270米）是不丹的主要门户，以标志性的虎穴寺闻名。山谷将古老传统与壮丽景色融为一体。三月到访的游客可以体验色彩丰富、文化气息浓厚的帕罗戒楚节。这里是必游之地，能让您第一次领略喜马拉雅令人惊叹的魅力。</w:t>
      </w:r>
    </w:p>
    <w:p>
      <w:pPr>
        <w:widowControl/>
      </w:pPr>
      <w:r>
        <w:t>在机场鸟瞰点停留，欣赏帕罗山谷、宗堡和帕罗楚河的绝佳景色。导游会为您讲述这座不寻常机场的有趣历史。之后前往酒店休息，适应高海拔。这个安静的下午有助于您恢复精力，为接下来的旅程做好准备。</w:t>
      </w:r>
    </w:p>
    <w:p>
      <w:pPr>
        <w:widowControl/>
      </w:pPr>
      <w:r>
        <w:t>享受AOT提供的以下专属免费活动，为您的旅程开个好头：</w:t>
      </w:r>
    </w:p>
    <w:p>
      <w:pPr>
        <w:widowControl/>
      </w:pPr>
      <w:r>
        <w:t>传统服饰：穿上美丽的Gho或Kira，感受不丹的精神。</w:t>
      </w:r>
    </w:p>
    <w:p>
      <w:pPr>
        <w:widowControl/>
      </w:pPr>
      <w:r>
        <w:t>当地品鉴：品尝正宗的红米酒，这是一种甜美且受欢迎的传统饮品。</w:t>
      </w:r>
    </w:p>
    <w:p>
      <w:pPr>
        <w:widowControl/>
      </w:pPr>
      <w:r>
        <w:t>如果您的航班在中午前降落，可选择参加国家博物馆和仁蓬宗的导览游。导游将协助处理安检流程和入场门票。请注意，帕罗宗开放时间为周一至周五上午9点至下午5点，周末时间较短（上午10点至下午4点）。</w:t>
      </w:r>
    </w:p>
    <w:p>
      <w:pPr>
        <w:widowControl/>
      </w:pPr>
      <w:r>
        <w:t>自由活动建议：</w:t>
      </w:r>
    </w:p>
    <w:p>
      <w:pPr>
        <w:widowControl/>
      </w:pPr>
      <w:r>
        <w:t>当地市场：穿上民族服装探索帕罗市中心，看看红辣椒和手工奶酪等当地食材。</w:t>
      </w:r>
    </w:p>
    <w:p>
      <w:pPr>
        <w:widowControl/>
      </w:pPr>
      <w:r>
        <w:t>射箭：在传统的140米射箭场上试试这项国民运动的技艺。</w:t>
      </w:r>
    </w:p>
    <w:p>
      <w:pPr>
        <w:widowControl/>
      </w:pPr>
      <w:r>
        <w:t>如需量身定制的建议，请提前联系您的导游。</w:t>
      </w:r>
    </w:p>
    <w:p>
      <w:pPr>
        <w:widowControl/>
      </w:pPr>
      <w:r>
        <w:t>抵达建议：</w:t>
      </w:r>
    </w:p>
    <w:p>
      <w:pPr>
        <w:widowControl/>
      </w:pPr>
      <w:r>
        <w:t>抵达不丹很方便，帕罗国际机场提供从德里、加尔各答、巴格多格拉、加雅、古瓦哈提、达卡、曼谷、加德满都和张宜等枢纽的直飞航班。也可通过彭措林或盖莱普从陆路入境。为方便出行，可留意来自香港和吉隆坡的季节性包机。</w:t>
      </w:r>
    </w:p>
    <w:p>
      <w:pPr>
        <w:widowControl/>
      </w:pPr>
      <w:r>
        <w:t>温馨提醒：</w:t>
      </w:r>
    </w:p>
    <w:p>
      <w:pPr>
        <w:widowControl/>
      </w:pPr>
      <w:r>
        <w:t>航班预订：我们可以帮您直接预订飞往帕罗的航班。</w:t>
      </w:r>
    </w:p>
    <w:p>
      <w:pPr>
        <w:widowControl/>
      </w:pPr>
      <w:r>
        <w:t>电子签证：大多数游客需要提前办理电子签证，费用为40美元。</w:t>
      </w:r>
    </w:p>
    <w:p>
      <w:pPr>
        <w:widowControl/>
      </w:pPr>
      <w:r>
        <w:t>区域要求：印度公民必须持有有效许可证（护照或选民身份证）。来自孟加拉国和马尔代夫的旅行者需要签证，可提前安排，也可在抵达不丹时办理。</w:t>
      </w:r>
    </w:p>
    <w:p>
      <w:pPr>
        <w:widowControl/>
      </w:pPr>
      <w:r>
        <w:t>概述：海拔：2,270米｜距离：8公里，约0.5小时车程</w:t>
      </w:r>
    </w:p>
    <w:p>
      <w:pPr>
        <w:widowControl/>
      </w:pPr>
      <w:r>
        <w:t>景点：根据您的航班时间安排游览</w:t>
      </w:r>
    </w:p>
    <w:p>
      <w:pPr>
        <w:widowControl/>
      </w:pPr>
      <w:r>
        <w:t>交通与活动：车辆</w:t>
      </w:r>
    </w:p>
    <w:p>
      <w:pPr>
        <w:widowControl/>
      </w:pPr>
      <w:r>
        <w:t>用餐：晚餐</w:t>
      </w:r>
    </w:p>
    <w:p>
      <w:pPr>
        <w:widowControl/>
      </w:pPr>
      <w:r>
        <w:t>住宿：帕罗</w:t>
      </w:r>
    </w:p>
    <w:p>
      <w:pPr>
        <w:keepNext/>
        <w:widowControl/>
        <w:spacing w:before="240"/>
      </w:pPr>
      <w:r>
        <w:t>第2天 帕罗戒楚节之旅：腾陈却林尼姑庵（108盏酥油灯）、不丹传统服饰体验、帕罗宗节日场地（羌姆面具舞）、文化手工艺工作坊、帕罗当地市场</w:t>
      </w:r>
    </w:p>
    <w:p>
      <w:pPr>
        <w:widowControl/>
      </w:pPr>
      <w:r>
        <w:t>上午活动：清晨神圣仪式 + 不丹民族服饰 + 帕罗宗节日场地</w:t>
      </w:r>
    </w:p>
    <w:p>
      <w:pPr>
        <w:widowControl/>
      </w:pPr>
      <w:r>
        <w:t>清晨将安排参观腾陈却林尼姑庵，您可以和僧侣们一起参加日常祈祷，并点燃108盏酥油灯（已包含），作为有意义的供养。与奇楚寺或塔乔拉康相比，那里只有少数常驻僧侣，清晨通常也不举行集体祈祷，因此这里的体验更真实，也更能深入感受当地宗教生活。</w:t>
      </w:r>
    </w:p>
    <w:p>
      <w:pPr>
        <w:widowControl/>
      </w:pPr>
      <w:r>
        <w:t>独家体验：</w:t>
      </w:r>
    </w:p>
    <w:p>
      <w:pPr>
        <w:widowControl/>
      </w:pPr>
      <w:r>
        <w:t>与喇嘛或僧侣私人会面：您可以与当地僧侣或喇嘛进行问答，话题可包括佛教、寺院生活或节日象征意义，帮助您更深入地理解戒楚节的宗教意义。</w:t>
      </w:r>
    </w:p>
    <w:p>
      <w:pPr>
        <w:widowControl/>
      </w:pPr>
      <w:r>
        <w:t>仪式结束后，您将在指导下试穿传统服饰，男性为帼（Gho），女性为旗拉（Kira），并搭配配饰。身着全套不丹传统服饰后，您将前往帕罗宗节日场地，与当地人一起庆祝戒楚节。您可以充分感受当地文化，包括观看羌姆面具舞，并通过舞蹈动作了解古老的佛教故事。</w:t>
      </w:r>
    </w:p>
    <w:p>
      <w:pPr>
        <w:widowControl/>
      </w:pPr>
      <w:r>
        <w:t>下午活动：文化手工艺工作坊 + 帕罗当地市场</w:t>
      </w:r>
    </w:p>
    <w:p>
      <w:pPr>
        <w:widowControl/>
      </w:pPr>
      <w:r>
        <w:t>您可以在文化手工艺工作坊中选择一项动手文化体验。神圣唐卡绘画在帕罗进行，由受过寺院训练的艺术家带领，指导参与者使用矿物颜料和传统绘画技法。</w:t>
      </w:r>
    </w:p>
    <w:p>
      <w:pPr>
        <w:widowControl/>
      </w:pPr>
      <w:r>
        <w:t>之后参观帕罗当地市场。您可以逛逛摊位，那里有新鲜农产品、传统手工艺品、牦牛干酪和当地美食。</w:t>
      </w:r>
    </w:p>
    <w:p>
      <w:pPr>
        <w:widowControl/>
      </w:pPr>
      <w:r>
        <w:t>概述：海拔：2,270米 距离：8公里，约0.5小时车程</w:t>
      </w:r>
    </w:p>
    <w:p>
      <w:pPr>
        <w:widowControl/>
      </w:pPr>
      <w:r>
        <w:t>景点：4个标志性景点</w:t>
      </w:r>
    </w:p>
    <w:p>
      <w:pPr>
        <w:widowControl/>
      </w:pPr>
      <w:r>
        <w:t>交通与活动：车辆</w:t>
      </w:r>
    </w:p>
    <w:p>
      <w:pPr>
        <w:widowControl/>
      </w:pPr>
      <w:r>
        <w:t>用餐：早餐、午餐、晚餐</w:t>
      </w:r>
    </w:p>
    <w:p>
      <w:pPr>
        <w:widowControl/>
      </w:pPr>
      <w:r>
        <w:t>住宿：帕罗</w:t>
      </w:r>
    </w:p>
    <w:p>
      <w:pPr>
        <w:keepNext/>
        <w:widowControl/>
        <w:spacing w:before="240"/>
      </w:pPr>
      <w:r>
        <w:t>第3天 帕罗之旅：虎穴寺徒步与祈楚寺</w:t>
      </w:r>
    </w:p>
    <w:p>
      <w:pPr>
        <w:widowControl/>
      </w:pPr>
      <w:r>
        <w:t>从帕罗出发，驱车约30分钟后，开始徒步前往标志性的虎穴寺，度过难忘的一天。沿着风景优美的山路向上攀登，前往这座建在悬崖边的神圣寺院，它可以说是整个不丹最令人惊叹的佛教圣地。</w:t>
      </w:r>
    </w:p>
    <w:p>
      <w:pPr>
        <w:widowControl/>
      </w:pPr>
      <w:r>
        <w:t>沿9.6公里的步道徒步前往虎穴寺，全程约5至6小时，沿途风景优美，值得付出。您可以选择骑马（自费可选项目）前往中途的餐厅，欣赏壮丽景色并用午餐。步道穿过宁静的森林，五彩经幡在帕罗河谷上方飘扬。若在4月来访，可看到杜鹃花盛开，为这段朝圣之旅增添鲜艳色彩。</w:t>
      </w:r>
    </w:p>
    <w:p>
      <w:pPr>
        <w:widowControl/>
      </w:pPr>
      <w:r>
        <w:t>站在虎穴寺（海拔3,120米）对面，可以看到不丹最著名的地标高耸于帕罗河谷之上。传说莲花生大师骑着一只母虎来到这里冥想。尽管该寺于2005年重建，它仍然是不丹最神圣的地方。您可以入内参观，感受全世界佛教徒所尊崇的深厚宗教氛围。</w:t>
      </w:r>
    </w:p>
    <w:p>
      <w:pPr>
        <w:widowControl/>
      </w:pPr>
      <w:r>
        <w:t>徒步结束后，参观祈楚寺，即千手观音寺。它是松赞干布国王于7世纪为降伏神话中的女魔而建造的108座寺庙之一。作为不丹最古老的寺庙之一，它是一处非常神圣的地方，常被不丹王室用于重要活动。</w:t>
      </w:r>
    </w:p>
    <w:p>
      <w:pPr>
        <w:widowControl/>
      </w:pPr>
      <w:r>
        <w:t>在主殿内，您可以瞻仰释迦牟尼佛像，这是一件国宝。寺内还供奉着顶果钦哲仁波切的舍利塔。您可以看到由著名造桥师唐东杰布制作的铁链。这些重要物品展现了这座极其神圣之地所承载的深厚历史与精神意义。</w:t>
      </w:r>
    </w:p>
    <w:p>
      <w:pPr>
        <w:widowControl/>
      </w:pPr>
      <w:r>
        <w:t>最后，返回帕罗过夜。</w:t>
      </w:r>
    </w:p>
    <w:p>
      <w:pPr>
        <w:widowControl/>
      </w:pPr>
      <w:r>
        <w:t>不丹帕罗可选体验：</w:t>
      </w:r>
    </w:p>
    <w:p>
      <w:pPr>
        <w:widowControl/>
      </w:pPr>
      <w:r>
        <w:t>1. 不丹传统热石浴（1小时）。</w:t>
      </w:r>
    </w:p>
    <w:p>
      <w:pPr>
        <w:widowControl/>
      </w:pPr>
      <w:r>
        <w:t>2. 在祈楚寺点酥油灯祈福（108盏）。</w:t>
      </w:r>
    </w:p>
    <w:p>
      <w:pPr>
        <w:widowControl/>
      </w:pPr>
      <w:r>
        <w:t>虎穴寺旅行提示：</w:t>
      </w:r>
    </w:p>
    <w:p>
      <w:pPr>
        <w:widowControl/>
      </w:pPr>
      <w:r>
        <w:t>1. 时间：3月至5月或10月至12月前往。尽早出发；午后寺院会被悬崖遮蔽，影响摄影。</w:t>
      </w:r>
    </w:p>
    <w:p>
      <w:pPr>
        <w:widowControl/>
      </w:pPr>
      <w:r>
        <w:t>2. 马匹：骑马上山仅到达指定中点；其余路程需步行。您必须全程步行</w:t>
      </w:r>
    </w:p>
    <w:p>
      <w:pPr>
        <w:widowControl/>
      </w:pPr>
      <w:r>
        <w:t>3. 安检：寺内禁止携带手机和包；可在入口处寄存。寄存物品前请携带现金用于点酥油灯。</w:t>
      </w:r>
    </w:p>
    <w:p>
      <w:pPr>
        <w:widowControl/>
      </w:pPr>
      <w:r>
        <w:t>4. 安全：与流浪狗保持距离，避免惊扰它们。</w:t>
      </w:r>
    </w:p>
    <w:p>
      <w:pPr>
        <w:widowControl/>
      </w:pPr>
      <w:r>
        <w:t>概述：海拔：2,270-3,120米 距离：30公里，约1.5小时车程</w:t>
      </w:r>
    </w:p>
    <w:p>
      <w:pPr>
        <w:widowControl/>
      </w:pPr>
      <w:r>
        <w:t>景点：2处标志性景点</w:t>
      </w:r>
    </w:p>
    <w:p>
      <w:pPr>
        <w:widowControl/>
      </w:pPr>
      <w:r>
        <w:t>交通与活动：车辆</w:t>
      </w:r>
    </w:p>
    <w:p>
      <w:pPr>
        <w:widowControl/>
      </w:pPr>
      <w:r>
        <w:t>用餐：早餐、午餐、晚餐</w:t>
      </w:r>
    </w:p>
    <w:p>
      <w:pPr>
        <w:widowControl/>
      </w:pPr>
      <w:r>
        <w:t>住宿：帕罗</w:t>
      </w:r>
    </w:p>
    <w:p>
      <w:pPr>
        <w:keepNext/>
        <w:widowControl/>
        <w:spacing w:before="240"/>
      </w:pPr>
      <w:r>
        <w:t>第4天 帕罗至廷布之旅：塔姆乔寺铁桥、佛陀点、国家纪念塔、羚牛保护区、廷布宗</w:t>
      </w:r>
    </w:p>
    <w:p>
      <w:pPr>
        <w:widowControl/>
      </w:pPr>
      <w:r>
        <w:t>今天我们将前往廷布，沿途风景优美，车程约1.5小时，途中会在古老的塔姆乔寺铁桥停留。抵达首都廷布（海拔2340米）后，您将展开一整天的观光游览。亮点包括巨大的佛像、国家纪念塔和独特的羚牛保护区，最后以宏伟的扎西却宗建筑收尾。</w:t>
      </w:r>
    </w:p>
    <w:p>
      <w:pPr>
        <w:widowControl/>
      </w:pPr>
      <w:r>
        <w:t>前往廷布的途中，参观横跨帕罗河的历史悠久的塔姆乔寺铁桥。这座桥由传奇造桥大师唐东杰布建造。您可以走过挂满经幡的铁链桥。虽然只能从外部观看寺庙，但这座桥是感受不丹历史和传统的好方式。</w:t>
      </w:r>
    </w:p>
    <w:p>
      <w:pPr>
        <w:widowControl/>
      </w:pPr>
      <w:r>
        <w:t>接下来，参观佛陀多登玛雕像（佛陀点），这是世界上最大的坐佛，也是廷布市的著名地标。它高51.5米，通体镀金，内部供奉着12.5万尊小佛像。节日期间，您可以在这里看到神圣的舞蹈。这里还可以俯瞰廷布谷地和城市独特的彩色屋顶。</w:t>
      </w:r>
    </w:p>
    <w:p>
      <w:pPr>
        <w:widowControl/>
      </w:pPr>
      <w:r>
        <w:t>作为不丹最大的城市，廷布没有红绿灯，也没有火车。抵达后，您可以参观国家纪念塔，像当地人一样转塔。传统上是顺时针绕塔行走并祈祷。这给了您很多机会与当地人交流，了解他们的日常生活和对幸福的看法。</w:t>
      </w:r>
    </w:p>
    <w:p>
      <w:pPr>
        <w:widowControl/>
      </w:pPr>
      <w:r>
        <w:t>参观国家纪念塔，这座标志性建筑旨在纪念和平及不丹第三位国王。之后，前往莫提唐羚牛保护区，观赏非凡的羚牛。传说“神疯癫”创造了这种奇特的动物，它看起来像是山羊和奶牛的杂交。这是见证不丹国家象征并聆听当地神话的独特机会。</w:t>
      </w:r>
    </w:p>
    <w:p>
      <w:pPr>
        <w:widowControl/>
      </w:pPr>
      <w:r>
        <w:t>然后，参观扎西却宗，意为“荣耀宗教的堡垒”，自1952年以来一直是政府中心。它坐落在旺楚河畔，内有国王的办公室。您可以穿过花园，欣赏宏伟的建筑。每年秋季，廷布戒楚节在这里举行，届时会有色彩斑斓的神圣面具舞表演。</w:t>
      </w:r>
    </w:p>
    <w:p>
      <w:pPr>
        <w:widowControl/>
      </w:pPr>
      <w:r>
        <w:t>注意：廷布宗的参观时间为工作日17:00至18:30，周末10:00至16:00。您必须有导游陪同并通过安检才能进入。您甚至可能看到降旗仪式。</w:t>
      </w:r>
    </w:p>
    <w:p>
      <w:pPr>
        <w:widowControl/>
      </w:pPr>
      <w:r>
        <w:t>晚餐时，前往由王太后创立的民俗遗产博物馆餐厅，品尝传统不丹菜肴，然后在廷布过夜。</w:t>
      </w:r>
    </w:p>
    <w:p>
      <w:pPr>
        <w:widowControl/>
      </w:pPr>
      <w:r>
        <w:t>可选的不丹廷布体验：</w:t>
      </w:r>
    </w:p>
    <w:p>
      <w:pPr>
        <w:widowControl/>
      </w:pPr>
      <w:r>
        <w:t>民俗遗产博物馆：如果时间允许，您可以参观民俗遗产博物馆，这是一个了解不丹乡村过去的迷人窗口，由不丹王太后创立。</w:t>
      </w:r>
    </w:p>
    <w:p>
      <w:pPr>
        <w:widowControl/>
      </w:pPr>
      <w:r>
        <w:t>单纯不丹博物馆：如果时间允许，您可以参观单纯不丹博物馆，进一步探索不丹文化。</w:t>
      </w:r>
    </w:p>
    <w:p>
      <w:pPr>
        <w:widowControl/>
      </w:pPr>
      <w:r>
        <w:t>不丹邮票印刷：可制作印有您肖像的邮票（不丹邮局：工作日9:00-17:00；周六9:00-13:00；周日休息）。</w:t>
      </w:r>
    </w:p>
    <w:p>
      <w:pPr>
        <w:widowControl/>
      </w:pPr>
      <w:r>
        <w:t>概述：海拔：2270-2300米 | 距离：50公里，约1.5小时车程</w:t>
      </w:r>
    </w:p>
    <w:p>
      <w:pPr>
        <w:widowControl/>
      </w:pPr>
      <w:r>
        <w:t>景点：5个标志性景点</w:t>
      </w:r>
    </w:p>
    <w:p>
      <w:pPr>
        <w:widowControl/>
      </w:pPr>
      <w:r>
        <w:t>交通与活动：车辆</w:t>
      </w:r>
    </w:p>
    <w:p>
      <w:pPr>
        <w:widowControl/>
      </w:pPr>
      <w:r>
        <w:t>用餐：早餐、午餐、晚餐</w:t>
      </w:r>
    </w:p>
    <w:p>
      <w:pPr>
        <w:widowControl/>
      </w:pPr>
      <w:r>
        <w:t>住宿：廷布</w:t>
      </w:r>
    </w:p>
    <w:p>
      <w:pPr>
        <w:keepNext/>
        <w:widowControl/>
        <w:spacing w:before="240"/>
      </w:pPr>
      <w:r>
        <w:t>第5天 廷布至普纳卡之旅：多楚拉山口（3,120米）、奇米拉康、普纳卡宗</w:t>
      </w:r>
    </w:p>
    <w:p>
      <w:pPr>
        <w:widowControl/>
      </w:pPr>
      <w:r>
        <w:t>今天，您将从廷布经多楚拉山口前往普纳卡。这段74公里的旅程大约需要2.5小时，沿途景观和海拔会不断变化。您将从气候凉爽的廷布出发，驱车前往雄伟的多楚拉山口（3,120米）。随后下行至海拔低得多、温暖而绿意盎然的普纳卡谷地（1,330米）。</w:t>
      </w:r>
    </w:p>
    <w:p>
      <w:pPr>
        <w:widowControl/>
      </w:pPr>
      <w:r>
        <w:t>在多楚拉山口停留，欣赏喜马拉雅山脉的壮丽景色，包括海拔7,570米的岗卡本森峰。您可以看到为纪念士兵、祈愿和平而建的108座纪念佛塔。无论您是喝杯咖啡放松一下，还是漫步于神圣的佛塔之间，这里都是您整个旅程中最美丽、最著名的停靠点之一。</w:t>
      </w:r>
    </w:p>
    <w:p>
      <w:pPr>
        <w:widowControl/>
      </w:pPr>
      <w:r>
        <w:t>接下来，步行前往奇米拉康，这里以“求子庙”而闻名。这座神圣的寺庙供奉着“神圣疯僧”，到处是色彩斑斓的阳具符号，用以驱散负能量。对于寻求怀孕祝福的人来说，这是一个热门目的地。观看当地僧侣举行的传统仪式，可以生动地了解不丹独特的精神文化。</w:t>
      </w:r>
    </w:p>
    <w:p>
      <w:pPr>
        <w:widowControl/>
      </w:pPr>
      <w:r>
        <w:t>然后，驱车前往普纳卡，参观美丽的普纳卡宗。它坐落于两河交汇处，是1,000名僧侣的冬季住所。许多皇家婚礼曾在此举行。春天，您可以看到紫色的蓝花楹树盛开。在普纳卡戒楚节期间，您将看到传统舞蹈和身着五彩缤纷不丹服饰的人们。</w:t>
      </w:r>
    </w:p>
    <w:p>
      <w:pPr>
        <w:widowControl/>
      </w:pPr>
      <w:r>
        <w:t>走过巴扎姆桥去参观普纳卡宗，它因建造时未使用钉子而闻名。它有一座六层高的塔楼和三个用于政府和宗教用途的庭院。您可以在南庙看到古代遗物，并参观百柱堂，墙上美丽的绘画讲述了佛陀的生平故事。</w:t>
      </w:r>
    </w:p>
    <w:p>
      <w:pPr>
        <w:widowControl/>
      </w:pPr>
      <w:r>
        <w:t>注意：普纳卡宗平日开放时间为上午9:00至下午5:00，周末为上午10:00至下午4:00。入场需要持证导游和安检。</w:t>
      </w:r>
    </w:p>
    <w:p>
      <w:pPr>
        <w:widowControl/>
      </w:pPr>
      <w:r>
        <w:t>夜宿普纳卡。</w:t>
      </w:r>
    </w:p>
    <w:p>
      <w:pPr>
        <w:widowControl/>
      </w:pPr>
      <w:r>
        <w:t>概述：海拔：2,300-1,350米 距离：74公里，约2.5小时车程</w:t>
      </w:r>
    </w:p>
    <w:p>
      <w:pPr>
        <w:widowControl/>
      </w:pPr>
      <w:r>
        <w:t>景点：3个标志性景点</w:t>
      </w:r>
    </w:p>
    <w:p>
      <w:pPr>
        <w:widowControl/>
      </w:pPr>
      <w:r>
        <w:t>交通与活动：车辆</w:t>
      </w:r>
    </w:p>
    <w:p>
      <w:pPr>
        <w:widowControl/>
      </w:pPr>
      <w:r>
        <w:t>用餐：早餐、午餐、晚餐</w:t>
      </w:r>
    </w:p>
    <w:p>
      <w:pPr>
        <w:widowControl/>
      </w:pPr>
      <w:r>
        <w:t>住宿：普纳卡</w:t>
      </w:r>
    </w:p>
    <w:p>
      <w:pPr>
        <w:keepNext/>
        <w:widowControl/>
        <w:spacing w:before="240"/>
      </w:pPr>
      <w:r>
        <w:t>第6天 普那卡之旅：卡姆沙耶里纳耶纪念塔、普那卡吊桥、桑钦多杰伦珠尼姑庵</w:t>
      </w:r>
    </w:p>
    <w:p>
      <w:pPr>
        <w:widowControl/>
      </w:pPr>
      <w:r>
        <w:t>今天，您将有一整天的时间游览普那卡。上午，您将沿着梯田稻田漫步，开始徒步前往卡姆沙耶里纳耶纪念塔，通常需要约1小时或更短时间。沿途，您可能会看到当地农民在田间辛勤劳作，有的手工耕作，有的借助牛和犁。</w:t>
      </w:r>
    </w:p>
    <w:p>
      <w:pPr>
        <w:widowControl/>
      </w:pPr>
      <w:r>
        <w:t>参观卡姆沙耶里纳耶纪念塔，这座精美的佛塔是为纪念王国的保护者而建。它历时9年建成，以精细的细节和优美的地理位置而闻名。登上塔的高层，可欣赏普那卡谷的壮丽全景，郁郁葱葱的稻田在一年中会从鲜绿色变为金黄色。</w:t>
      </w:r>
    </w:p>
    <w:p>
      <w:pPr>
        <w:widowControl/>
      </w:pPr>
      <w:r>
        <w:t>午餐后，体验普那卡吊桥的刺激。这座桥长160米，是不丹最长的吊桥之一。走过吊桥，可欣赏郁郁葱葱的普那卡谷和下方奔腾的普楚河的难忘全景，这里也是拍照和欣赏自然风光的理想地点。</w:t>
      </w:r>
    </w:p>
    <w:p>
      <w:pPr>
        <w:widowControl/>
      </w:pPr>
      <w:r>
        <w:t>接下来，前往桑钦多杰伦珠尼姑庵。它位于海拔1,550米的山顶，可欣赏普那卡谷的绝佳景色。约120名尼姑住在这里学习佛教，并学习裁缝和绘画等技能。您可以看到她们的修行生活，感受安静的松树林。这处重要的佛教圣地很适合静心思考和了解当地文化。</w:t>
      </w:r>
    </w:p>
    <w:p>
      <w:pPr>
        <w:widowControl/>
      </w:pPr>
      <w:r>
        <w:t>在寺庙内，可以看到巨大的14英尺青铜观世音菩萨像，以千手千眼而闻名。这件艺术珍品由当地工匠手工锻造，是不丹境内最大的。您还会看到重要神祇的精美雕像。如果时间允许，可前往当地市场逛逛传统工艺品，结识友善的当地居民。</w:t>
      </w:r>
    </w:p>
    <w:p>
      <w:pPr>
        <w:widowControl/>
      </w:pPr>
      <w:r>
        <w:t>夜宿普那卡。</w:t>
      </w:r>
    </w:p>
    <w:p>
      <w:pPr>
        <w:widowControl/>
      </w:pPr>
      <w:r>
        <w:t>概述：海拔：1,330米｜距离：50公里，约2小时车程</w:t>
      </w:r>
    </w:p>
    <w:p>
      <w:pPr>
        <w:widowControl/>
      </w:pPr>
      <w:r>
        <w:t>景点：3个标志性景点</w:t>
      </w:r>
    </w:p>
    <w:p>
      <w:pPr>
        <w:widowControl/>
      </w:pPr>
      <w:r>
        <w:t>交通与活动：车辆</w:t>
      </w:r>
    </w:p>
    <w:p>
      <w:pPr>
        <w:widowControl/>
      </w:pPr>
      <w:r>
        <w:t>用餐：早餐、午餐、晚餐</w:t>
      </w:r>
    </w:p>
    <w:p>
      <w:pPr>
        <w:widowControl/>
      </w:pPr>
      <w:r>
        <w:t>住宿：普那卡</w:t>
      </w:r>
    </w:p>
    <w:p>
      <w:pPr>
        <w:keepNext/>
        <w:widowControl/>
        <w:spacing w:before="240"/>
      </w:pPr>
      <w:r>
        <w:t>第7天 普那卡至帕罗之旅：塔姆乔寺铁桥、帕罗宗、不丹国家博物馆</w:t>
      </w:r>
    </w:p>
    <w:p>
      <w:pPr>
        <w:widowControl/>
      </w:pPr>
      <w:r>
        <w:t>今天，您将离开普那卡，再次途经多楚拉山口返回帕罗（110公里，约3.5小时），并在参观帕罗宗和不丹国家博物馆后于帕罗过夜。</w:t>
      </w:r>
    </w:p>
    <w:p>
      <w:pPr>
        <w:widowControl/>
      </w:pPr>
      <w:r>
        <w:t>不要错过塔姆乔寺铁桥，这是横跨帕罗河的历史性地标。在这里，您可以穿过一座独特的铁链桥，桥上挂满了色彩鲜艳的经幡。寺庙和桥梁均由备受尊崇的圣人唐东杰布建造，他被称为“铁桥喇嘛”。探索这些历经六个多世纪风雨的建筑奇迹。</w:t>
      </w:r>
    </w:p>
    <w:p>
      <w:pPr>
        <w:widowControl/>
      </w:pPr>
      <w:r>
        <w:t>接下来，参观历史悠久的帕罗宗，由不丹的奠基人于17世纪建造。通过一座迷人的木桥进入，欣赏这座主宰山谷天际线的建筑杰作。这是亲身体验不丹历史、同时欣赏广阔景观的必游之地，完美展现了帕罗地区的精神和文化。</w:t>
      </w:r>
    </w:p>
    <w:p>
      <w:pPr>
        <w:widowControl/>
      </w:pPr>
      <w:r>
        <w:t>然后，徒步前往不丹国家博物馆，这是该国最高的建筑。它建于1649年，最初是一座瞭望塔，1968年改为博物馆。在这里您可以看到许多古代物品，如面具、盔甲和绘画。这是了解当地历史和观赏过去重要文物的绝佳方式。</w:t>
      </w:r>
    </w:p>
    <w:p>
      <w:pPr>
        <w:widowControl/>
      </w:pPr>
      <w:r>
        <w:t>夜宿帕罗。</w:t>
      </w:r>
    </w:p>
    <w:p>
      <w:pPr>
        <w:widowControl/>
      </w:pPr>
      <w:r>
        <w:t>概述：海拔：1,330-2,270米 I 距离：110公里，约3.5小时车程</w:t>
      </w:r>
    </w:p>
    <w:p>
      <w:pPr>
        <w:widowControl/>
      </w:pPr>
      <w:r>
        <w:t>景点：3个标志性景点</w:t>
      </w:r>
    </w:p>
    <w:p>
      <w:pPr>
        <w:widowControl/>
      </w:pPr>
      <w:r>
        <w:t>交通与活动：车辆</w:t>
      </w:r>
    </w:p>
    <w:p>
      <w:pPr>
        <w:widowControl/>
      </w:pPr>
      <w:r>
        <w:t>用餐：早餐、午餐、晚餐</w:t>
      </w:r>
    </w:p>
    <w:p>
      <w:pPr>
        <w:widowControl/>
      </w:pPr>
      <w:r>
        <w:t>住宿：帕罗</w:t>
      </w:r>
    </w:p>
    <w:p>
      <w:pPr>
        <w:keepNext/>
        <w:widowControl/>
        <w:spacing w:before="240"/>
      </w:pPr>
      <w:r>
        <w:t>第8天 帕罗离境｜酒店退房与机场送机</w:t>
      </w:r>
    </w:p>
    <w:p>
      <w:pPr>
        <w:widowControl/>
      </w:pPr>
      <w:r>
        <w:t>幸福是一个地方，愿您与我们一同在美丽的喜马拉雅王国收获属于您的幸福哲学。为期8天的不丹节日之旅就此结束。导游将送您前往帕罗国际机场，搭乘航班前往下一目的地。</w:t>
      </w:r>
    </w:p>
    <w:p>
      <w:pPr>
        <w:widowControl/>
      </w:pPr>
      <w:r>
        <w:t>延展建议：如果您希望在不丹停留更长时间，可以将行程延伸至不丹其他精彩地区，包括哈阿、岗提和布姆唐。</w:t>
      </w:r>
    </w:p>
    <w:p>
      <w:pPr>
        <w:widowControl/>
      </w:pPr>
      <w:r>
        <w:t>感谢您选择亚洲奥德赛旅游（AOT）安排您的不丹之旅，我们随时为您服务，期待您下一次中国/亚洲之旅再次与我们同行。祝您旅途平安！</w:t>
      </w:r>
    </w:p>
    <w:p>
      <w:pPr>
        <w:widowControl/>
      </w:pPr>
      <w:r>
        <w:t>概述：海拔：2,270米｜距离：8公里，约0.5小时车程</w:t>
      </w:r>
    </w:p>
    <w:p>
      <w:pPr>
        <w:widowControl/>
      </w:pPr>
      <w:r>
        <w:t>景点：机场送机</w:t>
      </w:r>
    </w:p>
    <w:p>
      <w:pPr>
        <w:widowControl/>
      </w:pPr>
      <w:r>
        <w:t>交通与活动：车辆</w:t>
      </w:r>
    </w:p>
    <w:p>
      <w:pPr>
        <w:widowControl/>
      </w:pPr>
      <w:r>
        <w:t>用餐：早餐</w:t>
      </w:r>
    </w:p>
    <w:p>
      <w:pPr>
        <w:widowControl/>
      </w:pPr>
      <w:r>
        <w:t>住宿：无</w:t>
      </w:r>
    </w:p>
    <w:sectPr w:rsidR="00FC693F" w:rsidRPr="0006063C" w:rsidSect="00034616">
      <w:pgSz w:w="11906" w:h="16838"/>
      <w:pgMar w:top="1134" w:right="1247" w:bottom="1134"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line="276" w:lineRule="auto"/>
    </w:pPr>
    <w:rPr>
      <w:rFonts w:ascii="Arial" w:hAnsi="Arial" w:eastAsia="Noto Sans CJK SC"/>
      <w:b w:val="0"/>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140" w:line="276" w:lineRule="auto"/>
      <w:outlineLvl w:val="0"/>
    </w:pPr>
    <w:rPr>
      <w:rFonts w:asciiTheme="majorHAnsi" w:eastAsiaTheme="majorEastAsia" w:hAnsiTheme="majorHAnsi" w:cstheme="majorBidi" w:ascii="Arial" w:hAnsi="Arial" w:eastAsia="Noto Sans CJK SC"/>
      <w:b w:val="0"/>
      <w:bCs/>
      <w:color w:val="000000"/>
      <w:sz w:val="2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40" w:line="276" w:lineRule="auto"/>
      <w:contextualSpacing/>
    </w:pPr>
    <w:rPr>
      <w:rFonts w:asciiTheme="majorHAnsi" w:eastAsiaTheme="majorEastAsia" w:hAnsiTheme="majorHAnsi" w:cstheme="majorBidi" w:ascii="Arial" w:hAnsi="Arial" w:eastAsia="Noto Sans CJK SC"/>
      <w:b w:val="0"/>
      <w:color w:val="000000"/>
      <w:spacing w:val="5"/>
      <w:kern w:val="28"/>
      <w:sz w:val="2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8天不丹节庆之旅：帕罗戒楚节小团游（2027年3月21日）</dc:title>
  <dc:subject/>
  <dc:creator>Asia Odyssey Travel</dc:creator>
  <cp:keywords/>
  <dc:description>generated by python-docx</dc:description>
  <cp:lastModifiedBy/>
  <cp:revision>1</cp:revision>
  <dcterms:created xsi:type="dcterms:W3CDTF">2013-12-23T23:15:00Z</dcterms:created>
  <dcterms:modified xsi:type="dcterms:W3CDTF">2013-12-23T23:15:00Z</dcterms:modified>
  <cp:category/>
</cp:coreProperties>
</file>