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7天廷布戒楚节小团游（2026年9月20日）</w:t>
      </w:r>
    </w:p>
    <w:p>
      <w:pPr>
        <w:widowControl/>
      </w:pPr>
      <w:r>
        <w:t>线路编号：AOT-BT-B3</w:t>
      </w:r>
    </w:p>
    <w:p>
      <w:pPr>
        <w:keepNext/>
        <w:widowControl/>
        <w:spacing w:before="240"/>
      </w:pPr>
      <w:r>
        <w:t>第1天 抵达不丹帕罗：接机与酒店入住、帕罗机场观景台、不丹传统服饰体验</w:t>
      </w:r>
    </w:p>
    <w:p>
      <w:pPr>
        <w:widowControl/>
      </w:pPr>
      <w:r>
        <w:t>欢迎来到不丹！抵达帕罗后，呼吸这座森林茂密王国的清新山间空气。您当地的专家将在机场接您，帮助您快速安顿下来。您已来到“最后的香格里拉”，这是喜马拉雅山脉中一处壮丽的目的地，古老的美景与自然在此受到数百年保护。</w:t>
      </w:r>
    </w:p>
    <w:p>
      <w:pPr>
        <w:widowControl/>
      </w:pPr>
      <w:r>
        <w:t>帕罗（海拔2,270米）是了解不丹的绝佳起点，这里有传奇的虎穴寺和令人惊叹的山谷景色。无论您是为3月色彩斑斓的帕罗戒楚节而来，还是探索古老传统，这一地区都是不容错过的亮点。</w:t>
      </w:r>
    </w:p>
    <w:p>
      <w:pPr>
        <w:widowControl/>
      </w:pPr>
      <w:r>
        <w:t>在机场观景台欣赏开阔的景色，可以看到宗堡和河流，同时了解这座机场的独特历史。之后前往酒店休息，适应海拔。这个平静的开始能让您为接下来的精彩旅程充满能量。</w:t>
      </w:r>
    </w:p>
    <w:p>
      <w:pPr>
        <w:widowControl/>
      </w:pPr>
      <w:r>
        <w:t>用AOT提供的这些特别免费体验开启您的旅程：</w:t>
      </w:r>
    </w:p>
    <w:p>
      <w:pPr>
        <w:widowControl/>
      </w:pPr>
      <w:r>
        <w:t>民族服饰：试穿传统的不丹男装“帼”或女装“旗拉”，感受当地人的风采。</w:t>
      </w:r>
    </w:p>
    <w:p>
      <w:pPr>
        <w:widowControl/>
      </w:pPr>
      <w:r>
        <w:t>传统饮品：品尝地道的红米酒，这是一种受欢迎且甜美的当地特产。</w:t>
      </w:r>
    </w:p>
    <w:p>
      <w:pPr>
        <w:widowControl/>
      </w:pPr>
      <w:r>
        <w:t>如果您在中午前落地，可以参加可选的国家博物馆和仁蓬宗导览游。您的导游将协助购票和安检，让参观轻松无忧。请记住，帕罗宗开放时间为周一至周五上午9点至下午5点，周末上午10点至下午4点。</w:t>
      </w:r>
    </w:p>
    <w:p>
      <w:pPr>
        <w:widowControl/>
      </w:pPr>
      <w:r>
        <w:t>自由活动建议：</w:t>
      </w:r>
    </w:p>
    <w:p>
      <w:pPr>
        <w:widowControl/>
      </w:pPr>
      <w:r>
        <w:t>当地市场：穿着民族服饰探索帕罗市中心，看看红辣椒和手工奶酪等当地食材。</w:t>
      </w:r>
    </w:p>
    <w:p>
      <w:pPr>
        <w:widowControl/>
      </w:pPr>
      <w:r>
        <w:t>射箭：在传统的140米射箭场上一试身手，体验这项国民运动。</w:t>
      </w:r>
    </w:p>
    <w:p>
      <w:pPr>
        <w:widowControl/>
      </w:pPr>
      <w:r>
        <w:t>如需量身定制的活动建议，请随时提前联系您的导游。</w:t>
      </w:r>
    </w:p>
    <w:p>
      <w:pPr>
        <w:widowControl/>
      </w:pPr>
      <w:r>
        <w:t>抵达方式建议：</w:t>
      </w:r>
    </w:p>
    <w:p>
      <w:pPr>
        <w:widowControl/>
      </w:pPr>
      <w:r>
        <w:t>帕罗国际机场提供从德里、加尔各答、巴格多格拉、伽耶、古瓦哈提、达卡、曼谷、加德满都、樟宜等枢纽出发的直飞航班。也可通过彭措林或盖莱普经陆路入境。为方便出行，请留意来自香港和吉隆坡的季节性包机。</w:t>
      </w:r>
    </w:p>
    <w:p>
      <w:pPr>
        <w:widowControl/>
      </w:pPr>
      <w:r>
        <w:t>温馨提醒：</w:t>
      </w:r>
    </w:p>
    <w:p>
      <w:pPr>
        <w:widowControl/>
      </w:pPr>
      <w:r>
        <w:t>航班预订：我们可以帮您直接预订飞往帕罗的航班。</w:t>
      </w:r>
    </w:p>
    <w:p>
      <w:pPr>
        <w:widowControl/>
      </w:pPr>
      <w:r>
        <w:t>电子签证：大多数游客需要提前办理电子签证，费用为40美元。</w:t>
      </w:r>
    </w:p>
    <w:p>
      <w:pPr>
        <w:widowControl/>
      </w:pPr>
      <w:r>
        <w:t>地区要求：印度公民必须持有有效许可（护照或选民身份证）。孟加拉国和马尔代夫旅客需要签证，可提前办理或在抵达不丹时获得。</w:t>
      </w:r>
    </w:p>
    <w:p>
      <w:pPr>
        <w:widowControl/>
      </w:pPr>
      <w:r>
        <w:t>概述：海拔：2,270米｜距离：8公里，约0.5小时车程</w:t>
      </w:r>
    </w:p>
    <w:p>
      <w:pPr>
        <w:widowControl/>
      </w:pPr>
      <w:r>
        <w:t>景点：根据您的航班时间安排探索</w:t>
      </w:r>
    </w:p>
    <w:p>
      <w:pPr>
        <w:widowControl/>
      </w:pPr>
      <w:r>
        <w:t>交通与活动：车辆</w:t>
      </w:r>
    </w:p>
    <w:p>
      <w:pPr>
        <w:widowControl/>
      </w:pPr>
      <w:r>
        <w:t>用餐：晚餐</w:t>
      </w:r>
    </w:p>
    <w:p>
      <w:pPr>
        <w:widowControl/>
      </w:pPr>
      <w:r>
        <w:t>住宿：帕罗</w:t>
      </w:r>
    </w:p>
    <w:p>
      <w:pPr>
        <w:keepNext/>
        <w:widowControl/>
        <w:spacing w:before="240"/>
      </w:pPr>
      <w:r>
        <w:t>第2天 帕罗之旅：虎穴寺徒步与祈楚寺</w:t>
      </w:r>
    </w:p>
    <w:p>
      <w:pPr>
        <w:widowControl/>
      </w:pPr>
      <w:r>
        <w:t>今天上午，您将准备好开始激动人心的虎穴寺徒步之旅——虎穴寺是不丹的地标，也是该国最著名的佛教圣地。从帕罗市区驱车约12公里（超过0.5小时）即可到达虎穴寺徒步路线的起点。</w:t>
      </w:r>
    </w:p>
    <w:p>
      <w:pPr>
        <w:widowControl/>
      </w:pPr>
      <w:r>
        <w:t>通常，步行约2.5小时可到达虎穴寺（帕罗塔克桑寺）。整个虎穴寺徒步大约需要5至6小时，包括约4.8公里的上坡徒步和约4.8公里的下坡步行。若选择骑马（可选；需自费），约1.5小时可到达山腰的中点。在那里，您需要与马告别，再徒步1.5小时才能到达虎穴寺。</w:t>
      </w:r>
    </w:p>
    <w:p>
      <w:pPr>
        <w:widowControl/>
      </w:pPr>
      <w:r>
        <w:t>在中点，您可以在塔克桑自助餐厅用午餐，并首次看到虎穴寺的景色。随着您越爬越高，寺院变得越来越清晰。您会看到森林小径旁有许多经幡和转经轮。欣赏下方帕罗山谷的壮丽景色。如果您在4月来访，还能看到山坡上盛开的红色杜鹃花，宛如绚丽的云霞。</w:t>
      </w:r>
    </w:p>
    <w:p>
      <w:pPr>
        <w:widowControl/>
      </w:pPr>
      <w:r>
        <w:t>然后，您将站在虎穴寺（海拔3,120米）前——这座世界闻名的寺院紧贴在帕罗山谷上方900米的悬崖上。它始建于8世纪莲花生大士冥想之地，这座神圣的地标于1692年正式建成，并于2005年忠实修复。作为不丹最神圣的圣地，它至今仍是重要的朝圣目的地。欢迎您探索内部，感受这座建筑奇迹的精神能量。</w:t>
      </w:r>
    </w:p>
    <w:p>
      <w:pPr>
        <w:widowControl/>
      </w:pPr>
      <w:r>
        <w:t>最后，在祈楚寺结束一天的行程。祈楚寺是不丹最古老、最神圣的寺庙之一，由松赞干布国王于7世纪建造，内供奉着备受尊崇的释迦牟尼佛像，乃国宝级文物。这座皇家仪式场所还供奉着顶果钦哲仁波切的舍利塔，以及传奇人物唐东杰布锻造的铁链，让您与古代藏传佛教历史产生深刻的精神连接。</w:t>
      </w:r>
    </w:p>
    <w:p>
      <w:pPr>
        <w:widowControl/>
      </w:pPr>
      <w:r>
        <w:t>最后，返回帕罗过夜。</w:t>
      </w:r>
    </w:p>
    <w:p>
      <w:pPr>
        <w:widowControl/>
      </w:pPr>
      <w:r>
        <w:t>可选的不丹帕罗体验：</w:t>
      </w:r>
    </w:p>
    <w:p>
      <w:pPr>
        <w:widowControl/>
      </w:pPr>
      <w:r>
        <w:t>不丹传统热石浴（1小时）。</w:t>
      </w:r>
    </w:p>
    <w:p>
      <w:pPr>
        <w:widowControl/>
      </w:pPr>
      <w:r>
        <w:t>在祈楚寺点酥油灯祈福（108盏）。</w:t>
      </w:r>
    </w:p>
    <w:p>
      <w:pPr>
        <w:widowControl/>
      </w:pPr>
      <w:r>
        <w:t>温馨提示：</w:t>
      </w:r>
    </w:p>
    <w:p>
      <w:pPr>
        <w:widowControl/>
      </w:pPr>
      <w:r>
        <w:t>最佳时间：3月至5月或10月至12月前往。尽早出发，以便在悬崖形成阴影前拍到好照片。</w:t>
      </w:r>
    </w:p>
    <w:p>
      <w:pPr>
        <w:widowControl/>
      </w:pPr>
      <w:r>
        <w:t>骑马：骑马仅限上山到某一点。下山必须全程步行。</w:t>
      </w:r>
    </w:p>
    <w:p>
      <w:pPr>
        <w:widowControl/>
      </w:pPr>
      <w:r>
        <w:t>随身物品：寺院内不允许携带手机或包。请将它们存放在门口，并准备好现金，以便点酥油灯。</w:t>
      </w:r>
    </w:p>
    <w:p>
      <w:pPr>
        <w:widowControl/>
      </w:pPr>
      <w:r>
        <w:t>狗：小心流浪狗；请勿打扰它们。</w:t>
      </w:r>
    </w:p>
    <w:p>
      <w:pPr>
        <w:widowControl/>
      </w:pPr>
      <w:r>
        <w:t>概述：海拔：2,270-3,120米 距离：30公里，约1.5小时车程</w:t>
      </w:r>
    </w:p>
    <w:p>
      <w:pPr>
        <w:widowControl/>
      </w:pPr>
      <w:r>
        <w:t>景点：2个标志性景点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用餐：早餐,午餐,晚餐</w:t>
      </w:r>
    </w:p>
    <w:p>
      <w:pPr>
        <w:widowControl/>
      </w:pPr>
      <w:r>
        <w:t>住宿：帕罗</w:t>
      </w:r>
    </w:p>
    <w:p>
      <w:pPr>
        <w:keepNext/>
        <w:widowControl/>
        <w:spacing w:before="240"/>
      </w:pPr>
      <w:r>
        <w:t>第3天 帕罗至廷布之旅：扎西却宗（廷布戒楚节）、金刚座佛像、国家纪念佛塔</w:t>
      </w:r>
    </w:p>
    <w:p>
      <w:pPr>
        <w:widowControl/>
      </w:pPr>
      <w:r>
        <w:t>今天，我们将前往不丹首都廷布（50公里，约1.5小时车程）。</w:t>
      </w:r>
    </w:p>
    <w:p>
      <w:pPr>
        <w:widowControl/>
      </w:pPr>
      <w:r>
        <w:t>途中，我们会在塔姆乔寺铁桥停留参观。抵达廷布（海拔2,340米）后，您将有一整天的观光时间。您可以参加廷布的节日活动，参观扎西却宗、金刚座佛像和国家纪念佛塔。</w:t>
      </w:r>
    </w:p>
    <w:p>
      <w:pPr>
        <w:widowControl/>
      </w:pPr>
      <w:r>
        <w:t>抵达廷布后，继续前往扎西却宗（廷布城堡），参加廷布戒楚节的节庆活动。</w:t>
      </w:r>
    </w:p>
    <w:p>
      <w:pPr>
        <w:widowControl/>
      </w:pPr>
      <w:r>
        <w:t>参观扎西却宗（廷布宗），这里自1952年以来一直是政府所在地。这座位于旺楚河畔的庞大堡垒内设有国王办公室和内部各部委。它也是不丹精神领袖杰堪布的夏宫。您可以漫步于其美丽的花园，并观看戒楚节期间举行面具舞的场所。它是廷布最重要的宗教和政治建筑。</w:t>
      </w:r>
    </w:p>
    <w:p>
      <w:pPr>
        <w:widowControl/>
      </w:pPr>
      <w:r>
        <w:t>廷布戒楚节是庆祝莲花生大士的重要活动，他将佛教带到了不丹。人们参加以获得加持，并穿上最好的传统服装。亮点是由僧侣和当地人表演的面具舞。这些充满活力的表演以美丽的方式展现神灵和恶魔。这是了解当地传统和不丹精神层面的绝佳方式。</w:t>
      </w:r>
    </w:p>
    <w:p>
      <w:pPr>
        <w:widowControl/>
      </w:pPr>
      <w:r>
        <w:t>接下来，参观金刚座佛像（金刚座），世界上最大的坐佛雕像。它高51.5米，由青铜制成，并覆盖着黄金。内部有125,000尊小佛像。在节日期间，您可以看到诸如金刚舞之类的宗教仪式。从这个地点，您还可以欣赏到廷布谷地和城市建筑多彩屋顶的壮丽景色。</w:t>
      </w:r>
    </w:p>
    <w:p>
      <w:pPr>
        <w:widowControl/>
      </w:pPr>
      <w:r>
        <w:t>如果时间允许，在国家纪念佛塔稍作停留，您可以观察当地居民进行日常祈祷和转经。这将为您提供许多与当地人互动的机会，了解他们的日常生活，以及他们对幸福的哲学。</w:t>
      </w:r>
    </w:p>
    <w:p>
      <w:pPr>
        <w:widowControl/>
      </w:pPr>
      <w:r>
        <w:t>概述：海拔：2,270-2,300米 | 距离：50公里，约1.5小时车程</w:t>
      </w:r>
    </w:p>
    <w:p>
      <w:pPr>
        <w:widowControl/>
      </w:pPr>
      <w:r>
        <w:t>景点：4个标志性景点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用餐：早餐、午餐、晚餐</w:t>
      </w:r>
    </w:p>
    <w:p>
      <w:pPr>
        <w:widowControl/>
      </w:pPr>
      <w:r>
        <w:t>住宿：廷布</w:t>
      </w:r>
    </w:p>
    <w:p>
      <w:pPr>
        <w:keepNext/>
        <w:widowControl/>
        <w:spacing w:before="240"/>
      </w:pPr>
      <w:r>
        <w:t>第4天 廷布至普那卡之旅：莫提唐羚牛保护区、多楚拉山口（3,120米）、奇美寺、普那卡宗</w:t>
      </w:r>
    </w:p>
    <w:p>
      <w:pPr>
        <w:widowControl/>
      </w:pPr>
      <w:r>
        <w:t>早餐后，您将前往莫提唐羚牛保护区，观赏不丹的国兽。在那里，您可以观察这种独特的动物，据说它是由传奇的竹巴衮列（疯癫圣僧）创造的。根据传说，竹巴衮列用山羊的头和牛的身体创造了羚牛。</w:t>
      </w:r>
    </w:p>
    <w:p>
      <w:pPr>
        <w:widowControl/>
      </w:pPr>
      <w:r>
        <w:t>随后，您将从廷布出发，途经多楚拉山口（74公里，约2.5小时）前往普那卡。</w:t>
      </w:r>
    </w:p>
    <w:p>
      <w:pPr>
        <w:widowControl/>
      </w:pPr>
      <w:r>
        <w:t>在多楚拉山口停留，这里是不丹最美丽的景点之一。天气晴朗时，您可以看到岗卡本森峰（7,570米）和其他喜马拉雅山峰。您可以在当地的咖啡馆一边喝咖啡一边欣赏美景。山顶有108座纪念佛塔和许多经幡。这些是为了纪念士兵和祈祷世界和平而建造的，让人感到非常宁静，充满精神氛围。</w:t>
      </w:r>
    </w:p>
    <w:p>
      <w:pPr>
        <w:widowControl/>
      </w:pPr>
      <w:r>
        <w:t>在前往普那卡的途中，徒步前往奇美寺，也被称为求子庙。它是为了纪念竹巴衮列而建的，这位“疯癫圣僧”用幽默和非传统的方式教导。您会看到许多房屋上绘有阳具符号以驱邪。许多夫妇来到这个神圣的地方，祈求子嗣。这是不丹文化中非常有趣和独特的一部分。</w:t>
      </w:r>
    </w:p>
    <w:p>
      <w:pPr>
        <w:widowControl/>
      </w:pPr>
      <w:r>
        <w:t>然后，驱车前往普那卡，这座旧都位于两河交汇处。这里矗立着普那卡宗，最美丽的堡垒，也是1,000名僧侣的冬季住所。所有不丹国王都在这里加冕。如果您在四月来访，会看到美丽的紫色蓝花楹树盛开。在普那卡戒楚节期间，您可以观看面具舞，看到当地人穿着民族服装庆祝他们丰富的历史。</w:t>
      </w:r>
    </w:p>
    <w:p>
      <w:pPr>
        <w:widowControl/>
      </w:pPr>
      <w:r>
        <w:t>穿过巴扎姆桥探索普那卡宗，它由石头和木头建造，没有使用任何钉子。它有一座六层高的塔楼称为乌策，以及三个庭院。您可以看到胜利佛塔、皇家大厅，以及白玛林巴和夏尊的圣物。“百柱”集会厅也位于这里，拥有描绘佛陀生平的美丽壁画。</w:t>
      </w:r>
    </w:p>
    <w:p>
      <w:pPr>
        <w:widowControl/>
      </w:pPr>
      <w:r>
        <w:t>注意：普那卡宗的游客开放时间为工作日9 AM至5 PM，周末10 AM至4 PM。参观宗堡需要导游陪同。进入参观前会进行安全检查。</w:t>
      </w:r>
    </w:p>
    <w:p>
      <w:pPr>
        <w:widowControl/>
      </w:pPr>
      <w:r>
        <w:t>夜宿普那卡，为第二天的旅行做好准备。</w:t>
      </w:r>
    </w:p>
    <w:p>
      <w:pPr>
        <w:widowControl/>
      </w:pPr>
      <w:r>
        <w:t>概述：海拔：2,300-1,350米 I 距离：74公里，约2.5小时车程</w:t>
      </w:r>
    </w:p>
    <w:p>
      <w:pPr>
        <w:widowControl/>
      </w:pPr>
      <w:r>
        <w:t>景点：3个标志性景点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用餐：早餐、午餐、晚餐</w:t>
      </w:r>
    </w:p>
    <w:p>
      <w:pPr>
        <w:widowControl/>
      </w:pPr>
      <w:r>
        <w:t>住宿：普那卡</w:t>
      </w:r>
    </w:p>
    <w:p>
      <w:pPr>
        <w:keepNext/>
        <w:widowControl/>
        <w:spacing w:before="240"/>
      </w:pPr>
      <w:r>
        <w:t>第5天 普那卡之旅：卡姆沙耶里纳耶纪念塔、普那卡吊桥、桑钦多杰伦珠尼姑庵</w:t>
      </w:r>
    </w:p>
    <w:p>
      <w:pPr>
        <w:widowControl/>
      </w:pPr>
      <w:r>
        <w:t>今天，您有一整天的时间游览普那卡。上午，您将穿过梯田，开始徒步前往卡姆沙耶里纳耶纪念塔，大约需要1小时。沿途可能会看到当地农民赶着牛、扶着犁在田间劳作。</w:t>
      </w:r>
    </w:p>
    <w:p>
      <w:pPr>
        <w:widowControl/>
      </w:pPr>
      <w:r>
        <w:t>卡姆沙耶里纳耶纪念塔由王太后于1990年建造，目的是祈求和平、驱除邪恶。这座特殊的不丹佛塔历时9年建成。每层都供奉着护法神像。您可以沿楼梯爬到屋顶，欣赏普那卡的壮丽景色。下方的稻田随季节变化，由绿色渐变为金色。</w:t>
      </w:r>
    </w:p>
    <w:p>
      <w:pPr>
        <w:widowControl/>
      </w:pPr>
      <w:r>
        <w:t>午餐后，您将参观普那卡吊桥，它是不丹最长的吊桥之一，跨度160米。在这里，您可以欣赏到如画的普那卡山谷，以及桥下流淌的冰川融水波楚河，景色令人惊叹。</w:t>
      </w:r>
    </w:p>
    <w:p>
      <w:pPr>
        <w:widowControl/>
      </w:pPr>
      <w:r>
        <w:t>接下来，参观桑钦多杰伦珠尼姑庵，它位于海拔1,550米的山丘上。这里可以欣赏到普那卡和旺杜波德朗山谷的美景。约有120名尼姑在此生活和学习，研习刺绣和绘画等技能。寺庙内有一尊14英尺高的千手千眼观世音菩萨青铜像，是不丹最大的。这里是了解尼姑日常修行生活的好地方。</w:t>
      </w:r>
    </w:p>
    <w:p>
      <w:pPr>
        <w:widowControl/>
      </w:pPr>
      <w:r>
        <w:t>如果时间允许，您可以参观普那卡的当地市场。</w:t>
      </w:r>
    </w:p>
    <w:p>
      <w:pPr>
        <w:widowControl/>
      </w:pPr>
      <w:r>
        <w:t>夜宿普那卡。</w:t>
      </w:r>
    </w:p>
    <w:p>
      <w:pPr>
        <w:widowControl/>
      </w:pPr>
      <w:r>
        <w:t>概述：海拔：1,330米 | 距离：50公里，约2小时车程</w:t>
      </w:r>
    </w:p>
    <w:p>
      <w:pPr>
        <w:widowControl/>
      </w:pPr>
      <w:r>
        <w:t>景点：3个标志性景点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用餐：早餐、午餐、晚餐</w:t>
      </w:r>
    </w:p>
    <w:p>
      <w:pPr>
        <w:widowControl/>
      </w:pPr>
      <w:r>
        <w:t>住宿：普那卡</w:t>
      </w:r>
    </w:p>
    <w:p>
      <w:pPr>
        <w:keepNext/>
        <w:widowControl/>
        <w:spacing w:before="240"/>
      </w:pPr>
      <w:r>
        <w:t>第6天 普那卡至帕罗之旅：塔姆乔克寺铁桥、帕罗宗、不丹国家博物馆</w:t>
      </w:r>
    </w:p>
    <w:p>
      <w:pPr>
        <w:widowControl/>
      </w:pPr>
      <w:r>
        <w:t>今天，您将离开普那卡，再次途经多楚拉山口返回帕罗（110公里，约3.5小时），参观帕罗宗和不丹国家博物馆后夜宿帕罗。</w:t>
      </w:r>
    </w:p>
    <w:p>
      <w:pPr>
        <w:widowControl/>
      </w:pPr>
      <w:r>
        <w:t>一定要在帕罗河畔的塔姆乔克寺铁桥停留。您可以走过这座由铁链和经幡构成的独特桥梁。桥和寺庙均由著名的“铁桥建造者”唐东杰布建造。寺庙只能从外部观赏，但这座桥是欣赏至今仍屹立的古代建筑的好地方。</w:t>
      </w:r>
    </w:p>
    <w:p>
      <w:pPr>
        <w:widowControl/>
      </w:pPr>
      <w:r>
        <w:t>走过铁桥后，参观帕罗宗，又称日蓬堡。这座大型堡垒由不丹的奠基者夏尊·阿旺南杰于1646年建造，是重要的历史遗址。您需要穿过横跨帕罗楚河的传统木桥才能到达。在这里，您可以欣赏帕罗山谷的壮丽景色，并了解塑造这个国家的英雄。</w:t>
      </w:r>
    </w:p>
    <w:p>
      <w:pPr>
        <w:widowControl/>
      </w:pPr>
      <w:r>
        <w:t>如果再多走一段，您将到达不丹国家博物馆（塔宗），它是不丹最高的建筑。它最初建于1649年，作为俯瞰帕罗宗的瞭望塔，后来于1968年改建为不丹国家博物馆。在博物馆里，您可以参观丰富的古代文物收藏，如陶器、盔甲、唐卡、面具、邮票、照片、雕像、服饰、遗物、石斧和宗教绘画。</w:t>
      </w:r>
    </w:p>
    <w:p>
      <w:pPr>
        <w:widowControl/>
      </w:pPr>
      <w:r>
        <w:t>夜宿帕罗。</w:t>
      </w:r>
    </w:p>
    <w:p>
      <w:pPr>
        <w:widowControl/>
      </w:pPr>
      <w:r>
        <w:t>概述：海拔：1,330-2,270米 | 距离：110公里，约3.5小时车程</w:t>
      </w:r>
    </w:p>
    <w:p>
      <w:pPr>
        <w:widowControl/>
      </w:pPr>
      <w:r>
        <w:t>景点：3处标志性景点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用餐：早餐、午餐、晚餐</w:t>
      </w:r>
    </w:p>
    <w:p>
      <w:pPr>
        <w:widowControl/>
      </w:pPr>
      <w:r>
        <w:t>住宿：帕罗</w:t>
      </w:r>
    </w:p>
    <w:p>
      <w:pPr>
        <w:keepNext/>
        <w:widowControl/>
        <w:spacing w:before="240"/>
      </w:pPr>
      <w:r>
        <w:t>第7天 帕罗离境：酒店退房与送机</w:t>
      </w:r>
    </w:p>
    <w:p>
      <w:pPr>
        <w:widowControl/>
      </w:pPr>
      <w:r>
        <w:t>幸福是一个地方，希望您已从美丽的喜马拉雅王国带走了属于您的幸福哲学。是时候结束7天的Bhutan跟团游了。您的导游将陪同您前往帕罗国际机场，搭乘航班前往下一个目的地。</w:t>
      </w:r>
    </w:p>
    <w:p>
      <w:pPr>
        <w:widowControl/>
      </w:pPr>
      <w:r>
        <w:t>延展建议：如果您希望在Bhutan停留更久，您可以将行程延展至Bhutan其他精彩地区，包括Haa、Gangtey和Bumthang。</w:t>
      </w:r>
    </w:p>
    <w:p>
      <w:pPr>
        <w:widowControl/>
      </w:pPr>
      <w:r>
        <w:t>感谢您选择亚洲奥德赛旅游（AOT）安排您的Bhutan之旅，我们随时为您服务，并期待在您下次中国/亚洲之旅中再次相见。旅途平安！</w:t>
      </w:r>
    </w:p>
    <w:p>
      <w:pPr>
        <w:widowControl/>
      </w:pPr>
      <w:r>
        <w:t>概述：海拔：2,270米 | 距离：8公里，约0.5小时车程</w:t>
      </w:r>
    </w:p>
    <w:p>
      <w:pPr>
        <w:widowControl/>
      </w:pPr>
      <w:r>
        <w:t>景点：送机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p>
      <w:pPr>
        <w:widowControl/>
      </w:pPr>
      <w:r>
        <w:t>住宿：无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7天廷布戒楚节小团游（2026年9月20日）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