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8 Days Bhutan Group Tour with Phobjikha Valley (Nature &amp; Birding)</w:t>
      </w:r>
    </w:p>
    <w:p>
      <w:pPr>
        <w:widowControl/>
      </w:pPr>
      <w:r>
        <w:t>Product code: AOT-BT-C</w:t>
      </w:r>
    </w:p>
    <w:p>
      <w:pPr>
        <w:keepNext/>
        <w:widowControl/>
        <w:spacing w:before="240"/>
      </w:pPr>
      <w:r>
        <w:t>Day 1 Paro, Bhutan Arrival | Airport Pick-up &amp; Hotel Check-in, Paro Airport Birds Eye View Point, Bhutan Traditional Attire Experience</w:t>
      </w:r>
    </w:p>
    <w:p>
      <w:pPr>
        <w:widowControl/>
      </w:pPr>
      <w:r>
        <w:t>Tashi Delek and welcome to Bhutan! As you arrive at Paro International Airport, enjoy the fresh breeze of a nation protected by 71% forest cover. Your local guide will be there to meet you, ensuring a smooth start to your trip through the "Last Shangri-La," a beautiful Himalayan sanctuary preserved for generations.</w:t>
      </w:r>
    </w:p>
    <w:p>
      <w:pPr>
        <w:widowControl/>
      </w:pPr>
      <w:r>
        <w:t>Paro (2,270m) is the gateway to Bhutan and home to the famous Tiger's Nest monastery. It offers a unique mix of spirituality and nature. In March, the Paro Tshechu Festival brings the valley to life with masked dances and religious rituals. Whether exploring its rich heritage or its breathtaking landscapes, Paro is a fundamental stop for every traveler in the Himalayas.</w:t>
      </w:r>
    </w:p>
    <w:p>
      <w:pPr>
        <w:widowControl/>
      </w:pPr>
      <w:r>
        <w:t>Stop at the Airport Bird's Eye View Point for a stunning view of Paro Valley, Rinpung Dzong, and the Paro Chu River. Your guide will share the history of this unique airport before you head to your hotel. Use this time to rest and acclimate to the altitude, ensuring you are refreshed for the rest of your trip.</w:t>
      </w:r>
    </w:p>
    <w:p>
      <w:pPr>
        <w:widowControl/>
      </w:pPr>
      <w:r>
        <w:t>Enjoy these complimentary experiences from AOT:</w:t>
      </w:r>
    </w:p>
    <w:p>
      <w:pPr>
        <w:widowControl/>
      </w:pPr>
      <w:r>
        <w:t>1. National Dress Experience: Try on the traditional Gho for men or Kira for women, featuring beautifully woven patterns that represent Bhutanese heritage.</w:t>
      </w:r>
    </w:p>
    <w:p>
      <w:pPr>
        <w:widowControl/>
      </w:pPr>
      <w:r>
        <w:t>2. Bhutanese Red Rice Wine: Sample this traditional fermented drink made from red rice. It is popular for its subtle sweetness and lower alcohol content, offering an authentic taste of local life.</w:t>
      </w:r>
    </w:p>
    <w:p>
      <w:pPr>
        <w:widowControl/>
      </w:pPr>
      <w:r>
        <w:t>If all members arrive by noon, your guide can lead an optional tour of Rinpung Dzong and the National Museum (entry fees apply). Entry into these historic sites requires a security check and a licensed guide. Paro Dzong is open from 9 AM to 5 PM on weekdays and 10 AM to 4 PM on weekends.</w:t>
      </w:r>
    </w:p>
    <w:p>
      <w:pPr>
        <w:widowControl/>
      </w:pPr>
      <w:r>
        <w:t>Free Time Ideas:</w:t>
      </w:r>
    </w:p>
    <w:p>
      <w:pPr>
        <w:widowControl/>
      </w:pPr>
      <w:r>
        <w:t>Local Markets: Explore Paro's town center in national dress to see local ingredients like red chilies and artisanal cheese.</w:t>
      </w:r>
    </w:p>
    <w:p>
      <w:pPr>
        <w:widowControl/>
      </w:pPr>
      <w:r>
        <w:t>Archery: Test your skills at the national sport on a traditional 140m archery range.</w:t>
      </w:r>
    </w:p>
    <w:p>
      <w:pPr>
        <w:widowControl/>
      </w:pPr>
      <w:r>
        <w:t>For tailored advice on what to do, feel free to reach out to your guide ahead of time.</w:t>
      </w:r>
    </w:p>
    <w:p>
      <w:pPr>
        <w:widowControl/>
      </w:pPr>
      <w:r>
        <w:t>Arrival Ideas:</w:t>
      </w:r>
    </w:p>
    <w:p>
      <w:pPr>
        <w:widowControl/>
      </w:pPr>
      <w:r>
        <w:t>Reaching Bhutan is easy via air or land. Paro International Airport is the main hub, with flights from cities like Delhi, Bangkok, Kathmandu, and Singapore. Alternatively, you can enter by road through Phuentsholing or Gelephu in India. Seasonal charter flights from Hong Kong and Kuala Lumpur also provide convenient options.</w:t>
      </w:r>
    </w:p>
    <w:p>
      <w:pPr>
        <w:widowControl/>
      </w:pPr>
      <w:r>
        <w:t>Kind Reminds:</w:t>
      </w:r>
    </w:p>
    <w:p>
      <w:pPr>
        <w:widowControl/>
      </w:pPr>
      <w:r>
        <w:t>Flight Booking: We can help you book your flights directly to Paro.</w:t>
      </w:r>
    </w:p>
    <w:p>
      <w:pPr>
        <w:widowControl/>
      </w:pPr>
      <w:r>
        <w:t>E-Visas: Most visitors need an advance E-visa, which costs $40.</w:t>
      </w:r>
    </w:p>
    <w:p>
      <w:pPr>
        <w:widowControl/>
      </w:pPr>
      <w:r>
        <w:t>Regional Requirements: Indian citizens must have a valid permit (Passport or Voter ID). Travelers from Bangladesh and the Maldives need a visa, which can be arranged in advance or received when you arrive in Bhutan.</w:t>
      </w:r>
    </w:p>
    <w:p>
      <w:pPr>
        <w:widowControl/>
      </w:pPr>
      <w:r>
        <w:t>Overview: Altitude: 2,270m I Distance: 8km, about 0.5 hours' drive</w:t>
      </w:r>
    </w:p>
    <w:p>
      <w:pPr>
        <w:widowControl/>
      </w:pPr>
      <w:r>
        <w:t>Attractions: Explore according to your flight time</w:t>
      </w:r>
    </w:p>
    <w:p>
      <w:pPr>
        <w:widowControl/>
      </w:pPr>
      <w:r>
        <w:t>Transport and activities: Vehicle</w:t>
      </w:r>
    </w:p>
    <w:p>
      <w:pPr>
        <w:widowControl/>
      </w:pPr>
      <w:r>
        <w:t>Meals: Dinner</w:t>
      </w:r>
    </w:p>
    <w:p>
      <w:pPr>
        <w:widowControl/>
      </w:pPr>
      <w:r>
        <w:t>Accommodation: Paro</w:t>
      </w:r>
    </w:p>
    <w:p>
      <w:pPr>
        <w:keepNext/>
        <w:widowControl/>
        <w:spacing w:before="240"/>
      </w:pPr>
      <w:r>
        <w:t>Day 2 Paro Tour | Tiger's Nest Monastery Hiking, Kyichu Lhakhang</w:t>
      </w:r>
    </w:p>
    <w:p>
      <w:pPr>
        <w:widowControl/>
      </w:pPr>
      <w:r>
        <w:t>Start your day with an exciting hike to Tiger's Nest, Bhutan's most famous sacred site. The trailhead is a 12km drive from Paro, taking about 30 minutes. From there, you will begin the trek to this world-renowned monastery perched high on a cliff. It is a must-see landmark that offers incredible views and a deep look into Bhutanese spiritual history.</w:t>
      </w:r>
    </w:p>
    <w:p>
      <w:pPr>
        <w:widowControl/>
      </w:pPr>
      <w:r>
        <w:t>This 9.6 km trek to Tiger's Nest Monastery takes about 5–6 hours. You can optionally hire a horse (self-paid) to reach the halfway point. The trail offers beautiful views of Paro Valley and quiet forests filled with prayer flags. In April, the path is especially scenic with blooming rhododendrons, creating a colorful and peaceful atmosphere for your spiritual walk to the monastery.</w:t>
      </w:r>
    </w:p>
    <w:p>
      <w:pPr>
        <w:widowControl/>
      </w:pPr>
      <w:r>
        <w:t>Gaze upon Tiger's Nest (3,120m), the holiest landmark in Bhutan, located 900m above the valley. According to local legend, Guru Rinpoche flew to this cliffside on a tigress to meditate in a cave. Its dramatic location and deep religious history make it a truly sacred destination for every visitor exploring the heart of the Himalayas.</w:t>
      </w:r>
    </w:p>
    <w:p>
      <w:pPr>
        <w:widowControl/>
      </w:pPr>
      <w:r>
        <w:t>Next, visit Kyichu Lhakhang, a 7th-century temple built by King Songtsen Gampo. As one of the 108 original shrines meant to subdue a giant witch, it is a foundational site for Bhutanese faith. Known for the Thousand-armed Avalokiteshvara, this historic temple frequently hosts royal events, providing visitors with a unique look into the kingdom's earliest and most sacred traditions.</w:t>
      </w:r>
    </w:p>
    <w:p>
      <w:pPr>
        <w:widowControl/>
      </w:pPr>
      <w:r>
        <w:t>Inside the main hall, you will find a national treasure: a Shakyamuni Buddha statue that mirrors Tibet's famous Jowo. The temple also holds the relic stupa of master Dilgo Khyentse Rinpoche. Featuring iron chains from Tangtong Gyalpo and other unique artifacts, the sanctuary preserves the rich history and deep spiritual meaning of Bhutan's ancient Buddhist traditions for all who visit.</w:t>
      </w:r>
    </w:p>
    <w:p>
      <w:pPr>
        <w:widowControl/>
      </w:pPr>
      <w:r>
        <w:t>At last, head back to Paro for overnight.</w:t>
      </w:r>
    </w:p>
    <w:p>
      <w:pPr>
        <w:widowControl/>
      </w:pPr>
      <w:r>
        <w:t>Optional Bhutan Paro Experiences:</w:t>
      </w:r>
    </w:p>
    <w:p>
      <w:pPr>
        <w:widowControl/>
      </w:pPr>
      <w:r>
        <w:t>1. Bhutan Traditional Hot Stone Bath (1 hour).</w:t>
      </w:r>
    </w:p>
    <w:p>
      <w:pPr>
        <w:widowControl/>
      </w:pPr>
      <w:r>
        <w:t>2. Lighting butter lamps for blessings at Kyichu Lhakhang (108 lamps).</w:t>
      </w:r>
    </w:p>
    <w:p>
      <w:pPr>
        <w:widowControl/>
      </w:pPr>
      <w:r>
        <w:t>Kind Reminds:</w:t>
      </w:r>
    </w:p>
    <w:p>
      <w:pPr>
        <w:widowControl/>
      </w:pPr>
      <w:r>
        <w:t>1. Optimal Timing: Visit from March to May or October to December. Depart early for the best photography lighting, as the monastery falls into shadow by afternoon.</w:t>
      </w:r>
    </w:p>
    <w:p>
      <w:pPr>
        <w:widowControl/>
      </w:pPr>
      <w:r>
        <w:t>2. Ascent Options: Horses are available for the uphill climb to a designated point, but the final stretch must be hiked. The descent is on foot only.</w:t>
      </w:r>
    </w:p>
    <w:p>
      <w:pPr>
        <w:widowControl/>
      </w:pPr>
      <w:r>
        <w:t>3. Monastery Etiquette: Phones and bags are prohibited inside; use the entrance storage. Carry cash for butter lamps before storing your belongings.</w:t>
      </w:r>
    </w:p>
    <w:p>
      <w:pPr>
        <w:widowControl/>
      </w:pPr>
      <w:r>
        <w:t>4. Local Wildlife: You may encounter friendly stray dogs. Please be mindful and provide them with peaceful space as you pass.</w:t>
      </w:r>
    </w:p>
    <w:p>
      <w:pPr>
        <w:widowControl/>
      </w:pPr>
      <w:r>
        <w:t>Overview: Altitude: 2,270-3,120m I Distance: 30km, about 1.5 hours' drive</w:t>
      </w:r>
    </w:p>
    <w:p>
      <w:pPr>
        <w:widowControl/>
      </w:pPr>
      <w:r>
        <w:t>Attractions: 2 Iconic Site</w:t>
      </w:r>
    </w:p>
    <w:p>
      <w:pPr>
        <w:widowControl/>
      </w:pPr>
      <w:r>
        <w:t>Transport and activities: Vehicle</w:t>
      </w:r>
    </w:p>
    <w:p>
      <w:pPr>
        <w:widowControl/>
      </w:pPr>
      <w:r>
        <w:t>Meals: Breakfast,Lunch,Dinner</w:t>
      </w:r>
    </w:p>
    <w:p>
      <w:pPr>
        <w:widowControl/>
      </w:pPr>
      <w:r>
        <w:t>Accommodation: Paro</w:t>
      </w:r>
    </w:p>
    <w:p>
      <w:pPr>
        <w:keepNext/>
        <w:widowControl/>
        <w:spacing w:before="240"/>
      </w:pPr>
      <w:r>
        <w:t>Day 3 Paro to Thimphu Tour | Tamchog Lhakhang Iron Bridge, Buddha Point, National Memorial Chorten, Takin Preserve, Thimphu Dzong</w:t>
      </w:r>
    </w:p>
    <w:p>
      <w:pPr>
        <w:widowControl/>
      </w:pPr>
      <w:r>
        <w:t>Today, we drive 1.5 hours (50km) to Thimphu, the capital of Bhutan. We will stop at the Tamchog Lhakhang Iron Bridge along the way. Once in Thimphu (2,340m), you will enjoy a full day of sightseeing, including the Buddha Dordenma Statue, National Memorial Chorten, Motithang Takin Preserve, and the historic Tashichho Dzong.</w:t>
      </w:r>
    </w:p>
    <w:p>
      <w:pPr>
        <w:widowControl/>
      </w:pPr>
      <w:r>
        <w:t>Stop at the Tamchog Lhakhang Iron Bridge to see a unique part of 15th-century history. Built by Thangthong Gyalpo, the structure uses original iron chains and is decorated with colorful prayer flags. You can view the temple from the outside and walk across the bridge, which offers a great way to experience ancient engineering and the scenery of the Paro River.</w:t>
      </w:r>
    </w:p>
    <w:p>
      <w:pPr>
        <w:widowControl/>
      </w:pPr>
      <w:r>
        <w:t>Next, visit the Buddha Dordenma Statue (Buddha Point), the world's largest sitting Shakyamuni Buddha. This 51.5-meter gilded landmark houses 125,000 smaller statues and hosts sacred Vajra Dances during local festivals. In addition to its spiritual importance, the site offers a stunning panorama of Thimphu, providing a perfect view of the city's colorful architecture and the surrounding mountain valley.</w:t>
      </w:r>
    </w:p>
    <w:p>
      <w:pPr>
        <w:widowControl/>
      </w:pPr>
      <w:r>
        <w:t>As Bhutan's largest city, Thimphu is unique because it has no traffic lights or railways. Start your visit at the National Memorial Chorten, where you can join locals in a clockwise kora (circumambulation). This traditional practice is a great way to meet residents and learn about their daily lives and the philosophy of happiness that defines the entire country.</w:t>
      </w:r>
    </w:p>
    <w:p>
      <w:pPr>
        <w:widowControl/>
      </w:pPr>
      <w:r>
        <w:t>Visit the National Memorial Chorten, a famous stupa built to honor the "Father of Modern Bhutan" and symbolize peace. Then, head to the Motithang Takin Preserve to see the national animal. Legend says the Takin was created by the "Divine Madman," Drukpa Kunley. This visit offers a great look at Bhutan's unique wildlife and its rich, mythical history.</w:t>
      </w:r>
    </w:p>
    <w:p>
      <w:pPr>
        <w:widowControl/>
      </w:pPr>
      <w:r>
        <w:t>Visit the historic Tashichho Dzong, the administrative and religious heart of Bhutan. Located beside the Wang Chu River, it accommodates the Royal offices and the summer residence of the Chief Abbot. This "Fortress of the Glorious Religion" is especially famous for hosting the Thimphu Tshechu, where the courtyard comes alive with traditional masked dances and significant cultural heritage celebrations.</w:t>
      </w:r>
    </w:p>
    <w:p>
      <w:pPr>
        <w:widowControl/>
      </w:pPr>
      <w:r>
        <w:t>Note: The Dzong is open to tourists from 5:00 PM - 6:30 PM on weekdays and 10:00 AM - 4:00 PM on weekends. You must have a tour guide and pass a security check to enter. If you time it right, see the traditional flag-lowering ceremony.</w:t>
      </w:r>
    </w:p>
    <w:p>
      <w:pPr>
        <w:widowControl/>
      </w:pPr>
      <w:r>
        <w:t>Finally, enjoy an authentic dinner at the Folk Heritage Museum Restaurant, founded by the Queen Mother to protect traditional cooking. This unique spot offers a true taste of the local culture and is a great way to experience Bhutanese heritage through its delicious food.</w:t>
      </w:r>
    </w:p>
    <w:p>
      <w:pPr>
        <w:widowControl/>
      </w:pPr>
      <w:r>
        <w:t>Optional Bhutan Thimphu Experiences:</w:t>
      </w:r>
    </w:p>
    <w:p>
      <w:pPr>
        <w:widowControl/>
      </w:pPr>
      <w:r>
        <w:t>Folk Heritage Museum: If time permit, you can visit Folk Heritage Museum, a captivating window into Bhutan's rural past &amp; established by the Queen Mother of Bhutan.</w:t>
      </w:r>
    </w:p>
    <w:p>
      <w:pPr>
        <w:widowControl/>
      </w:pPr>
      <w:r>
        <w:t>Simply Bhutan Museum: If time permit, you can visit Simply Bhutan Museum to explore more about Bhutan culture.</w:t>
      </w:r>
    </w:p>
    <w:p>
      <w:pPr>
        <w:widowControl/>
      </w:pPr>
      <w:r>
        <w:t>Bhutan Stamp Printing: Fully functional stamp printed with a self-portrait (Bhutan Post Office: Weekdays: 9AM - 5PM; Saturdays: 9 AM - 1 PM; Closed on Sundays).</w:t>
      </w:r>
    </w:p>
    <w:p>
      <w:pPr>
        <w:widowControl/>
      </w:pPr>
      <w:r>
        <w:t>Overview: Altitude: 2,270-2,300m I Distance: 50km, about 1.5 hours' drive</w:t>
      </w:r>
    </w:p>
    <w:p>
      <w:pPr>
        <w:widowControl/>
      </w:pPr>
      <w:r>
        <w:t>Attractions: 5 iconic sites</w:t>
      </w:r>
    </w:p>
    <w:p>
      <w:pPr>
        <w:widowControl/>
      </w:pPr>
      <w:r>
        <w:t>Transport and activities: Vehicle</w:t>
      </w:r>
    </w:p>
    <w:p>
      <w:pPr>
        <w:widowControl/>
      </w:pPr>
      <w:r>
        <w:t>Meals: Breakfast,Lunch,Dinner</w:t>
      </w:r>
    </w:p>
    <w:p>
      <w:pPr>
        <w:widowControl/>
      </w:pPr>
      <w:r>
        <w:t>Accommodation: Thimphu</w:t>
      </w:r>
    </w:p>
    <w:p>
      <w:pPr>
        <w:keepNext/>
        <w:widowControl/>
        <w:spacing w:before="240"/>
      </w:pPr>
      <w:r>
        <w:t>Day 4 Thimphu to Punakha Tour | Dochula Pass (3,120m), Chimi Lhakhang, Punakha Dzong</w:t>
      </w:r>
    </w:p>
    <w:p>
      <w:pPr>
        <w:widowControl/>
      </w:pPr>
      <w:r>
        <w:t>Today, you will travel from Thimphu to Punakha via Dochula Pass (74km, about 2.5 hours). This trip is more than just a drive; it is a voyage through changing altitudes and diverse landscapes, offering a visual spectacle. Starting from the higher altitude and cooler climate of Thimphu (2,300m), the drive takes you along the national highway, ascending through the majestic Dochula Pass (3,120m). Upon crossing the pass, you'll descend into the warm and verdant Punakha Valley (1,330m).</w:t>
      </w:r>
    </w:p>
    <w:p>
      <w:pPr>
        <w:widowControl/>
      </w:pPr>
      <w:r>
        <w:t>Stop at Dochula Pass for a panoramic view of the Himalayas, including Mt. Gangkar Puensum. See the 108 memorial chortens built for soldiers and world peace. You can enjoy the peaceful atmosphere with coffee at the cafeteria or walk among the sacred shrines, making it one of the most beautiful stops on your Bhutanese journey.</w:t>
      </w:r>
    </w:p>
    <w:p>
      <w:pPr>
        <w:widowControl/>
      </w:pPr>
      <w:r>
        <w:t>Continue toward Punakha with a hike to Chimi Lhakhang, known as the Fertility Temple. Built for the "Divine Madman", the temple and village feature phallus symbols to drive away evil. Many people visit this sacred site seeking blessings to conceive. You might see monks performing traditional rituals with a wooden phallus to bless those hoping for a child.</w:t>
      </w:r>
    </w:p>
    <w:p>
      <w:pPr>
        <w:widowControl/>
      </w:pPr>
      <w:r>
        <w:t>Next, drive to Punakha to visit the stunning Punakha Dzong. Located where two rivers meet, it is the winter home for 1,000 monks and hosted many royal weddings. In spring, you can see purple jacaranda trees in bloom. During the Punakha Tshechu festival, you will see traditional dances and locals wearing beautiful national dress.</w:t>
      </w:r>
    </w:p>
    <w:p>
      <w:pPr>
        <w:widowControl/>
      </w:pPr>
      <w:r>
        <w:t>Cross the Bazam Bridge to see Punakha Dzong, famous for its nail-less construction and six-story tower. It has three courtyards for government, monks, and rituals. You can visit the southern temple to see ancient remains and explore the hundred-pillar hall, which features stunning murals that tell the story of the Buddha's spiritual journey.</w:t>
      </w:r>
    </w:p>
    <w:p>
      <w:pPr>
        <w:widowControl/>
      </w:pPr>
      <w:r>
        <w:t>Note: Punakha Dzong is open weekdays from 9:00 AM – 5:00 PM and weekends from 10:00 AM – 4:00 PM. Entry requires a licensed tour guide and a security screening.</w:t>
      </w:r>
    </w:p>
    <w:p>
      <w:pPr>
        <w:widowControl/>
      </w:pPr>
      <w:r>
        <w:t>Overnight in Punakha.</w:t>
      </w:r>
    </w:p>
    <w:p>
      <w:pPr>
        <w:widowControl/>
      </w:pPr>
      <w:r>
        <w:t>Overview: Altitude: 2,300-1,350m I Distance: 74km, about 2.5 hours' drive</w:t>
      </w:r>
    </w:p>
    <w:p>
      <w:pPr>
        <w:widowControl/>
      </w:pPr>
      <w:r>
        <w:t>Attractions: 3 iconic sites</w:t>
      </w:r>
    </w:p>
    <w:p>
      <w:pPr>
        <w:widowControl/>
      </w:pPr>
      <w:r>
        <w:t>Transport and activities: Vehicle</w:t>
      </w:r>
    </w:p>
    <w:p>
      <w:pPr>
        <w:widowControl/>
      </w:pPr>
      <w:r>
        <w:t>Meals: Breakfast,Lunch,Dinner</w:t>
      </w:r>
    </w:p>
    <w:p>
      <w:pPr>
        <w:widowControl/>
      </w:pPr>
      <w:r>
        <w:t>Accommodation: Punakha</w:t>
      </w:r>
    </w:p>
    <w:p>
      <w:pPr>
        <w:keepNext/>
        <w:widowControl/>
        <w:spacing w:before="240"/>
      </w:pPr>
      <w:r>
        <w:t>Day 5 Punakha to Gangtey Tour | Khamsum Yulley Namgyal Chorten, Sangchhen Dorji Lhuendrup Nunnery</w:t>
      </w:r>
    </w:p>
    <w:p>
      <w:pPr>
        <w:widowControl/>
      </w:pPr>
      <w:r>
        <w:t>Today, enjoy a one-hour hike to Khamsum Yulley Namgyal Chorten, passing through lush, vibrant rice paddies. This trail provides a unique look at traditional farming, featuring oxen-plowed fields and timeless rural scenery.</w:t>
      </w:r>
    </w:p>
    <w:p>
      <w:pPr>
        <w:widowControl/>
      </w:pPr>
      <w:r>
        <w:t>Discover Khamsum Yulley Namgyal Chorten (Stupa), an architectural masterpiece dedicated to divine protection. Commissioned by the Queen Mother, its nine-year construction produced a unique fusion of local art and sculpture. This pagoda-style shrine stands as a spiritual safeguard, embodying the deeply rooted traditions and serene values of the Bhutanese people.</w:t>
      </w:r>
    </w:p>
    <w:p>
      <w:pPr>
        <w:widowControl/>
      </w:pPr>
      <w:r>
        <w:t>Inside Khamsum Yulley, look at the sculptures and climb the stairs to the roof. You will see wonderful views of Punakha from the top. The landscape changes with the seasons: bright green rice fields in summer become beautiful golden fields in autumn.</w:t>
      </w:r>
    </w:p>
    <w:p>
      <w:pPr>
        <w:widowControl/>
      </w:pPr>
      <w:r>
        <w:t>Optional Bhutan Punakha Experiences:</w:t>
      </w:r>
    </w:p>
    <w:p>
      <w:pPr>
        <w:widowControl/>
      </w:pPr>
      <w:r>
        <w:t>Punakha Suspension Bridge: If time permit, visit one of Bhutan's longest suspension bridges, spanning 160 meters. This experience will reward you with breathtaking views of the picturesque Punakha Valley and the glacier-fed Po Chu River flowing beneath.</w:t>
      </w:r>
    </w:p>
    <w:p>
      <w:pPr>
        <w:widowControl/>
      </w:pPr>
      <w:r>
        <w:t>Next, visit the Sangchhen Dorji Lhuendrup Nunnery on a 1,550-meter hilltop, offering great views of the nearby valleys. The complex is a Buddhist college for 120 nuns, featuring a meditation center and classes in traditional crafts. It is a peaceful place that shows how nuns live and learn through spiritual education and sacred art.</w:t>
      </w:r>
    </w:p>
    <w:p>
      <w:pPr>
        <w:widowControl/>
      </w:pPr>
      <w:r>
        <w:t>Witness the peaceful monastic life and admire the temple's centerpiece: a 14-foot bronze Avalokiteshvara. Hand-forged by local artisans, it is Bhutan's largest statue of its kind, uniquely featuring 1,000 hands and eyes. The presence of Guru Rinpoche and the 21 Taras creates a powerful atmosphere for understanding Bhutanese Buddhist heritage and sacred art.</w:t>
      </w:r>
    </w:p>
    <w:p>
      <w:pPr>
        <w:widowControl/>
      </w:pPr>
      <w:r>
        <w:t>After the visit, you will drive to Gangtey (74KM, about 2.5hrs). And stay overnight in Gangtey.</w:t>
      </w:r>
    </w:p>
    <w:p>
      <w:pPr>
        <w:widowControl/>
      </w:pPr>
      <w:r>
        <w:t>Overview: Altitude: 1350m-3,040m I Distance: 75km, about 2.5 hours' drive</w:t>
      </w:r>
    </w:p>
    <w:p>
      <w:pPr>
        <w:widowControl/>
      </w:pPr>
      <w:r>
        <w:t>Attractions: 2 iconic sites</w:t>
      </w:r>
    </w:p>
    <w:p>
      <w:pPr>
        <w:widowControl/>
      </w:pPr>
      <w:r>
        <w:t>Transport and activities: Vehicle</w:t>
      </w:r>
    </w:p>
    <w:p>
      <w:pPr>
        <w:widowControl/>
      </w:pPr>
      <w:r>
        <w:t>Meals: Breakfast,Lunch,Dinner</w:t>
      </w:r>
    </w:p>
    <w:p>
      <w:pPr>
        <w:widowControl/>
      </w:pPr>
      <w:r>
        <w:t>Accommodation: Gangtey</w:t>
      </w:r>
    </w:p>
    <w:p>
      <w:pPr>
        <w:keepNext/>
        <w:widowControl/>
        <w:spacing w:before="240"/>
      </w:pPr>
      <w:r>
        <w:t>Day 6 Phobjikha Valley Tour | Gangteng Monastery, Gangtey Nature Trail, Black-necked Cranes Information Center</w:t>
      </w:r>
    </w:p>
    <w:p>
      <w:pPr>
        <w:widowControl/>
      </w:pPr>
      <w:r>
        <w:t>Phobjikha Valley is a glacial valley next to Jigme Singye Wangchuck National Park. It is home to Gangteng Monastery and is a protected area for black-necked cranes. With its many hiking trails and nature walks, you can enjoy the quiet beauty of the landscape while visiting one of Bhutan's most important wildlife habitats.</w:t>
      </w:r>
    </w:p>
    <w:p>
      <w:pPr>
        <w:widowControl/>
      </w:pPr>
      <w:r>
        <w:t>This morning, take an easy 4km hike on the Gangtey Nature Trail (1.5-2 hours). You will walk from Gangtey Monastery (3030m) down to Khewang Lhakhang (2850m), passing through forests and farms. If you visit between late October and February, you might see the rare Black-necked Cranes. They stay in this valley during the winter season before returning north.</w:t>
      </w:r>
    </w:p>
    <w:p>
      <w:pPr>
        <w:widowControl/>
      </w:pPr>
      <w:r>
        <w:t>Tips: 1.Dress in layers and wear comfortable hiking shoes. The weather can change quickly in the mountains. 2. Respect wildlife and maintain the cleanliness of the trail.</w:t>
      </w:r>
    </w:p>
    <w:p>
      <w:pPr>
        <w:widowControl/>
      </w:pPr>
      <w:r>
        <w:t>Overlooking the Phobjikha Valley, Gangtey Monastery is a vital Nyingmapa spiritual center founded on the visions of Pema Lingpa. The site is legendary for its Black-necked Cranes, which reportedly circle the monastery in sacred homage. This bond is celebrated every November 11 during a vibrant festival featuring traditional dramas and dances that honor Bhutan's unique cultural heritage.</w:t>
      </w:r>
    </w:p>
    <w:p>
      <w:pPr>
        <w:widowControl/>
      </w:pPr>
      <w:r>
        <w:t>At the end of the trail, you will reach Khewang Lhakhang on the east side of the valley. This 15th-century temple is one of the oldest in the area. Inside, you can see three two-story statues of the Past, Present, and Future Buddhas, providing a great look at Bhutanese religious history.</w:t>
      </w:r>
    </w:p>
    <w:p>
      <w:pPr>
        <w:widowControl/>
      </w:pPr>
      <w:r>
        <w:t>Next, go to the Black-necked Crane Information Center to see educational displays and use telescopes to spot these rare birds. The center has worked on important conservation since 2003. You can learn about the 300 cranes that fly from Tibet to stay in the Phobjikha Valley during the winter months.</w:t>
      </w:r>
    </w:p>
    <w:p>
      <w:pPr>
        <w:widowControl/>
      </w:pPr>
      <w:r>
        <w:t>After that, drive back to your hotel in Gangtey.</w:t>
      </w:r>
    </w:p>
    <w:p>
      <w:pPr>
        <w:widowControl/>
      </w:pPr>
      <w:r>
        <w:t>Overview: Altitude: 3,040m</w:t>
      </w:r>
    </w:p>
    <w:p>
      <w:pPr>
        <w:widowControl/>
      </w:pPr>
      <w:r>
        <w:t>Attractions: 3 iconic sites</w:t>
      </w:r>
    </w:p>
    <w:p>
      <w:pPr>
        <w:widowControl/>
      </w:pPr>
      <w:r>
        <w:t>Transport and activities: Vehicle</w:t>
      </w:r>
    </w:p>
    <w:p>
      <w:pPr>
        <w:widowControl/>
      </w:pPr>
      <w:r>
        <w:t>Meals: Breakfast,Lunch,Dinner</w:t>
      </w:r>
    </w:p>
    <w:p>
      <w:pPr>
        <w:widowControl/>
      </w:pPr>
      <w:r>
        <w:t>Accommodation: Gangtey</w:t>
      </w:r>
    </w:p>
    <w:p>
      <w:pPr>
        <w:keepNext/>
        <w:widowControl/>
        <w:spacing w:before="240"/>
      </w:pPr>
      <w:r>
        <w:t>Day 7 Gangtey to Paro | Paro Dzong, Bhutan National Museum</w:t>
      </w:r>
    </w:p>
    <w:p>
      <w:pPr>
        <w:widowControl/>
      </w:pPr>
      <w:r>
        <w:t>After breakfast, you will depart from Gangtey and return to Paro (170 km, about 5 hours) via Dochula Pass again. After visiting Paro Dzong and the Bhutan National Museum, you will overnight in Paro. Lunch can be served either on the way or after returning to Paro.</w:t>
      </w:r>
    </w:p>
    <w:p>
      <w:pPr>
        <w:widowControl/>
      </w:pPr>
      <w:r>
        <w:t>After arriving in Paro, visit the impressive Paro Dzong. Built in 1646 by Shabdrung Ngawang Namgyal, the founder of modern Bhutan, it serves as an important historical site. You can reach the fortress by walking across a traditional wooden bridge, which provides breathtaking views of the Paro Valley and river. It is a perfect place to learn about Bhutan's rich cultural history.</w:t>
      </w:r>
    </w:p>
    <w:p>
      <w:pPr>
        <w:widowControl/>
      </w:pPr>
      <w:r>
        <w:t>If you hike a little further, you will reach the Bhutan National Museum (Ta Dzong), which holds the distinction of being Bhutan's tallest building. Originally constructed in 1649 as a watchtower overlooking the Paro Dzong, it was later transformed into the National Museum of Bhutan in 1968. At the museum, you can immerse yourself in a rich collection of ancient artifacts such as pottery, armor, thangkas, masks, stamps, photographs, statues, costumes, relics, stone axes, and religious paintings.</w:t>
      </w:r>
    </w:p>
    <w:p>
      <w:pPr>
        <w:widowControl/>
      </w:pPr>
      <w:r>
        <w:t>Note: Please note that Paro Dzong is open from 9 AM to 5 PM on weekdays and from 10 AM to 4 PM on weekends. If you can't make it to the opening hours, we suggest visiting the Paro Local Market instead. It's a place where locals and tourists alike come to shop for traditional Bhutanese handicrafts, textiles, jewelry, and other local produce. It offers a glimpse into the daily life and culture of Bhutan.</w:t>
      </w:r>
    </w:p>
    <w:p>
      <w:pPr>
        <w:widowControl/>
      </w:pPr>
      <w:r>
        <w:t>Optional Experience - Archery:</w:t>
      </w:r>
    </w:p>
    <w:p>
      <w:pPr>
        <w:widowControl/>
      </w:pPr>
      <w:r>
        <w:t>Archery is the favorite pastime for Bhutanese. It has a history of over 2,000 years and was declared Bhutan's National Sport in 1971. Targets at traditional Bhutanese tournaments are placed at both ends of a 140m range (Olympic distance is 70m). Enjoy your time by holding a bow and arrow.</w:t>
      </w:r>
    </w:p>
    <w:p>
      <w:pPr>
        <w:widowControl/>
      </w:pPr>
      <w:r>
        <w:t>Overview: 3,040m-2,270m I Distance: 170 km, about 5 hours' drive</w:t>
      </w:r>
    </w:p>
    <w:p>
      <w:pPr>
        <w:widowControl/>
      </w:pPr>
      <w:r>
        <w:t>Attractions: 2 iconic sites</w:t>
      </w:r>
    </w:p>
    <w:p>
      <w:pPr>
        <w:widowControl/>
      </w:pPr>
      <w:r>
        <w:t>Transport and activities: Vehicle</w:t>
      </w:r>
    </w:p>
    <w:p>
      <w:pPr>
        <w:widowControl/>
      </w:pPr>
      <w:r>
        <w:t>Meals: Breakfast,Lunch,Dinner</w:t>
      </w:r>
    </w:p>
    <w:p>
      <w:pPr>
        <w:widowControl/>
      </w:pPr>
      <w:r>
        <w:t>Accommodation: Paro</w:t>
      </w:r>
    </w:p>
    <w:p>
      <w:pPr>
        <w:keepNext/>
        <w:widowControl/>
        <w:spacing w:before="240"/>
      </w:pPr>
      <w:r>
        <w:t>Day 8 Paro Departure | Hotel Check-out and Airport See-off</w:t>
      </w:r>
    </w:p>
    <w:p>
      <w:pPr>
        <w:widowControl/>
      </w:pPr>
      <w:r>
        <w:t>Happiness is a place, wish you had gotten your happiness philosophy from the beautiful Himalayan country with us. It is time to end your 8-day Bhutan Group Tour. Your guide will escort you to Paro International Airport for your flight to your next destination.</w:t>
      </w:r>
    </w:p>
    <w:p>
      <w:pPr>
        <w:widowControl/>
      </w:pPr>
      <w:r>
        <w:t>Extension Ideas: If you prefer to travel longer in Bhutan, you can extend your trip to other highlighted parts of Bhutan, including Haa and Bumthang.</w:t>
      </w:r>
    </w:p>
    <w:p>
      <w:pPr>
        <w:widowControl/>
      </w:pPr>
      <w:r>
        <w:t>Thank you for choosing Asia Odyssey Travel (AOT) for your Bhutan tour, we are always here working for you and hope to see you again for your next trip to China/Asia. Safe journey!</w:t>
      </w:r>
    </w:p>
    <w:p>
      <w:pPr>
        <w:widowControl/>
      </w:pPr>
      <w:r>
        <w:t>Overview: Altitude: 2,270m I Distance: 8km, about 0.5 hours' drive</w:t>
      </w:r>
    </w:p>
    <w:p>
      <w:pPr>
        <w:widowControl/>
      </w:pPr>
      <w:r>
        <w:t>Attractions: None</w:t>
      </w:r>
    </w:p>
    <w:p>
      <w:pPr>
        <w:widowControl/>
      </w:pPr>
      <w:r>
        <w:t>Transport and activities: Vehicle</w:t>
      </w:r>
    </w:p>
    <w:p>
      <w:pPr>
        <w:widowControl/>
      </w:pPr>
      <w:r>
        <w:t>Meals: Breakfast</w:t>
      </w:r>
    </w:p>
    <w:p>
      <w:pPr>
        <w:widowControl/>
      </w:pPr>
      <w:r>
        <w:t>Accommodation: None</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 Days Bhutan Group Tour with Phobjikha Valley (Nature &amp; Birding)</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