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8天不丹团体游，含普布吉卡谷（自然与观鸟）</w:t>
      </w:r>
    </w:p>
    <w:p>
      <w:pPr>
        <w:widowControl/>
      </w:pPr>
      <w:r>
        <w:t>线路编号：AOT-BT-C</w:t>
      </w:r>
    </w:p>
    <w:p>
      <w:pPr>
        <w:keepNext/>
        <w:widowControl/>
        <w:spacing w:before="240"/>
      </w:pPr>
      <w:r>
        <w:t>第1天 帕罗，不丹抵达：机场接机与酒店入住，帕罗机场鸟瞰点，不丹传统服饰体验</w:t>
      </w:r>
    </w:p>
    <w:p>
      <w:pPr>
        <w:widowControl/>
      </w:pPr>
      <w:r>
        <w:t>扎西德勒，欢迎来到不丹！抵达帕罗国际机场后，可以感受这个森林覆盖率达71%的国家带来的清新微风。您的当地导游将在机场迎接您，确保您顺利开启这趟穿越“最后的香格里拉”的旅程——这是一片美丽的喜马拉雅圣地，世代受到保护。</w:t>
      </w:r>
    </w:p>
    <w:p>
      <w:pPr>
        <w:widowControl/>
      </w:pPr>
      <w:r>
        <w:t>帕罗（海拔2,270米）是不丹的门户，也是著名的虎穴寺所在地，融合了宗教文化与自然风光。3月，帕罗戒楚节以面具舞和宗教仪式让整个山谷热闹起来。无论是探索丰富的历史遗产，还是欣赏壮丽的自然景观，帕罗都是每位喜马拉雅旅行者行程中重要的一站。</w:t>
      </w:r>
    </w:p>
    <w:p>
      <w:pPr>
        <w:widowControl/>
      </w:pPr>
      <w:r>
        <w:t>在机场鸟瞰点停留，欣赏帕罗谷、仁蓬宗和帕罗河的壮丽景色。导游将为您介绍这座独特机场的历史，随后前往酒店。利用这段时间休息并适应海拔，让您恢复精力，为接下来的旅程做好准备。</w:t>
      </w:r>
    </w:p>
    <w:p>
      <w:pPr>
        <w:widowControl/>
      </w:pPr>
      <w:r>
        <w:t>享受AOT提供的以下免费体验：</w:t>
      </w:r>
    </w:p>
    <w:p>
      <w:pPr>
        <w:widowControl/>
      </w:pPr>
      <w:r>
        <w:t>1. 民族服饰体验：试穿男士传统“果”或女士“旗拉”，其精美的编织图案体现了不丹的文化遗产。</w:t>
      </w:r>
    </w:p>
    <w:p>
      <w:pPr>
        <w:widowControl/>
      </w:pPr>
      <w:r>
        <w:t>2. 不丹红米酒：品尝这种用红米酿制的传统发酵饮品，它因微甜和酒精度较低而受欢迎，让您体验地道的当地生活风味。</w:t>
      </w:r>
    </w:p>
    <w:p>
      <w:pPr>
        <w:widowControl/>
      </w:pPr>
      <w:r>
        <w:t>如果所有成员在中午前到达，导游可带领可选游览仁蓬宗和国家博物馆（需支付门票费）。进入这些历史遗址需要安全检查，并须由持证导游陪同。帕罗宗工作日开放时间为上午9点至下午5点，周末为上午10点至下午4点。</w:t>
      </w:r>
    </w:p>
    <w:p>
      <w:pPr>
        <w:widowControl/>
      </w:pPr>
      <w:r>
        <w:t>自由活动建议：</w:t>
      </w:r>
    </w:p>
    <w:p>
      <w:pPr>
        <w:widowControl/>
      </w:pPr>
      <w:r>
        <w:t>当地市场：穿上民族服饰探索帕罗市中心，看看红辣椒和手工奶酪等当地食材。</w:t>
      </w:r>
    </w:p>
    <w:p>
      <w:pPr>
        <w:widowControl/>
      </w:pPr>
      <w:r>
        <w:t>射箭：在传统的140米射箭场上体验这项不丹国民运动。</w:t>
      </w:r>
    </w:p>
    <w:p>
      <w:pPr>
        <w:widowControl/>
      </w:pPr>
      <w:r>
        <w:t>如需根据您的需求提供建议，请随时提前联系导游。</w:t>
      </w:r>
    </w:p>
    <w:p>
      <w:pPr>
        <w:widowControl/>
      </w:pPr>
      <w:r>
        <w:t>抵达建议：</w:t>
      </w:r>
    </w:p>
    <w:p>
      <w:pPr>
        <w:widowControl/>
      </w:pPr>
      <w:r>
        <w:t>乘飞机或经陆路抵达不丹都很方便。帕罗国际机场是主要枢纽，有来自德里、曼谷、加德满都和新加坡等城市的航班。或者，您也可以通过印度的彭措林或盖莱普经陆路入境。来自香港和吉隆坡的季节性包机航班也提供便利选择。</w:t>
      </w:r>
    </w:p>
    <w:p>
      <w:pPr>
        <w:widowControl/>
      </w:pPr>
      <w:r>
        <w:t>温馨提示：</w:t>
      </w:r>
    </w:p>
    <w:p>
      <w:pPr>
        <w:widowControl/>
      </w:pPr>
      <w:r>
        <w:t>航班预订：我们可以帮您直接预订飞往帕罗的航班。</w:t>
      </w:r>
    </w:p>
    <w:p>
      <w:pPr>
        <w:widowControl/>
      </w:pPr>
      <w:r>
        <w:t>电子签证：大多数游客需要提前办理电子签证，费用为40美元。</w:t>
      </w:r>
    </w:p>
    <w:p>
      <w:pPr>
        <w:widowControl/>
      </w:pPr>
      <w:r>
        <w:t>地区要求：印度公民必须持有有效许可证（护照或选民身份证）。来自孟加拉国和马尔代夫的旅行者需要签证，可提前安排，也可在抵达不丹时获得。</w:t>
      </w:r>
    </w:p>
    <w:p>
      <w:pPr>
        <w:widowControl/>
      </w:pPr>
      <w:r>
        <w:t>概述：海拔：2,270米 | 距离：8公里，约0.5小时车程</w:t>
      </w:r>
    </w:p>
    <w:p>
      <w:pPr>
        <w:widowControl/>
      </w:pPr>
      <w:r>
        <w:t>景点：根据您的航班时间探索</w:t>
      </w:r>
    </w:p>
    <w:p>
      <w:pPr>
        <w:widowControl/>
      </w:pPr>
      <w:r>
        <w:t>交通与活动：车辆</w:t>
      </w:r>
    </w:p>
    <w:p>
      <w:pPr>
        <w:widowControl/>
      </w:pPr>
      <w:r>
        <w:t>用餐：晚餐</w:t>
      </w:r>
    </w:p>
    <w:p>
      <w:pPr>
        <w:widowControl/>
      </w:pPr>
      <w:r>
        <w:t>住宿：帕罗</w:t>
      </w:r>
    </w:p>
    <w:p>
      <w:pPr>
        <w:keepNext/>
        <w:widowControl/>
        <w:spacing w:before="240"/>
      </w:pPr>
      <w:r>
        <w:t>第2天 帕罗之旅：虎穴寺徒步与祈楚寺</w:t>
      </w:r>
    </w:p>
    <w:p>
      <w:pPr>
        <w:widowControl/>
      </w:pPr>
      <w:r>
        <w:t>清晨出发，踏上前往虎穴寺的精彩徒步之旅，这是不丹最著名的佛教圣地。从帕罗驱车12公里，约30分钟即可抵达步道起点。随后，您将开始徒步前往这座举世闻名的寺院，它高高矗立在悬崖之上。这是必看的标志性景点，不仅能欣赏到令人惊叹的景色，还能深入了解不丹的宗教历史。</w:t>
      </w:r>
    </w:p>
    <w:p>
      <w:pPr>
        <w:widowControl/>
      </w:pPr>
      <w:r>
        <w:t>这段前往虎穴寺的9.6公里徒步大约需要5至6小时。您可以选择自费租马，骑到半途。沿途可欣赏帕罗山谷的美丽景色，以及挂满经幡的幽静森林。4月时，沿途杜鹃花盛开，景色格外优美，为您的朝圣之路营造出色彩斑斓而宁静祥和的氛围。</w:t>
      </w:r>
    </w:p>
    <w:p>
      <w:pPr>
        <w:widowControl/>
      </w:pPr>
      <w:r>
        <w:t>仰望海拔3,120米的虎穴寺，这是不丹最神圣的地标，高出山谷900米。据当地传说，莲花生大师曾骑着一只母虎飞到此悬崖，在洞穴中修行。其险峻的位置和深厚的宗教历史，使其成为每一位探索喜马拉雅腹地的游客心中真正神圣的目的地。</w:t>
      </w:r>
    </w:p>
    <w:p>
      <w:pPr>
        <w:widowControl/>
      </w:pPr>
      <w:r>
        <w:t>接下来，参观祈楚寺，这是一座由松赞干布王建于7世纪的寺庙。作为最初为镇伏巨型魔女而建的108座寺庙之一，它是奠定不丹信仰根基的圣地。这座历史悠久的寺庙以千手观音闻名，经常举办皇家活动，让游客得以独特地了解这个王国最早、最神圣的传统。</w:t>
      </w:r>
    </w:p>
    <w:p>
      <w:pPr>
        <w:widowControl/>
      </w:pPr>
      <w:r>
        <w:t>在大殿内，您将看到一件国宝：一尊与西藏著名觉沃佛像相仿的释迦牟尼佛像。寺内还供奉着顶果钦哲仁波切大师的舍利塔。这里还保留着唐东杰布的铁链和其他独特文物，为所有到访者保存着不丹古老佛教传统的丰富历史和深厚宗教内涵。</w:t>
      </w:r>
    </w:p>
    <w:p>
      <w:pPr>
        <w:widowControl/>
      </w:pPr>
      <w:r>
        <w:t>最后，返回帕罗住宿过夜。</w:t>
      </w:r>
    </w:p>
    <w:p>
      <w:pPr>
        <w:widowControl/>
      </w:pPr>
      <w:r>
        <w:t>可选帕罗体验：</w:t>
      </w:r>
    </w:p>
    <w:p>
      <w:pPr>
        <w:widowControl/>
      </w:pPr>
      <w:r>
        <w:t>1. 不丹传统热石浴（1小时）。</w:t>
      </w:r>
    </w:p>
    <w:p>
      <w:pPr>
        <w:widowControl/>
      </w:pPr>
      <w:r>
        <w:t>2. 在祈楚寺点酥油灯祈福（108盏）。</w:t>
      </w:r>
    </w:p>
    <w:p>
      <w:pPr>
        <w:widowControl/>
      </w:pPr>
      <w:r>
        <w:t>温馨提示：</w:t>
      </w:r>
    </w:p>
    <w:p>
      <w:pPr>
        <w:widowControl/>
      </w:pPr>
      <w:r>
        <w:t>1. 最佳时间：3月至5月或10月至12月前往。尽早出发以获得最佳摄影光线，因为午后寺院会陷入阴影。</w:t>
      </w:r>
    </w:p>
    <w:p>
      <w:pPr>
        <w:widowControl/>
      </w:pPr>
      <w:r>
        <w:t>2. 上山选择：可租马骑到指定地点，但最后一段必须徒步。下山只能步行。</w:t>
      </w:r>
    </w:p>
    <w:p>
      <w:pPr>
        <w:widowControl/>
      </w:pPr>
      <w:r>
        <w:t>3. 寺院礼仪：寺内禁止携带手机和包袋；请使用入口处的寄存处。在寄存物品前，请随身携带现金用于点酥油灯。</w:t>
      </w:r>
    </w:p>
    <w:p>
      <w:pPr>
        <w:widowControl/>
      </w:pPr>
      <w:r>
        <w:t>4. 当地野生动物：您可能会遇到友好的流浪狗。经过时请注意并给它们留出安静的空间。</w:t>
      </w:r>
    </w:p>
    <w:p>
      <w:pPr>
        <w:widowControl/>
      </w:pPr>
      <w:r>
        <w:t>概述：海拔：2,270-3,120米；距离：30公里，约1.5小时车程</w:t>
      </w:r>
    </w:p>
    <w:p>
      <w:pPr>
        <w:widowControl/>
      </w:pPr>
      <w:r>
        <w:t>景点：2处标志性景点</w:t>
      </w:r>
    </w:p>
    <w:p>
      <w:pPr>
        <w:widowControl/>
      </w:pPr>
      <w:r>
        <w:t>交通与活动：车辆</w:t>
      </w:r>
    </w:p>
    <w:p>
      <w:pPr>
        <w:widowControl/>
      </w:pPr>
      <w:r>
        <w:t>用餐：早餐、午餐、晚餐</w:t>
      </w:r>
    </w:p>
    <w:p>
      <w:pPr>
        <w:widowControl/>
      </w:pPr>
      <w:r>
        <w:t>住宿：帕罗</w:t>
      </w:r>
    </w:p>
    <w:p>
      <w:pPr>
        <w:keepNext/>
        <w:widowControl/>
        <w:spacing w:before="240"/>
      </w:pPr>
      <w:r>
        <w:t>第3天 帕罗至廷布之旅：塔姆乔寺铁桥、佛陀点、国家纪念塔、羚牛保护区、廷布宗</w:t>
      </w:r>
    </w:p>
    <w:p>
      <w:pPr>
        <w:widowControl/>
      </w:pPr>
      <w:r>
        <w:t>今天，我们驱车1.5小时（50公里）前往不丹首都廷布。途中将在塔姆乔寺铁桥停留。抵达廷布（海拔2,340米）后，您将有一整天的观光行程，包括佛陀多登玛雕像、国家纪念塔、莫提塘羚牛保护区和历史悠久的扎西却宗。</w:t>
      </w:r>
    </w:p>
    <w:p>
      <w:pPr>
        <w:widowControl/>
      </w:pPr>
      <w:r>
        <w:t>在塔姆乔寺铁桥停留，了解15世纪历史中独特的一部分。这座建筑由唐通杰波建造，使用原始铁链，并装饰着彩色经幡。您可以从外部观看寺庙，并走过桥，这是体验古代工程和帕罗河景色的好方式。</w:t>
      </w:r>
    </w:p>
    <w:p>
      <w:pPr>
        <w:widowControl/>
      </w:pPr>
      <w:r>
        <w:t>接下来，参观佛陀多登玛雕像（佛陀点），世界上最大的坐姿释迦牟尼佛像。这座51.5米高的镀金地标内藏有125,000尊小佛像，并在当地节日期间举行神圣的金刚舞。除了其宗教重要性外，该地点还提供了廷布的壮丽全景，让您完美欣赏这座城市多彩的建筑和周围的山谷。</w:t>
      </w:r>
    </w:p>
    <w:p>
      <w:pPr>
        <w:widowControl/>
      </w:pPr>
      <w:r>
        <w:t>作为不丹最大的城市，廷布独一无二，因为它没有红绿灯或铁路。从国家纪念塔开始您的游览，您可以加入当地人的顺时针转经（绕行）。这一传统习俗是结识居民、了解他们日常生活和定义整个国家的幸福哲学的好方式。</w:t>
      </w:r>
    </w:p>
    <w:p>
      <w:pPr>
        <w:widowControl/>
      </w:pPr>
      <w:r>
        <w:t>参观国家纪念塔，这座著名的佛塔是为了纪念“现代不丹之父”并象征和平而建。然后，前往莫提塘羚牛保护区观看国兽。传说羚牛是由“神圣疯僧”竹巴昆列创造的。这次参观让您很好地了解不丹独特的野生动物及其丰富的神话历史。</w:t>
      </w:r>
    </w:p>
    <w:p>
      <w:pPr>
        <w:widowControl/>
      </w:pPr>
      <w:r>
        <w:t>参观历史悠久的扎西却宗，不丹的行政和宗教中心。它位于旺楚河畔，容纳了皇家办公室和方丈的夏季住所。这座“光荣宗教的堡垒”尤其以举办廷布戒楚节而闻名，届时庭院里会充满传统的面具舞和重要的文化遗产庆祝活动。</w:t>
      </w:r>
    </w:p>
    <w:p>
      <w:pPr>
        <w:widowControl/>
      </w:pPr>
      <w:r>
        <w:t>注意：宗堡在平日下午5:00至6:30对游客开放，周末上午10:00至下午4:00开放。您必须有导游并通过安全检查才能进入。如果时间合适，可以看到传统的降旗仪式。</w:t>
      </w:r>
    </w:p>
    <w:p>
      <w:pPr>
        <w:widowControl/>
      </w:pPr>
      <w:r>
        <w:t>最后，在民俗遗产博物馆餐厅享用正宗晚餐，该餐厅由王太后创立，旨在保护传统烹饪。这个独特的地方让您真正品尝当地文化，是通过美味食物体验不丹遗产的好方法。</w:t>
      </w:r>
    </w:p>
    <w:p>
      <w:pPr>
        <w:widowControl/>
      </w:pPr>
      <w:r>
        <w:t>可选的不丹廷布体验：</w:t>
      </w:r>
    </w:p>
    <w:p>
      <w:pPr>
        <w:widowControl/>
      </w:pPr>
      <w:r>
        <w:t>民俗遗产博物馆：如果时间允许，您可以参观民俗遗产博物馆，这是一个了解不丹乡村过去的迷人窗口，由不丹王太后建立。</w:t>
      </w:r>
    </w:p>
    <w:p>
      <w:pPr>
        <w:widowControl/>
      </w:pPr>
      <w:r>
        <w:t>简单不丹博物馆：如果时间允许，您可以参观简单不丹博物馆，探索更多关于不丹文化。</w:t>
      </w:r>
    </w:p>
    <w:p>
      <w:pPr>
        <w:widowControl/>
      </w:pPr>
      <w:r>
        <w:t>不丹邮票印刷：完全可用的邮票，印有自画像（不丹邮局：工作日：上午9点至下午5点；周六：上午9点至下午1点；周日闭馆）。</w:t>
      </w:r>
    </w:p>
    <w:p>
      <w:pPr>
        <w:widowControl/>
      </w:pPr>
      <w:r>
        <w:t>概述：海拔：2,270-2,300米 距离：50公里，约1.5小时车程</w:t>
      </w:r>
    </w:p>
    <w:p>
      <w:pPr>
        <w:widowControl/>
      </w:pPr>
      <w:r>
        <w:t>景点：5个标志性景点</w:t>
      </w:r>
    </w:p>
    <w:p>
      <w:pPr>
        <w:widowControl/>
      </w:pPr>
      <w:r>
        <w:t>交通与活动：车辆</w:t>
      </w:r>
    </w:p>
    <w:p>
      <w:pPr>
        <w:widowControl/>
      </w:pPr>
      <w:r>
        <w:t>用餐：早餐、午餐、晚餐</w:t>
      </w:r>
    </w:p>
    <w:p>
      <w:pPr>
        <w:widowControl/>
      </w:pPr>
      <w:r>
        <w:t>住宿：廷布</w:t>
      </w:r>
    </w:p>
    <w:p>
      <w:pPr>
        <w:keepNext/>
        <w:widowControl/>
        <w:spacing w:before="240"/>
      </w:pPr>
      <w:r>
        <w:t>第4天 廷布至普那卡之旅：多楚拉山口（3,120米）、奇美寺、普那卡宗</w:t>
      </w:r>
    </w:p>
    <w:p>
      <w:pPr>
        <w:widowControl/>
      </w:pPr>
      <w:r>
        <w:t>今天，您将从廷布出发，经多楚拉山口前往普那卡（74公里，约2.5小时车程）。这段旅程不仅是驾车出行，更是一次穿越不同海拔和多样地貌的旅行，沿途景色丰富多变。从海拔较高、气候较凉爽的廷布（2,300米）出发，沿国道行驶，一路攀升，穿越雄伟的多楚拉山口（3,120米）。翻过山口后，您将下行进入温暖葱郁的普那卡谷地（1,330米）。</w:t>
      </w:r>
    </w:p>
    <w:p>
      <w:pPr>
        <w:widowControl/>
      </w:pPr>
      <w:r>
        <w:t>在多楚拉山口停留，欣赏喜马拉雅山脉的全景，包括岗卡本森峰。参观为纪念阵亡将士和世界和平而建的108座纪念佛塔。您可以在咖啡厅喝杯咖啡，享受宁静的氛围，或在神圣的佛塔间漫步，这里是您不丹之旅中最美丽的停靠点之一。</w:t>
      </w:r>
    </w:p>
    <w:p>
      <w:pPr>
        <w:widowControl/>
      </w:pPr>
      <w:r>
        <w:t>继续前往普那卡，徒步前往奇美寺，也被称为求子寺。这座寺庙为“神圣疯僧”而建，寺庙和村庄中随处可见驱邪的阳具符号。许多人来到这个圣地寻求赐福以求子。您可能会看到僧侣用木制阳具举行传统仪式，为希望得子的人赐福。</w:t>
      </w:r>
    </w:p>
    <w:p>
      <w:pPr>
        <w:widowControl/>
      </w:pPr>
      <w:r>
        <w:t>接下来，驱车前往普那卡，参观令人惊叹的普那卡宗。它位于两河交汇处，是1,000名僧侣的冬季住所，也曾举办过许多皇室婚礼。春天，您可以看到紫葳科树木盛开紫色花朵。在普那卡戒楚节期间，您将看到传统舞蹈和身着美丽民族服装的当地人。</w:t>
      </w:r>
    </w:p>
    <w:p>
      <w:pPr>
        <w:widowControl/>
      </w:pPr>
      <w:r>
        <w:t>穿过巴扎姆桥参观普那卡宗，它以其无钉建造和六层塔楼而闻名。宗堡内有三个庭院，分别用于政府、僧侣和仪式。您可以参观南庙，观看古代遗物，并探索百柱殿，那里有令人惊叹的壁画，讲述佛陀的精神之旅。</w:t>
      </w:r>
    </w:p>
    <w:p>
      <w:pPr>
        <w:widowControl/>
      </w:pPr>
      <w:r>
        <w:t>注意：普那卡宗工作日开放时间为上午9:00至下午5:00，周末为上午10:00至下午4:00。入场需要持证导游和安检。</w:t>
      </w:r>
    </w:p>
    <w:p>
      <w:pPr>
        <w:widowControl/>
      </w:pPr>
      <w:r>
        <w:t>夜宿普那卡。</w:t>
      </w:r>
    </w:p>
    <w:p>
      <w:pPr>
        <w:widowControl/>
      </w:pPr>
      <w:r>
        <w:t>概述：海拔：2,300-1,350米 | 距离：74公里，约2.5小时车程</w:t>
      </w:r>
    </w:p>
    <w:p>
      <w:pPr>
        <w:widowControl/>
      </w:pPr>
      <w:r>
        <w:t>景点：3个标志性景点</w:t>
      </w:r>
    </w:p>
    <w:p>
      <w:pPr>
        <w:widowControl/>
      </w:pPr>
      <w:r>
        <w:t>交通与活动：车辆</w:t>
      </w:r>
    </w:p>
    <w:p>
      <w:pPr>
        <w:widowControl/>
      </w:pPr>
      <w:r>
        <w:t>用餐：早餐、午餐、晚餐</w:t>
      </w:r>
    </w:p>
    <w:p>
      <w:pPr>
        <w:widowControl/>
      </w:pPr>
      <w:r>
        <w:t>住宿：普那卡</w:t>
      </w:r>
    </w:p>
    <w:p>
      <w:pPr>
        <w:keepNext/>
        <w:widowControl/>
        <w:spacing w:before="240"/>
      </w:pPr>
      <w:r>
        <w:t>第5天 普那卡至岗提之旅：卡姆沙耶里纳耶佛塔与桑钦多杰伦珠尼姑庵</w:t>
      </w:r>
    </w:p>
    <w:p>
      <w:pPr>
        <w:widowControl/>
      </w:pPr>
      <w:r>
        <w:t>今天，您将徒步 1 小时前往卡姆沙耶里纳耶佛塔，途中穿过郁郁葱葱、生机勃勃的稻田。这条路线让您以独特的视角了解传统农耕，包括牛耕田和经久不变的乡村景色。</w:t>
      </w:r>
    </w:p>
    <w:p>
      <w:pPr>
        <w:widowControl/>
      </w:pPr>
      <w:r>
        <w:t>参观卡姆沙耶里纳耶佛塔（佛塔），这座建筑杰作旨在祈求神圣护佑。它由王太后下令建造，历时 9 年完工，融合了当地艺术与雕塑的独特风格。这座宝塔式神殿是精神守护的象征，体现了不丹人民根深蒂固的传统与宁静的价值观。</w:t>
      </w:r>
    </w:p>
    <w:p>
      <w:pPr>
        <w:widowControl/>
      </w:pPr>
      <w:r>
        <w:t>在卡姆沙耶里纳耶佛塔内部，观赏雕塑并沿楼梯登上屋顶。从顶部您将看到普那卡的绝美景色。景观随季节变化：夏季翠绿的稻田在秋季变成美丽的金色田野。</w:t>
      </w:r>
    </w:p>
    <w:p>
      <w:pPr>
        <w:widowControl/>
      </w:pPr>
      <w:r>
        <w:t>可选普那卡体验：</w:t>
      </w:r>
    </w:p>
    <w:p>
      <w:pPr>
        <w:widowControl/>
      </w:pPr>
      <w:r>
        <w:t>普那卡吊桥：如果时间允许，可参观不丹最长的吊桥之一，全长 160 米。在这里您将欣赏到风景如画的普那卡山谷和下方冰川融水形成的波楚河的壮丽景色。</w:t>
      </w:r>
    </w:p>
    <w:p>
      <w:pPr>
        <w:widowControl/>
      </w:pPr>
      <w:r>
        <w:t>接下来，参观位于海拔 1,550 米山顶的桑钦多杰伦珠尼姑庵，可欣赏附近山谷的壮丽景色。该建筑群是一所拥有 120 名尼姑的佛学院，设有禅修中心并教授传统手工艺课程。这是一个宁静的地方，展示了尼姑们如何通过宗教教育和神圣艺术生活和学习。</w:t>
      </w:r>
    </w:p>
    <w:p>
      <w:pPr>
        <w:widowControl/>
      </w:pPr>
      <w:r>
        <w:t>感受宁静的寺院生活，欣赏寺庙的核心：一尊 14 英尺高的青铜观世音菩萨像。由当地工匠手工锻造，是不丹同类雕像中最大的，独特之处在于有 1000 只手和眼。莲花生大士和 21 度母的存在营造了庄重的氛围，有助于理解不丹佛教遗产和神圣艺术。</w:t>
      </w:r>
    </w:p>
    <w:p>
      <w:pPr>
        <w:widowControl/>
      </w:pPr>
      <w:r>
        <w:t>参观结束后，您将乘车前往岗提（74 公里，约 2.5 小时），并在岗提过夜。</w:t>
      </w:r>
    </w:p>
    <w:p>
      <w:pPr>
        <w:widowControl/>
      </w:pPr>
      <w:r>
        <w:t>概述：海拔：1350 米-3040 米 距离：75 公里，约 2.5 小时车程</w:t>
      </w:r>
    </w:p>
    <w:p>
      <w:pPr>
        <w:widowControl/>
      </w:pPr>
      <w:r>
        <w:t>景点：2 个标志性景点</w:t>
      </w:r>
    </w:p>
    <w:p>
      <w:pPr>
        <w:widowControl/>
      </w:pPr>
      <w:r>
        <w:t>交通与活动：车辆</w:t>
      </w:r>
    </w:p>
    <w:p>
      <w:pPr>
        <w:widowControl/>
      </w:pPr>
      <w:r>
        <w:t>用餐：早餐、午餐、晚餐</w:t>
      </w:r>
    </w:p>
    <w:p>
      <w:pPr>
        <w:widowControl/>
      </w:pPr>
      <w:r>
        <w:t>住宿：岗提</w:t>
      </w:r>
    </w:p>
    <w:p>
      <w:pPr>
        <w:keepNext/>
        <w:widowControl/>
        <w:spacing w:before="240"/>
      </w:pPr>
      <w:r>
        <w:t>第6天 普布吉卡谷之旅：岗提寺、岗提自然步道与黑颈鹤信息中心</w:t>
      </w:r>
    </w:p>
    <w:p>
      <w:pPr>
        <w:widowControl/>
      </w:pPr>
      <w:r>
        <w:t>普布吉卡谷是吉格梅·辛格·旺楚克国家公园旁的一个冰川谷。这里是岗提寺的所在地，也是黑颈鹤的保护区。这里有许多徒步小径和自然步道，您可以在游览不丹最重要的野生动物栖息地之一的同时，欣赏宁静的风景之美。</w:t>
      </w:r>
    </w:p>
    <w:p>
      <w:pPr>
        <w:widowControl/>
      </w:pPr>
      <w:r>
        <w:t>今天上午，在岗提自然步道上轻松徒步4公里（1.5-2小时）。您将从岗提寺（3030米）步行至克旺拉康（2850米），途经森林和农场。如果您在10月下旬至2月期间来访，可能会看到稀有的黑颈鹤。它们在冬季停留在这个山谷，然后返回北方。</w:t>
      </w:r>
    </w:p>
    <w:p>
      <w:pPr>
        <w:widowControl/>
      </w:pPr>
      <w:r>
        <w:t>提示：1. 分层穿衣，穿舒适的徒步鞋。山区天气变化很快。2. 尊重野生动物，保持步道清洁。</w:t>
      </w:r>
    </w:p>
    <w:p>
      <w:pPr>
        <w:widowControl/>
      </w:pPr>
      <w:r>
        <w:t>俯瞰普布吉卡谷，岗提寺是重要的宁玛派佛教中心，建立在白玛林巴的愿景之上。该地因黑颈鹤而富有传奇色彩，据说黑颈鹤会围绕寺庙进行神圣的敬意。这种联系每年11月11日都会举行一个充满活力的节日来庆祝，包括传统戏剧和舞蹈，以纪念不丹独特的文化遗产。</w:t>
      </w:r>
    </w:p>
    <w:p>
      <w:pPr>
        <w:widowControl/>
      </w:pPr>
      <w:r>
        <w:t>在步道尽头，您将到达位于山谷东侧的克旺拉康。这座15世纪的寺庙是该地区最古老的寺庙之一。在里面，您可以看到三尊两层高的过去、现在和未来佛雕像，很好地了解不丹的宗教历史。</w:t>
      </w:r>
    </w:p>
    <w:p>
      <w:pPr>
        <w:widowControl/>
      </w:pPr>
      <w:r>
        <w:t>接下来，前往黑颈鹤信息中心，观看教育展览并使用望远镜观察这些稀有鸟类。该中心自2003年以来一直致力于重要的保护工作。您可以了解300只鹤从西藏飞来越冬，停留在普布吉卡谷的情况。</w:t>
      </w:r>
    </w:p>
    <w:p>
      <w:pPr>
        <w:widowControl/>
      </w:pPr>
      <w:r>
        <w:t>之后，乘车返回岗提的酒店。</w:t>
      </w:r>
    </w:p>
    <w:p>
      <w:pPr>
        <w:widowControl/>
      </w:pPr>
      <w:r>
        <w:t>概述：海拔：3040米</w:t>
      </w:r>
    </w:p>
    <w:p>
      <w:pPr>
        <w:widowControl/>
      </w:pPr>
      <w:r>
        <w:t>景点：3个标志性景点</w:t>
      </w:r>
    </w:p>
    <w:p>
      <w:pPr>
        <w:widowControl/>
      </w:pPr>
      <w:r>
        <w:t>交通与活动：车辆</w:t>
      </w:r>
    </w:p>
    <w:p>
      <w:pPr>
        <w:widowControl/>
      </w:pPr>
      <w:r>
        <w:t>用餐：早餐,午餐,晚餐</w:t>
      </w:r>
    </w:p>
    <w:p>
      <w:pPr>
        <w:widowControl/>
      </w:pPr>
      <w:r>
        <w:t>住宿：岗提</w:t>
      </w:r>
    </w:p>
    <w:p>
      <w:pPr>
        <w:keepNext/>
        <w:widowControl/>
        <w:spacing w:before="240"/>
      </w:pPr>
      <w:r>
        <w:t>第7天 岗提至帕罗：帕罗宗与不丹国家博物馆</w:t>
      </w:r>
    </w:p>
    <w:p>
      <w:pPr>
        <w:widowControl/>
      </w:pPr>
      <w:r>
        <w:t>早餐后，您将从岗提出发，再次途经多楚拉山口返回帕罗（170公里，约5小时）。参观帕罗宗和不丹国家博物馆后，夜宿帕罗。午餐可在途中或返回帕罗后享用。</w:t>
      </w:r>
    </w:p>
    <w:p>
      <w:pPr>
        <w:widowControl/>
      </w:pPr>
      <w:r>
        <w:t>抵达帕罗后，参观帕罗宗。它由现代不丹的奠基者夏尊·阿旺南嘉于1646年建造，是重要的历史遗迹。您可以穿过一座传统木桥到达城堡，沿途可欣赏帕罗山谷和河流的壮丽景色。这里是了解不丹丰富文化历史的好地方。</w:t>
      </w:r>
    </w:p>
    <w:p>
      <w:pPr>
        <w:widowControl/>
      </w:pPr>
      <w:r>
        <w:t>如果再徒步一小段，您将到达不丹国家博物馆（塔宗），它是不丹最高的建筑。它最初建于1649年，作为俯瞰帕罗宗的瞭望塔，后于1968年改建为不丹国家博物馆。在博物馆中，您可以欣赏丰富的古代文物收藏，如陶器、盔甲、唐卡、面具、邮票、照片、雕像、服饰、遗物、石斧和宗教绘画。</w:t>
      </w:r>
    </w:p>
    <w:p>
      <w:pPr>
        <w:widowControl/>
      </w:pPr>
      <w:r>
        <w:t>注意：请注意，帕罗宗工作日开放时间为上午9点至下午5点，周末为上午10点至下午4点。如果您无法在开放时间到达，我们建议您改为参观帕罗当地市场。这里是当地人和游客购买传统不丹手工艺品、纺织品、珠宝和其他当地产品的地方。它让您了解不丹的日常生活和文化。</w:t>
      </w:r>
    </w:p>
    <w:p>
      <w:pPr>
        <w:widowControl/>
      </w:pPr>
      <w:r>
        <w:t>可选体验 - 射箭：</w:t>
      </w:r>
    </w:p>
    <w:p>
      <w:pPr>
        <w:widowControl/>
      </w:pPr>
      <w:r>
        <w:t>射箭是不丹人最喜欢的消遣方式。它已有2000多年的历史，并于1971年被宣布为不丹的国技。传统不丹锦标赛的靶子放置在140米射程的两端（奥运距离为70米）。享受持弓射箭的时光。</w:t>
      </w:r>
    </w:p>
    <w:p>
      <w:pPr>
        <w:widowControl/>
      </w:pPr>
      <w:r>
        <w:t>概述：3,040米-2,270米 距离：170公里，约5小时车程</w:t>
      </w:r>
    </w:p>
    <w:p>
      <w:pPr>
        <w:widowControl/>
      </w:pPr>
      <w:r>
        <w:t>景点：2个标志性景点</w:t>
      </w:r>
    </w:p>
    <w:p>
      <w:pPr>
        <w:widowControl/>
      </w:pPr>
      <w:r>
        <w:t>交通与活动：车辆</w:t>
      </w:r>
    </w:p>
    <w:p>
      <w:pPr>
        <w:widowControl/>
      </w:pPr>
      <w:r>
        <w:t>用餐：早餐、午餐、晚餐</w:t>
      </w:r>
    </w:p>
    <w:p>
      <w:pPr>
        <w:widowControl/>
      </w:pPr>
      <w:r>
        <w:t>住宿：帕罗</w:t>
      </w:r>
    </w:p>
    <w:p>
      <w:pPr>
        <w:keepNext/>
        <w:widowControl/>
        <w:spacing w:before="240"/>
      </w:pPr>
      <w:r>
        <w:t>第8天 帕罗离境：酒店退房与机场送机</w:t>
      </w:r>
    </w:p>
    <w:p>
      <w:pPr>
        <w:widowControl/>
      </w:pPr>
      <w:r>
        <w:t>幸福是一个地方，愿您已从我们这里、从这个美丽的喜马拉雅王国带走属于您的幸福哲学。为期8天的不丹团体之旅到此结束。导游将陪同您前往帕罗国际机场，搭乘航班前往下一个目的地。</w:t>
      </w:r>
    </w:p>
    <w:p>
      <w:pPr>
        <w:widowControl/>
      </w:pPr>
      <w:r>
        <w:t>延伸建议：如果您希望在不丹停留更久，可以将行程延伸至不丹其他精彩地区，包括哈阿和布姆唐。</w:t>
      </w:r>
    </w:p>
    <w:p>
      <w:pPr>
        <w:widowControl/>
      </w:pPr>
      <w:r>
        <w:t>感谢您选择亚洲奥德赛旅游（AOT）的不丹之旅。我们始终在这里为您服务，期待您下次前往中国/亚洲旅行时再次相见。祝您旅途平安！</w:t>
      </w:r>
    </w:p>
    <w:p>
      <w:pPr>
        <w:widowControl/>
      </w:pPr>
      <w:r>
        <w:t>概述：海拔：2,270米 | 距离：8公里，约0.5小时车程</w:t>
      </w:r>
    </w:p>
    <w:p>
      <w:pPr>
        <w:widowControl/>
      </w:pPr>
      <w:r>
        <w:t>景点：无</w:t>
      </w:r>
    </w:p>
    <w:p>
      <w:pPr>
        <w:widowControl/>
      </w:pPr>
      <w:r>
        <w:t>交通与活动：车辆</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8天不丹团体游，含普布吉卡谷（自然与观鸟）</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