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9天不丹团体游，含普那卡与哈阿谷（西部全景）</w:t>
      </w:r>
    </w:p>
    <w:p>
      <w:pPr>
        <w:widowControl/>
      </w:pPr>
      <w:r>
        <w:t>线路编号：AOT-BT-C1</w:t>
      </w:r>
    </w:p>
    <w:p>
      <w:pPr>
        <w:keepNext/>
        <w:widowControl/>
        <w:spacing w:before="240"/>
      </w:pPr>
      <w:r>
        <w:t>第1天 帕罗，不丹抵达｜机场接机与酒店入住、帕罗机场鸟瞰点、不丹传统服饰体验</w:t>
      </w:r>
    </w:p>
    <w:p>
      <w:pPr>
        <w:widowControl/>
      </w:pPr>
      <w:r>
        <w:t>扎西德勒！欢迎来到不丹。抵达帕罗时，感受这个被广袤森林庇护的国度的清新微风。您的专属导游将在机场迎接您，开启穿越“最后的香格里拉”之旅——这是一片令人惊叹的山间胜地，古老传统与自然美景在此被珍视了数个世纪。</w:t>
      </w:r>
    </w:p>
    <w:p>
      <w:pPr>
        <w:widowControl/>
      </w:pPr>
      <w:r>
        <w:t>帕罗（海拔2,270米）是不丹的主要门户，也是传奇的虎穴寺所在地。这座山谷完美融合了神圣传统与自然美景。每年三月的帕罗戒楚节期间，这里充满宗教仪式和缤纷色彩。这是必游之地，为您带来喜马拉雅山脉迷人风光的难忘初体验。</w:t>
      </w:r>
    </w:p>
    <w:p>
      <w:pPr>
        <w:widowControl/>
      </w:pPr>
      <w:r>
        <w:t>在机场鸟瞰点稍作停留，欣赏帕罗山谷、日蓬堡和蜿蜒的帕罗楚河的壮丽全景。导游分享完这座独特机场的迷人历史后，前往您的酒店。这个宁静的下午非常适合休息和适应海拔，确保您精神饱满地开启旅程。</w:t>
      </w:r>
    </w:p>
    <w:p>
      <w:pPr>
        <w:widowControl/>
      </w:pPr>
      <w:r>
        <w:t>享受AOT提供的这些免费体验：</w:t>
      </w:r>
    </w:p>
    <w:p>
      <w:pPr>
        <w:widowControl/>
      </w:pPr>
      <w:r>
        <w:t>1. 民族服饰体验：您可以试穿男士传统“果”袍或女士“基拉”裙，展现不丹的美丽遗产。</w:t>
      </w:r>
    </w:p>
    <w:p>
      <w:pPr>
        <w:widowControl/>
      </w:pPr>
      <w:r>
        <w:t>2. 不丹红米酒：品尝这种由发酵红米制成的传统饮品。因其甜美的口感而广受欢迎，是体验不丹当地生活的绝佳方式。</w:t>
      </w:r>
    </w:p>
    <w:p>
      <w:pPr>
        <w:widowControl/>
      </w:pPr>
      <w:r>
        <w:t>如果所有人在中午前抵达，导游可以带您自费游览日蓬堡和国家博物馆。您需要支付门票费用，并在导游陪同下通过安检。帕罗堡工作日开放时间为上午9点至下午5点，周末为上午10点至下午4点。</w:t>
      </w:r>
    </w:p>
    <w:p>
      <w:pPr>
        <w:widowControl/>
      </w:pPr>
      <w:r>
        <w:t>自由活动建议：</w:t>
      </w:r>
    </w:p>
    <w:p>
      <w:pPr>
        <w:widowControl/>
      </w:pPr>
      <w:r>
        <w:t>当地市场：身着民族服饰探索帕罗市中心，看看红辣椒和手工奶酪等当地食材。</w:t>
      </w:r>
    </w:p>
    <w:p>
      <w:pPr>
        <w:widowControl/>
      </w:pPr>
      <w:r>
        <w:t>射箭：在 traditional 140米射箭场上测试您的国家运动技能。</w:t>
      </w:r>
    </w:p>
    <w:p>
      <w:pPr>
        <w:widowControl/>
      </w:pPr>
      <w:r>
        <w:t>如需量身定制的活动建议，请提前联系您的导游。</w:t>
      </w:r>
    </w:p>
    <w:p>
      <w:pPr>
        <w:widowControl/>
      </w:pPr>
      <w:r>
        <w:t>抵达建议：</w:t>
      </w:r>
    </w:p>
    <w:p>
      <w:pPr>
        <w:widowControl/>
      </w:pPr>
      <w:r>
        <w:t>通过航空或陆路进入不丹都很便捷。帕罗国际机场是主要枢纽，提供从德里、加尔各答、巴格多格拉、伽耶、古瓦哈提、达卡、曼谷、加德满都、樟宜等主要城市的航班。旅行者也可通过彭措林或盖莱普经陆路入境。为增添便利，来自香港和吉隆坡的季节性包机提供直飞这个王国的独家航线。</w:t>
      </w:r>
    </w:p>
    <w:p>
      <w:pPr>
        <w:widowControl/>
      </w:pPr>
      <w:r>
        <w:t>温馨提示：</w:t>
      </w:r>
    </w:p>
    <w:p>
      <w:pPr>
        <w:widowControl/>
      </w:pPr>
      <w:r>
        <w:t>航班预订：我们可以帮您直接预订飞往帕罗的航班。</w:t>
      </w:r>
    </w:p>
    <w:p>
      <w:pPr>
        <w:widowControl/>
      </w:pPr>
      <w:r>
        <w:t>电子签证：大多数游客需要提前办理电子签证，费用为40美元。</w:t>
      </w:r>
    </w:p>
    <w:p>
      <w:pPr>
        <w:widowControl/>
      </w:pPr>
      <w:r>
        <w:t>地区要求：印度公民必须持有有效许可证（护照或选民身份证）。孟加拉国和马尔代夫旅客需要签证，可提前安排或在抵达不丹时获得。</w:t>
      </w:r>
    </w:p>
    <w:p>
      <w:pPr>
        <w:widowControl/>
      </w:pPr>
      <w:r>
        <w:t>概述：海拔：2,270米｜距离：8公里，约0.5小时车程</w:t>
      </w:r>
    </w:p>
    <w:p>
      <w:pPr>
        <w:widowControl/>
      </w:pPr>
      <w:r>
        <w:t>景点：根据您的航班时间探索</w:t>
      </w:r>
    </w:p>
    <w:p>
      <w:pPr>
        <w:widowControl/>
      </w:pPr>
      <w:r>
        <w:t>交通与活动：车辆</w:t>
      </w:r>
    </w:p>
    <w:p>
      <w:pPr>
        <w:widowControl/>
      </w:pPr>
      <w:r>
        <w:t>用餐：晚餐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第2天 帕罗之旅：虎穴寺徒步与祈楚寺</w:t>
      </w:r>
    </w:p>
    <w:p>
      <w:pPr>
        <w:widowControl/>
      </w:pPr>
      <w:r>
        <w:t>清晨出发，徒步前往虎穴寺——不丹最重要的佛教圣地，开启一段令人振奋的旅程。从帕罗驱车约30分钟，随后向这座建在悬崖边的寺院攀登。</w:t>
      </w:r>
    </w:p>
    <w:p>
      <w:pPr>
        <w:widowControl/>
      </w:pPr>
      <w:r>
        <w:t>前往虎穴寺的徒步路程为9.6公里，大约需要5至6小时。如果愿意，可以付费雇马到达半途。沿途可以欣赏帕罗山谷的美丽景色和许多经幡。4月杜鹃花盛开，让通往寺院的宁静步道色彩斑斓。</w:t>
      </w:r>
    </w:p>
    <w:p>
      <w:pPr>
        <w:widowControl/>
      </w:pPr>
      <w:r>
        <w:t>抬头仰望虎穴寺（海拔3,120米），它是不丹最神圣的圣地，位于山谷上方900米处。据传说，莲花生大师骑着一只母虎飞到这里，在洞穴中修行。寺院所在位置险峻，宗教历史悠久，对任何想领略喜马拉雅真正精髓的人来说，都是一处非常神圣的参访地。</w:t>
      </w:r>
    </w:p>
    <w:p>
      <w:pPr>
        <w:widowControl/>
      </w:pPr>
      <w:r>
        <w:t>接下来，参观祈楚寺，这是一座由松赞干布国王于7世纪建造的寺庙。它是为了降伏一个巨型女魔而建造的108座神殿之一，对不丹信仰非常重要。该寺以千手观音像闻名，常用于皇家活动，向游客展示该国一些最古老的传统。</w:t>
      </w:r>
    </w:p>
    <w:p>
      <w:pPr>
        <w:widowControl/>
      </w:pPr>
      <w:r>
        <w:t>在大殿内，探索殿内的国宝——一尊受西藏著名觉沃佛启发的释迦牟尼佛像。寺庙还供奉着怙主顶果钦哲仁波切的舍利塔。凭借唐东杰布的铁链等独特文物，这座圣殿堪称不丹古代佛教传统的活博物馆，展现了塑造这个王国的深厚虔诚信仰。</w:t>
      </w:r>
    </w:p>
    <w:p>
      <w:pPr>
        <w:widowControl/>
      </w:pPr>
      <w:r>
        <w:t>最后，返回帕罗过夜。</w:t>
      </w:r>
    </w:p>
    <w:p>
      <w:pPr>
        <w:widowControl/>
      </w:pPr>
      <w:r>
        <w:t>可选的不丹帕罗体验：</w:t>
      </w:r>
    </w:p>
    <w:p>
      <w:pPr>
        <w:widowControl/>
      </w:pPr>
      <w:r>
        <w:t>1. 不丹传统热石浴（1小时）。</w:t>
      </w:r>
    </w:p>
    <w:p>
      <w:pPr>
        <w:widowControl/>
      </w:pPr>
      <w:r>
        <w:t>2. 在祈楚寺点酥油灯祈福（108盏）。</w:t>
      </w:r>
    </w:p>
    <w:p>
      <w:pPr>
        <w:widowControl/>
      </w:pPr>
      <w:r>
        <w:t>温馨提示：</w:t>
      </w:r>
    </w:p>
    <w:p>
      <w:pPr>
        <w:widowControl/>
      </w:pPr>
      <w:r>
        <w:t>1. 最佳时间：3月至5月或10月至12月前往。尽早出发以获得最佳摄影光线，因为寺院在下午会陷入阴影。</w:t>
      </w:r>
    </w:p>
    <w:p>
      <w:pPr>
        <w:widowControl/>
      </w:pPr>
      <w:r>
        <w:t>2. 上山方式：可以骑马到指定地点，但最后一段必须徒步。下山只能步行。</w:t>
      </w:r>
    </w:p>
    <w:p>
      <w:pPr>
        <w:widowControl/>
      </w:pPr>
      <w:r>
        <w:t>3. 寺院礼仪：寺内禁止携带手机和包，请使用入口处的储物处。请先携带现金用于点酥油灯，再存放物品。</w:t>
      </w:r>
    </w:p>
    <w:p>
      <w:pPr>
        <w:widowControl/>
      </w:pPr>
      <w:r>
        <w:t>4. 当地野生动物：可能会遇到温顺的流浪狗。请留意，经过时给它们安静的空间。</w:t>
      </w:r>
    </w:p>
    <w:p>
      <w:pPr>
        <w:widowControl/>
      </w:pPr>
      <w:r>
        <w:t>概述：海拔：2,270-3,120米 距离：30公里，约1.5小时车程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第3天 帕罗至廷布之旅：探访塔姆乔寺铁桥、佛陀点、国家纪念佛塔、羚牛保护区与廷布宗</w:t>
      </w:r>
    </w:p>
    <w:p>
      <w:pPr>
        <w:widowControl/>
      </w:pPr>
      <w:r>
        <w:t>今天，我们驱车1.5小时抵达不丹首都廷布。途中，我们将在塔姆乔寺铁桥停留。在廷布（海拔2340米），您将用一天时间参观佛陀多登玛雕像、国家纪念佛塔和羚牛保护区。您还将看到扎西却宗，一座非常重要的历史建筑。</w:t>
      </w:r>
    </w:p>
    <w:p>
      <w:pPr>
        <w:widowControl/>
      </w:pPr>
      <w:r>
        <w:t>在塔姆乔寺铁桥停留，了解15世纪历史中特别的一部分。该桥由唐东杰布建造，至今仍使用原有的铁链，桥上挂有许多经幡。您可以从外面观看寺庙，并走过桥，欣赏古老的工程和帕罗河的美景。</w:t>
      </w:r>
    </w:p>
    <w:p>
      <w:pPr>
        <w:widowControl/>
      </w:pPr>
      <w:r>
        <w:t>接下来，参观佛陀多登玛雕像（佛陀点），这是世界上最大的坐姿释迦牟尼佛像。这座51.5米高的地标内藏有12.5万尊小佛像，并在节日期间用于神圣舞蹈。该地点还以欣赏廷布全景而闻名，您可以看到城市色彩缤纷的建筑和下方美丽的山谷。</w:t>
      </w:r>
    </w:p>
    <w:p>
      <w:pPr>
        <w:widowControl/>
      </w:pPr>
      <w:r>
        <w:t>廷布是世界上少有的没有红绿灯或铁路的首都。您的旅程从国家纪念佛塔开始，这里是当地信仰活动的中心。与居民一起转经，是亲眼目睹日常生活并感受国民幸福总值理念的好方式，这一理念让不丹成为一个独特的目的地。</w:t>
      </w:r>
    </w:p>
    <w:p>
      <w:pPr>
        <w:widowControl/>
      </w:pPr>
      <w:r>
        <w:t>参观国家纪念佛塔，这座受人尊敬的地标纪念不丹的现代遗产与和平。继续前往莫提唐羚牛保护区，观看不丹的国兽，这种动物与“神圣狂人”有着密切的联系。这次体验融合了自然与民间传说，展示了让不丹野生动物具有文化意义的神话历史。</w:t>
      </w:r>
    </w:p>
    <w:p>
      <w:pPr>
        <w:widowControl/>
      </w:pPr>
      <w:r>
        <w:t>参观历史悠久的扎西却宗，这里是不丹的行政和宗教中心。它位于旺楚河畔，内有皇家办公室和首席住持的夏季住所。这座“光荣宗教的堡垒”以举办廷布戒楚节而闻名，届时庭院里会举行传统的面具舞和重要的文化遗产庆祝活动。</w:t>
      </w:r>
    </w:p>
    <w:p>
      <w:pPr>
        <w:widowControl/>
      </w:pPr>
      <w:r>
        <w:t>注意：工作日期间，宗堡在下午5:00至6:30对游客开放，周末在上午10:00至下午4:00开放。您必须有导游陪同并通过安全检查才能进入。如果时间合适，可以观看传统的降旗仪式。</w:t>
      </w:r>
    </w:p>
    <w:p>
      <w:pPr>
        <w:widowControl/>
      </w:pPr>
      <w:r>
        <w:t>最后，在民俗遗产博物馆餐厅享用传统晚餐。王太后创办这家餐厅是为了保护当地烹饪。这是一个特别的地方，让您品尝到真正的文化味道。这是您通过品尝许多美味正宗的当地菜肴来体验不丹遗产的好方法。</w:t>
      </w:r>
    </w:p>
    <w:p>
      <w:pPr>
        <w:widowControl/>
      </w:pPr>
      <w:r>
        <w:t>可选不丹廷布体验：</w:t>
      </w:r>
    </w:p>
    <w:p>
      <w:pPr>
        <w:widowControl/>
      </w:pPr>
      <w:r>
        <w:t>民俗遗产博物馆：如果时间允许，您可以参观民俗遗产博物馆，这是一个了解不丹农村过去的迷人窗口，由不丹王太后建立。</w:t>
      </w:r>
    </w:p>
    <w:p>
      <w:pPr>
        <w:widowControl/>
      </w:pPr>
      <w:r>
        <w:t>简单不丹博物馆：如果时间允许，您可以参观简单不丹博物馆，进一步了解不丹文化。</w:t>
      </w:r>
    </w:p>
    <w:p>
      <w:pPr>
        <w:widowControl/>
      </w:pPr>
      <w:r>
        <w:t>不丹邮票印刷：可印制带有自己肖像的邮票（不丹邮局：工作日：上午9点至下午5点；周六：上午9点至下午1点；周日休息）。</w:t>
      </w:r>
    </w:p>
    <w:p>
      <w:pPr>
        <w:widowControl/>
      </w:pPr>
      <w:r>
        <w:t>概述：海拔：2270-2300米 | 距离：50公里，约1.5小时车程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住宿：廷布</w:t>
      </w:r>
    </w:p>
    <w:p>
      <w:pPr>
        <w:keepNext/>
        <w:widowControl/>
        <w:spacing w:before="240"/>
      </w:pPr>
      <w:r>
        <w:t>第4天 廷布至普那卡之旅：多楚拉山口（3,120米）、奇美寺、普那卡宗</w:t>
      </w:r>
    </w:p>
    <w:p>
      <w:pPr>
        <w:widowControl/>
      </w:pPr>
      <w:r>
        <w:t>今天，您将从廷布出发，经多楚拉山口前往普那卡（74公里，约2.5小时）。这不仅是一段车程，更是一段穿越不同海拔和多样地貌的旅程，沿途风景变化丰富。从海拔较高、气候较凉爽的廷布（2,300米）出发，沿着国道行驶，一路攀升至雄伟的多楚拉山口（3,120米）。翻过山口后，您将下行进入温暖葱郁的普那卡河谷（1,330米）。</w:t>
      </w:r>
    </w:p>
    <w:p>
      <w:pPr>
        <w:widowControl/>
      </w:pPr>
      <w:r>
        <w:t>在多楚拉山口停留，欣赏喜马拉雅山脉的壮丽全景，其中包括雄伟的岗卡本森峰（7,570米）。欣赏108座纪念佛塔，它们是为纪念阵亡将士和促进世界和平而建。无论您是在咖啡馆喝杯咖啡、感受宁静的氛围，还是在神圣的佛塔间漫步，这里始终是您旅途中最令人惊叹的景点之一。</w:t>
      </w:r>
    </w:p>
    <w:p>
      <w:pPr>
        <w:widowControl/>
      </w:pPr>
      <w:r>
        <w:t>继续前往普那卡，步行前往奇美寺，也被称为求子寺。这座寺庙是为“神圣疯僧”而建，寺庙和当地村庄使用阳具符号来驱邪。许多人来到这个圣地祈求生子。您可能会看到僧侣使用木制阳具为游客进行传统仪式。</w:t>
      </w:r>
    </w:p>
    <w:p>
      <w:pPr>
        <w:widowControl/>
      </w:pPr>
      <w:r>
        <w:t>接下来，驱车前往普那卡，参观令人惊叹的普那卡宗。它坐落于两河交汇处，是1,000名僧侣的冬季居所。许多皇家婚礼曾在此举行。春天，您可以看到紫色的蓝花楹树盛开。在普那卡戒楚节期间，您将看到传统舞蹈和身着美丽不丹服饰的人们。</w:t>
      </w:r>
    </w:p>
    <w:p>
      <w:pPr>
        <w:widowControl/>
      </w:pPr>
      <w:r>
        <w:t>走过巴藏桥，参观普那卡宗，它以不用钉子建造而闻名。它有一座六层高的塔楼和三个用于政府和宗教事务的庭院。您可以在南庙看到古代遗迹，并参观百柱殿，那里美丽的壁画讲述着佛陀的生平与旅程。</w:t>
      </w:r>
    </w:p>
    <w:p>
      <w:pPr>
        <w:widowControl/>
      </w:pPr>
      <w:r>
        <w:t>注意：普那卡宗平日开放时间为上午9:00至下午5:00，周末为上午10:00至下午4:00。入场需要持证导游和安检。</w:t>
      </w:r>
    </w:p>
    <w:p>
      <w:pPr>
        <w:widowControl/>
      </w:pPr>
      <w:r>
        <w:t>夜宿普那卡。</w:t>
      </w:r>
    </w:p>
    <w:p>
      <w:pPr>
        <w:widowControl/>
      </w:pPr>
      <w:r>
        <w:t>概述：海拔：2,300-1,350米 距离：74公里，约2.5小时车程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住宿：普那卡</w:t>
      </w:r>
    </w:p>
    <w:p>
      <w:pPr>
        <w:keepNext/>
        <w:widowControl/>
        <w:spacing w:before="240"/>
      </w:pPr>
      <w:r>
        <w:t>第5天 普那卡至岗提之旅：卡姆沙耶里纳耶纪念塔与桑珍多吉隆珠尼姑庵</w:t>
      </w:r>
    </w:p>
    <w:p>
      <w:pPr>
        <w:widowControl/>
      </w:pPr>
      <w:r>
        <w:t>今天，您将有一整天的时间探索普那卡。上午，您将漫步在梯田稻田旁，开始徒步前往卡姆沙耶里纳耶纪念塔，通常需要约1小时或更短时间。沿途，您可能会遇到当地农民在田间辛勤劳作，或徒手耕作，或用牛和犁耕作。</w:t>
      </w:r>
    </w:p>
    <w:p>
      <w:pPr>
        <w:widowControl/>
      </w:pPr>
      <w:r>
        <w:t>参观卡姆沙耶里纳耶纪念塔（佛塔），这是一座为神圣保护而建的美丽建筑。王太后下令建造，历时9年完成，使用了当地的艺术和雕塑。这座塔式神殿作为精神守卫，展示了和平价值观和古老传统，对不丹人民至关重要。</w:t>
      </w:r>
    </w:p>
    <w:p>
      <w:pPr>
        <w:widowControl/>
      </w:pPr>
      <w:r>
        <w:t>在卡姆沙耶里纳耶内部，观赏精美的雕塑，并沿楼梯登上屋顶。从顶部，您将看到普那卡的壮丽景色。景观在一年中会变化：夏季看到的鲜绿稻田在秋天变成美丽的金色田野。</w:t>
      </w:r>
    </w:p>
    <w:p>
      <w:pPr>
        <w:widowControl/>
      </w:pPr>
      <w:r>
        <w:t>可选不丹普那卡体验（悬索桥）：</w:t>
      </w:r>
    </w:p>
    <w:p>
      <w:pPr>
        <w:widowControl/>
      </w:pPr>
      <w:r>
        <w:t>如果时间允许，参观不丹最长的悬索桥之一，跨度160米。这次体验将带给您令人叹为观止的普那卡山谷美景，以及冰川融水形成的波楚河在下方流淌。</w:t>
      </w:r>
    </w:p>
    <w:p>
      <w:pPr>
        <w:widowControl/>
      </w:pPr>
      <w:r>
        <w:t>接下来，参观位于1550米山顶的桑珍多吉隆珠尼姑庵。这里拥有附近山谷的绝佳景色。该建筑群是一所佛教学院，有120名尼姑在此生活和学习。她们有一个冥想中心，并学习传统手工艺。这是一个安静的地方，展示了尼姑们如何通过精神教育和神圣艺术生活。</w:t>
      </w:r>
    </w:p>
    <w:p>
      <w:pPr>
        <w:widowControl/>
      </w:pPr>
      <w:r>
        <w:t>观看宁静的修道生活，并观赏寺庙的主雕像：一尊14英尺高的青铜观世音菩萨。由当地工匠制作，这是不丹最大的此类雕像，有1000只手和眼睛。与莲花生大士和21度母的雕像一起，这个房间具有强烈的精神氛围，帮助您了解不丹佛教艺术。</w:t>
      </w:r>
    </w:p>
    <w:p>
      <w:pPr>
        <w:widowControl/>
      </w:pPr>
      <w:r>
        <w:t>参观结束后，您将驱车前往岗提（74公里，约2.5小时）。并在岗提过夜。</w:t>
      </w:r>
    </w:p>
    <w:p>
      <w:pPr>
        <w:widowControl/>
      </w:pPr>
      <w:r>
        <w:t>概述：海拔：1350米至3040米 | 距离：75公里，约2.5小时车程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住宿：岗提</w:t>
      </w:r>
    </w:p>
    <w:p>
      <w:pPr>
        <w:keepNext/>
        <w:widowControl/>
        <w:spacing w:before="240"/>
      </w:pPr>
      <w:r>
        <w:t>第6天 普布吉卡山谷之旅：岗提寺、岗提自然步道与黑颈鹤信息中心</w:t>
      </w:r>
    </w:p>
    <w:p>
      <w:pPr>
        <w:widowControl/>
      </w:pPr>
      <w:r>
        <w:t>普布吉卡山谷是位于吉格梅·辛格·旺楚克国家公园旁的一个大型冰川山谷。这里是岗提寺的所在地，也是黑颈鹤的保护区。这里有许多徒步小径和自然步道，您可以在探访不丹最重要的野生动物区之一的同时，欣赏宁静的风景。</w:t>
      </w:r>
    </w:p>
    <w:p>
      <w:pPr>
        <w:widowControl/>
      </w:pPr>
      <w:r>
        <w:t>今天上午，在岗提自然步道上进行一段轻松的4公里徒步，大约需要两小时。您将从岗提寺步行至科旺拉康，途中穿过森林和农田。如果您在10月下旬至2月期间来访，可能会看到珍稀的黑颈鹤。它们在这个山谷过冬，然后飞回北方。</w:t>
      </w:r>
    </w:p>
    <w:p>
      <w:pPr>
        <w:widowControl/>
      </w:pPr>
      <w:r>
        <w:t>提示：1. 请穿着多层衣物和舒适的徒步鞋。山区天气变化迅速。2. 尊重野生动物，保持步道清洁。</w:t>
      </w:r>
    </w:p>
    <w:p>
      <w:pPr>
        <w:widowControl/>
      </w:pPr>
      <w:r>
        <w:t>岗提寺俯瞰着壮丽的普布吉卡山谷，是由传奇人物白玛林巴创立的重要佛教中心。它最著名的是黑颈鹤会飞越此地以示神圣敬意。每年11月11日，山谷会举办文化节，通过传统音乐、色彩斑斓的舞蹈和历史故事讲述，庆祝这一独特的纽带。</w:t>
      </w:r>
    </w:p>
    <w:p>
      <w:pPr>
        <w:widowControl/>
      </w:pPr>
      <w:r>
        <w:t>这条小径将带您前往科旺拉康，一座位于山谷东部、备受尊崇的15世纪寺庙。作为该地区最古老的建筑之一，它拥有引人注目的两层楼高的过去、现在和未来佛像。探索这个神圣的空间，可以领略不丹的精神遗产以及塑造其宗教身份的艺术传统。</w:t>
      </w:r>
    </w:p>
    <w:p>
      <w:pPr>
        <w:widowControl/>
      </w:pPr>
      <w:r>
        <w:t>接下来，前往黑颈鹤信息中心，观看教育展览，并使用望远镜观察这些珍稀鸟类。该中心自2003年以来一直致力于重要的保护工作。您可以了解从西藏飞来越冬、停留在普布吉卡山谷的300只鹤。</w:t>
      </w:r>
    </w:p>
    <w:p>
      <w:pPr>
        <w:widowControl/>
      </w:pPr>
      <w:r>
        <w:t>驱车返回您在岗提的酒店。</w:t>
      </w:r>
    </w:p>
    <w:p>
      <w:pPr>
        <w:widowControl/>
      </w:pPr>
      <w:r>
        <w:t>概述：海拔：3,040米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住宿：岗提</w:t>
      </w:r>
    </w:p>
    <w:p>
      <w:pPr>
        <w:keepNext/>
        <w:widowControl/>
        <w:spacing w:before="240"/>
      </w:pPr>
      <w:r>
        <w:t>第7天 岗提至帕罗：帕罗宗与不丹国家博物馆</w:t>
      </w:r>
    </w:p>
    <w:p>
      <w:pPr>
        <w:widowControl/>
      </w:pPr>
      <w:r>
        <w:t>早餐后，您将从岗提出发，再次经过多楚拉山口返回帕罗（170公里，约5小时）。参观帕罗宗和不丹国家博物馆后，您将在帕罗过夜。午餐可在途中或返回帕罗后享用。</w:t>
      </w:r>
    </w:p>
    <w:p>
      <w:pPr>
        <w:widowControl/>
      </w:pPr>
      <w:r>
        <w:t>抵达帕罗后，参观令人印象深刻的帕罗宗。它由现代不丹的奠基者夏尊·阿旺南杰于1646年建造。您可以穿过一座传统木桥到达城堡。桥上可欣赏帕罗谷和河流的壮丽景色。这里是了解不丹丰富文化历史的理想之地。</w:t>
      </w:r>
    </w:p>
    <w:p>
      <w:pPr>
        <w:widowControl/>
      </w:pPr>
      <w:r>
        <w:t>如果您再徒步一小段，就会到达不丹国家博物馆。它位于塔宗内，塔宗是不丹最高的建筑。它建于1649年，最初是一座瞭望塔，1968年改为博物馆。馆内可以看到许多古代物品，如陶器、盔甲、面具和雕像，讲述着不丹历史和宗教的故事。</w:t>
      </w:r>
    </w:p>
    <w:p>
      <w:pPr>
        <w:widowControl/>
      </w:pPr>
      <w:r>
        <w:t>注意：请注意，帕罗宗平日开放时间为上午9点至下午5点，周末为上午10点至下午4点。如果您无法在开放时间内到达，我们建议改为参观帕罗当地市场。这里是当地人和游客购买传统不丹手工艺品、纺织品、珠宝和其他当地产品的地方。它让您一窥不丹的日常生活和文化。</w:t>
      </w:r>
    </w:p>
    <w:p>
      <w:pPr>
        <w:widowControl/>
      </w:pPr>
      <w:r>
        <w:t>可选体验 - 射箭：</w:t>
      </w:r>
    </w:p>
    <w:p>
      <w:pPr>
        <w:widowControl/>
      </w:pPr>
      <w:r>
        <w:t>射箭是不丹人最喜欢的消遣活动。它已有2000多年的历史，并于1971年被宣布为不丹的国技。传统不丹锦标赛的靶子放置在140米射程的两端（奥运距离为70米）。享受持弓射箭的时光吧。</w:t>
      </w:r>
    </w:p>
    <w:p>
      <w:pPr>
        <w:widowControl/>
      </w:pPr>
      <w:r>
        <w:t>概述：3,040米-2,270米 距离：170公里，约5小时车程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第8天 帕罗至哈阿至帕罗｜迷你虎穴寺、切拉山口（3,998米）、白庙、黑庙</w:t>
      </w:r>
    </w:p>
    <w:p>
      <w:pPr>
        <w:widowControl/>
      </w:pPr>
      <w:r>
        <w:t>早餐后，从帕罗（2,270米）出发，沿途风景优美，乘车前往哈阿（70公里，约2.5小时）。哈阿被称为“隐秘的稻米谷地”，也是不丹最西端的宗。与不丹许多热门旅游目的地不同，哈阿谷地依然保持着令人欣喜的原始风貌，宁静的氛围和传统的生活方式保存完好。这里非常适合热爱自然的人和徒步旅行者前来感受美丽的风景。在这里，您不会遇到成群结队的游客，只会听到风的轻声细语和经幡有节奏的拍打声。</w:t>
      </w:r>
    </w:p>
    <w:p>
      <w:pPr>
        <w:widowControl/>
      </w:pPr>
      <w:r>
        <w:t>首先参观宗扎卡寺（Dzongdrakha Goempa），也被称为迷你虎穴寺。这座16世纪的寺庙坐落在帕罗谷地的悬崖上。传说莲花生大师在前往著名的虎穴寺之前曾到访此处。您可以探索一处神圣的冥想洞穴，欣赏山谷的壮丽景色。从这个高处，您还可能看到飞机在附近的帕罗机场起降。</w:t>
      </w:r>
    </w:p>
    <w:p>
      <w:pPr>
        <w:widowControl/>
      </w:pPr>
      <w:r>
        <w:t>接下来前往切拉山口，这是不丹公路的最高点，海拔3,998米。它位于哈阿和帕罗之间，可以看到美丽的山景。如果天气晴朗，您能看到高耸的珠穆拉里峰。这里是喝咖啡休息的好地方，您可能会看到当地人正在为家人悬挂经幡。</w:t>
      </w:r>
    </w:p>
    <w:p>
      <w:pPr>
        <w:widowControl/>
      </w:pPr>
      <w:r>
        <w:t>从山口下行，在前往哈阿谷地的路上，您可以远眺哈阿宗（旺楚克洛宗）。这是一座行政中心，建于1915年旧丹宗被毁之后。目前作为IMTRAT的总部，内设军事学校和军事医院。</w:t>
      </w:r>
    </w:p>
    <w:p>
      <w:pPr>
        <w:widowControl/>
      </w:pPr>
      <w:r>
        <w:t>经过蜿蜒的车程，您将抵达白庙和黑庙。传说在7世纪，松赞干布国王在一天内建造了108座寺庙。其中包括为保护哈阿谷地人民而建的白庙和黑庙。国王用两只鸽子为这些神圣建筑寻找最佳位置，以帮助和守护山谷。</w:t>
      </w:r>
    </w:p>
    <w:p>
      <w:pPr>
        <w:widowControl/>
      </w:pPr>
      <w:r>
        <w:t>然后参观白庙，即Lhakhang Karpo。它坐落在哈阿谷地三座大峰的山脚下，那里有白鸽栖息。在7月的哈阿夏季节期间，您可以在这里看到宗教舞蹈。一些游客甚至见过用骨头制成的传统号角。这是一个了解不丹文化和宗教艺术的好地方。</w:t>
      </w:r>
    </w:p>
    <w:p>
      <w:pPr>
        <w:widowControl/>
      </w:pPr>
      <w:r>
        <w:t>接下来，继续前往黑庙，即Lhakhang Nagpo，从白庙以北步行10分钟即可到达。这个位置是由黑鸽选定的。黑庙建在湖上，其名称源自黑色，周围环绕着宁静的绿地和茂密的森林。</w:t>
      </w:r>
    </w:p>
    <w:p>
      <w:pPr>
        <w:widowControl/>
      </w:pPr>
      <w:r>
        <w:t>在哈阿镇漫步之后，返回帕罗过夜。</w:t>
      </w:r>
    </w:p>
    <w:p>
      <w:pPr>
        <w:widowControl/>
      </w:pPr>
      <w:r>
        <w:t>概述：海拔：2,220-2,270米 I 距离：140公里，约5小时车程</w:t>
      </w:r>
    </w:p>
    <w:p>
      <w:pPr>
        <w:widowControl/>
      </w:pPr>
      <w:r>
        <w:t>景点：4个标志性景点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住宿：帕罗</w:t>
      </w:r>
    </w:p>
    <w:p>
      <w:pPr>
        <w:keepNext/>
        <w:widowControl/>
        <w:spacing w:before="240"/>
      </w:pPr>
      <w:r>
        <w:t>第9天 帕罗返程｜酒店退房与机场送机</w:t>
      </w:r>
    </w:p>
    <w:p>
      <w:pPr>
        <w:widowControl/>
      </w:pPr>
      <w:r>
        <w:t>幸福是一个地方，希望您已从我们这里、从这个美丽的喜马拉雅之国获得属于您的幸福哲学。是时候结束您9天的不丹团体游了。您的导游将护送您前往帕罗国际机场，搭乘航班前往下一个目的地。</w:t>
      </w:r>
    </w:p>
    <w:p>
      <w:pPr>
        <w:widowControl/>
      </w:pPr>
      <w:r>
        <w:t>延伸建议：如果您希望在不丹旅行更长时间，可以将行程延伸至不丹其他精华地区，如本塘。</w:t>
      </w:r>
    </w:p>
    <w:p>
      <w:pPr>
        <w:widowControl/>
      </w:pPr>
      <w:r>
        <w:t>感谢您选择亚洲奥德赛旅游（AOT）的不丹之旅，我们随时为您服务，并希望在未来您前往中国/亚洲的下一次旅行中再次见到您。旅途平安！</w:t>
      </w:r>
    </w:p>
    <w:p>
      <w:pPr>
        <w:widowControl/>
      </w:pPr>
      <w:r>
        <w:t>概述：海拔：2,270米 距离：8公里，约0.5小时车程</w:t>
      </w:r>
    </w:p>
    <w:p>
      <w:pPr>
        <w:widowControl/>
      </w:pPr>
      <w:r>
        <w:t>景点：无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9天不丹团体游，含普那卡与哈阿谷（西部全景）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