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11 Days Bhutan Group Tour: Unveiling Western &amp; Central Bhutan</w:t>
      </w:r>
    </w:p>
    <w:p>
      <w:pPr>
        <w:widowControl/>
      </w:pPr>
      <w:r>
        <w:t>Product code: AOT-BT-D</w:t>
      </w:r>
    </w:p>
    <w:p>
      <w:pPr>
        <w:keepNext/>
        <w:widowControl/>
        <w:spacing w:before="240"/>
      </w:pPr>
      <w:r>
        <w:t>Day 1 Paro, Bhutan Arrival | Airport Pick-up &amp; Hotel Check-in, Paro Airport Birds Eye View Point, Bhutan Traditional Attire Experience</w:t>
      </w:r>
    </w:p>
    <w:p>
      <w:pPr>
        <w:widowControl/>
      </w:pPr>
      <w:r>
        <w:t>Tashi Delek and welcome to Bhutan! As you step into this Himalayan sanctuary, enjoy the crisp breeze of a country preserved by 71% forest cover. Your local guide will meet you at Paro International Airport, Bhutan's only international hub, to ensure a seamless start to your adventure in the "Last Shangri-La."</w:t>
      </w:r>
    </w:p>
    <w:p>
      <w:pPr>
        <w:widowControl/>
      </w:pPr>
      <w:r>
        <w:t>As Bhutan's primary gateway, Paro (2,270m) is home to the legendary Tiger's Nest, a site blending profound spirituality with raw natural beauty. Travelers visiting in March can experience the Paro Tshechu Festival, a vibrant celebration of Guru Rinpoche's birthday. Featuring sacred masked dances and rich rituals, Paro is an essential destination for anyone seeking Himalayan heritage and breathtaking landscapes.</w:t>
      </w:r>
    </w:p>
    <w:p>
      <w:pPr>
        <w:widowControl/>
      </w:pPr>
      <w:r>
        <w:t>Stop at the Airport Bird's Eye View Point for a stunning introduction to Paro Valley. From here, you can see Rinpung Dzong and the winding Paro Chu River as your guide explains the unique history of the airport. Afterward, head to your hotel to rest and acclimate, ensuring you are refreshed for the journey ahead.</w:t>
      </w:r>
    </w:p>
    <w:p>
      <w:pPr>
        <w:widowControl/>
      </w:pPr>
      <w:r>
        <w:t>Enjoy these complimentary experiences from AOT:</w:t>
      </w:r>
    </w:p>
    <w:p>
      <w:pPr>
        <w:widowControl/>
      </w:pPr>
      <w:r>
        <w:t>1. National Dress Experience: Wear traditional Gho (men) and Kira (women). These garments feature intricate woven patterns that showcase Bhutan's rich textile heritage.</w:t>
      </w:r>
    </w:p>
    <w:p>
      <w:pPr>
        <w:widowControl/>
      </w:pPr>
      <w:r>
        <w:t>2. Bhutanese Red Rice Wine: Taste local red rice wine, a traditional fermented beverage. It is known for its subtle sweetness and lower alcohol content compared to beer.</w:t>
      </w:r>
    </w:p>
    <w:p>
      <w:pPr>
        <w:widowControl/>
      </w:pPr>
      <w:r>
        <w:t>If all members arrive by noon, your guide can lead an optional visit to Rinpung Dzong and the National Museum (entry fees apply). Please note that Paro Dzong is open from 9 AM to 5 PM on weekdays and 10 AM to 4 PM on weekends.. A licensed guide and security check are required for entry into these historic sites.</w:t>
      </w:r>
    </w:p>
    <w:p>
      <w:pPr>
        <w:widowControl/>
      </w:pPr>
      <w:r>
        <w:t>Free Time Ideas:</w:t>
      </w:r>
    </w:p>
    <w:p>
      <w:pPr>
        <w:widowControl/>
      </w:pPr>
      <w:r>
        <w:t>1. Local Markets: Explore Paro's streets in traditional dress to see authentic ingredients like red chilies and local cheese.</w:t>
      </w:r>
    </w:p>
    <w:p>
      <w:pPr>
        <w:widowControl/>
      </w:pPr>
      <w:r>
        <w:t>2. Archery: Try the national sport at a traditional 140m range.</w:t>
      </w:r>
    </w:p>
    <w:p>
      <w:pPr>
        <w:widowControl/>
      </w:pPr>
      <w:r>
        <w:t>For more tailored advice, feel free to reach out to your guide in advance.</w:t>
      </w:r>
    </w:p>
    <w:p>
      <w:pPr>
        <w:widowControl/>
      </w:pPr>
      <w:r>
        <w:t>Arrival Ideas:</w:t>
      </w:r>
    </w:p>
    <w:p>
      <w:pPr>
        <w:widowControl/>
      </w:pPr>
      <w:r>
        <w:t>Reaching Bhutan is simple via air or land. Paro International Airport serves as the primary hub, offering flights from major cities like Delhi, Kolkata, Bagdogra, Gaya, Guwahati, Dhaka, Bangkok, Kathmandu, and Changi. Alternatively, travelers can enter by road through Phuentsholing or Gelephu in India. Seasonal charter flights from Hong Kong and Kuala Lumpur provide additional convenient travel options.</w:t>
      </w:r>
    </w:p>
    <w:p>
      <w:pPr>
        <w:widowControl/>
      </w:pPr>
      <w:r>
        <w:t>Important Reminders:</w:t>
      </w:r>
    </w:p>
    <w:p>
      <w:pPr>
        <w:widowControl/>
      </w:pPr>
      <w:r>
        <w:t>Flight Booking: We can assist in booking your flights directly to Paro.</w:t>
      </w:r>
    </w:p>
    <w:p>
      <w:pPr>
        <w:widowControl/>
      </w:pPr>
      <w:r>
        <w:t>E-Visas: Most nationalities require an advance E-visa ($40).</w:t>
      </w:r>
    </w:p>
    <w:p>
      <w:pPr>
        <w:widowControl/>
      </w:pPr>
      <w:r>
        <w:t>India, Bangladesh &amp; Maldives: Indian citizens need a permit (Passport or Voter ID). Visitors from Bangladesh and the Maldives require a visa, obtainable in advance or upon arrival.</w:t>
      </w:r>
    </w:p>
    <w:p>
      <w:pPr>
        <w:widowControl/>
      </w:pPr>
      <w:r>
        <w:t>Overview: Altitude: 2,270m I Distance: 8km, about 0.5 hours' drive</w:t>
      </w:r>
    </w:p>
    <w:p>
      <w:pPr>
        <w:widowControl/>
      </w:pPr>
      <w:r>
        <w:t>Attractions: Explore according to your flight time</w:t>
      </w:r>
    </w:p>
    <w:p>
      <w:pPr>
        <w:widowControl/>
      </w:pPr>
      <w:r>
        <w:t>Transport and activities: Vehicle</w:t>
      </w:r>
    </w:p>
    <w:p>
      <w:pPr>
        <w:widowControl/>
      </w:pPr>
      <w:r>
        <w:t>Meals: Dinner</w:t>
      </w:r>
    </w:p>
    <w:p>
      <w:pPr>
        <w:widowControl/>
      </w:pPr>
      <w:r>
        <w:t>Accommodation: Paro</w:t>
      </w:r>
    </w:p>
    <w:p>
      <w:pPr>
        <w:keepNext/>
        <w:widowControl/>
        <w:spacing w:before="240"/>
      </w:pPr>
      <w:r>
        <w:t>Day 2 Paro Tour | Tiger's Nest Monastery Hiking, Kyichu Lhakhang</w:t>
      </w:r>
    </w:p>
    <w:p>
      <w:pPr>
        <w:widowControl/>
      </w:pPr>
      <w:r>
        <w:t>Begin your day with an exciting hike to Tiger's Nest, Bhutan's premier sacred landmark. The trailhead is just a 12km drive from Paro, taking roughly 30 minutes. Once there, you will embark on the famous trek to this world-renowned monastery perched high above the valley.</w:t>
      </w:r>
    </w:p>
    <w:p>
      <w:pPr>
        <w:widowControl/>
      </w:pPr>
      <w:r>
        <w:t>This 9.6 km trek to the Tiger's Nest Monastery takes approximately 5–6 hours. For a more relaxed ascent, horses (Optional, self-paid) are available to reach the halfway cafeteria. The trail offers panoramic Paro Valley views, prayer-flag-lined forests, and—during April—a stunning display of blooming rhododendrons that enhance the spiritual journey.</w:t>
      </w:r>
    </w:p>
    <w:p>
      <w:pPr>
        <w:widowControl/>
      </w:pPr>
      <w:r>
        <w:t>Gazing at Tiger's Nest (3,120m), you will see Bhutan's holiest landmark perched 900m above the valley. Legend tells of Guru Rinpoche arriving on a tigress to meditate here.</w:t>
      </w:r>
    </w:p>
    <w:p>
      <w:pPr>
        <w:widowControl/>
      </w:pPr>
      <w:r>
        <w:t>Next, explore Kyichu Lhakhang, a 7th-century masterpiece and one of the 108 temples built by King Songtsen Gampo. Known as the Temple of the Thousand-armed Avalokiteshvara, it was legendary for subduing a giant witch. As one of the kingdom's oldest shrines, it remains a vital center for royal celebrations, offering a deep connection to Bhutan's ancient Buddhist roots.</w:t>
      </w:r>
    </w:p>
    <w:p>
      <w:pPr>
        <w:widowControl/>
      </w:pPr>
      <w:r>
        <w:t>Inside the main hall lies a national treasure: a sacred Shakyamuni Buddha statue that mirrors Tibet's revered Jowo. The temple also houses the relic stupa of the great Nyingma master Dilgo Khyentse Rinpoche. From ancient iron chains forged by Tangtong Gyalpo to unique spiritual artifacts, every detail preserves the profound historical and religious depth of this sacred sanctuary.</w:t>
      </w:r>
    </w:p>
    <w:p>
      <w:pPr>
        <w:widowControl/>
      </w:pPr>
      <w:r>
        <w:t>At last, head back to Paro for overnight.</w:t>
      </w:r>
    </w:p>
    <w:p>
      <w:pPr>
        <w:widowControl/>
      </w:pPr>
      <w:r>
        <w:t>Optional Bhutan Paro Experiences:</w:t>
      </w:r>
    </w:p>
    <w:p>
      <w:pPr>
        <w:widowControl/>
      </w:pPr>
      <w:r>
        <w:t>1. Bhutan Traditional Hot Stone Bath (1 hour).</w:t>
      </w:r>
    </w:p>
    <w:p>
      <w:pPr>
        <w:widowControl/>
      </w:pPr>
      <w:r>
        <w:t>2. Lighting butter lamps for blessings at Kyichu Lhakhang (108 lamps).</w:t>
      </w:r>
    </w:p>
    <w:p>
      <w:pPr>
        <w:widowControl/>
      </w:pPr>
      <w:r>
        <w:t>Kind Reminders:</w:t>
      </w:r>
    </w:p>
    <w:p>
      <w:pPr>
        <w:widowControl/>
      </w:pPr>
      <w:r>
        <w:t>Best Time: Visit between March–May or October–December. Depart early for the best lighting, as the site falls into shadow after noon.</w:t>
      </w:r>
    </w:p>
    <w:p>
      <w:pPr>
        <w:widowControl/>
      </w:pPr>
      <w:r>
        <w:t>Horse Riding: Horses only travel uphill to a designated midpoint; the remaining ascent and the entire descent must be completed on foot.</w:t>
      </w:r>
    </w:p>
    <w:p>
      <w:pPr>
        <w:widowControl/>
      </w:pPr>
      <w:r>
        <w:t>Storage &amp; Cash: Phones and bags are prohibited inside. Store them at the entrance, but keep cash on hand if you wish to light butter lamps.</w:t>
      </w:r>
    </w:p>
    <w:p>
      <w:pPr>
        <w:widowControl/>
      </w:pPr>
      <w:r>
        <w:t>Stray Dogs: You may encounter local dogs; please maintain a respectful distance and avoid disturbing them.</w:t>
      </w:r>
    </w:p>
    <w:p>
      <w:pPr>
        <w:widowControl/>
      </w:pPr>
      <w:r>
        <w:t>Overview: Altitude: 2,270-3,120m I Distance: 30km, about 1.5 hours' drive</w:t>
      </w:r>
    </w:p>
    <w:p>
      <w:pPr>
        <w:widowControl/>
      </w:pPr>
      <w:r>
        <w:t>Attractions: 2 Iconic Site</w:t>
      </w:r>
    </w:p>
    <w:p>
      <w:pPr>
        <w:widowControl/>
      </w:pPr>
      <w:r>
        <w:t>Transport and activities: Vehicle</w:t>
      </w:r>
    </w:p>
    <w:p>
      <w:pPr>
        <w:widowControl/>
      </w:pPr>
      <w:r>
        <w:t>Meals: Breakfast,Lunch,Dinner</w:t>
      </w:r>
    </w:p>
    <w:p>
      <w:pPr>
        <w:widowControl/>
      </w:pPr>
      <w:r>
        <w:t>Accommodation: Paro</w:t>
      </w:r>
    </w:p>
    <w:p>
      <w:pPr>
        <w:keepNext/>
        <w:widowControl/>
        <w:spacing w:before="240"/>
      </w:pPr>
      <w:r>
        <w:t>Day 3 Paro to Thimphu Tour | Tamchog Lhakhang Iron Bridge, Buddha Point, National Memorial Chorten, Takin Preserve, Thimphu Dzong</w:t>
      </w:r>
    </w:p>
    <w:p>
      <w:pPr>
        <w:widowControl/>
      </w:pPr>
      <w:r>
        <w:t>Today, we head to Thimphu, the capital of Bhutan, which is a 1.5-hour drive (50km) away. Along the way, we will stop at the Tamchog Lhakhang Iron Bridge. Once in Thimphu (2,340m), you will enjoy a full day of sightseeing, visiting the Buddha Dordenma Statue, National Memorial Chorten, Motithang Takin Preserve, and the historic Tashichho Dzong.</w:t>
      </w:r>
    </w:p>
    <w:p>
      <w:pPr>
        <w:widowControl/>
      </w:pPr>
      <w:r>
        <w:t>Stop at the Tamchog Lhakhang Iron Bridge to experience a unique piece of 15th-century history. Constructed by the "Iron Bridge Maker," Thangthong Gyalpo, this structure features iron chains and colorful prayer flags. Though the temple is restricted to outside viewing, walking the bridge offers a rare, tactile connection to sacred Bhutanese engineering and the beautiful scenery of the Paro River.</w:t>
      </w:r>
    </w:p>
    <w:p>
      <w:pPr>
        <w:widowControl/>
      </w:pPr>
      <w:r>
        <w:t>Then, visit the Buddha Dordenma Statue (Buddha Point), the world's largest sitting Shakyamuni statue and a gilded landmark of Thimphu. Housing 125,000 smaller Buddhas, this 51.5-meter icon hosts sacred Vajra Dances during festivals. Beyond its spiritual power, the site provides a magnificent panorama, overlooking the city's unique red and green-roofed architecture from one of the valley's highest vantage points.</w:t>
      </w:r>
    </w:p>
    <w:p>
      <w:pPr>
        <w:widowControl/>
      </w:pPr>
      <w:r>
        <w:t>As Bhutan's largest city, Thimphu is unique for its lack of traffic lights and railways. Begin your visit at the National Memorial Chorten, where you can join locals in a clockwise kora (circumambulation). This traditional practice offers a meaningful way to engage with residents, offering insight into their daily lives and the profound philosophy of happiness that defines the kingdom.</w:t>
      </w:r>
    </w:p>
    <w:p>
      <w:pPr>
        <w:widowControl/>
      </w:pPr>
      <w:r>
        <w:t>Visit the National Memorial Chorten, an iconic stupa built to honor the "Father of Modern Bhutan" and symbolize world peace. Afterward, explore the Motithang Takin Preserve to see Bhutan's national animal. Legend says the Takin—a unique blend of goat and cow—was created by the "Divine Madman," Drukpa Kunley, offering a fascinating glimpse into the kingdom's mythical and natural heritage.</w:t>
      </w:r>
    </w:p>
    <w:p>
      <w:pPr>
        <w:widowControl/>
      </w:pPr>
      <w:r>
        <w:t>Explore Tashichho Dzong, the "Fortress of the Glorious Religion" and Bhutan's seat of government since 1952. Located by the Wang Chu River, it houses the King's offices and the Je Khenpo's summer residence. In autumn, its northern courtyard hosts the Thimphu Tshechu Festival, famous for its sacred masked dances and cultural rituals.</w:t>
      </w:r>
    </w:p>
    <w:p>
      <w:pPr>
        <w:widowControl/>
      </w:pPr>
      <w:r>
        <w:t>Note: Thimphu Dzong is open to tourists from 5:00 PM – 6:30 PM weekdays and 10:00 AM – 4:00 PM weekends. A tour guide and security check are required for entry. If timed correctly, you may witness the traditional flag-lowering ceremony at the end of the day.</w:t>
      </w:r>
    </w:p>
    <w:p>
      <w:pPr>
        <w:widowControl/>
      </w:pPr>
      <w:r>
        <w:t>After that, enjoy an authentic dinner at the Folk Heritage Museum Restaurant, established by the Queen Mother to preserve Bhutanese culinary traditions. This unique venue offers a true taste of local heritage.</w:t>
      </w:r>
    </w:p>
    <w:p>
      <w:pPr>
        <w:widowControl/>
      </w:pPr>
      <w:r>
        <w:t>Stay overnight in Thimphu.</w:t>
      </w:r>
    </w:p>
    <w:p>
      <w:pPr>
        <w:widowControl/>
      </w:pPr>
      <w:r>
        <w:t>Optional Bhutan Thimphu Experiences:</w:t>
      </w:r>
    </w:p>
    <w:p>
      <w:pPr>
        <w:widowControl/>
      </w:pPr>
      <w:r>
        <w:t>Folk Heritage Museum: If time permit, you can visit Folk Heritage Museum, a captivating window into Bhutan's rural past &amp; established by the Queen Mother of Bhutan.</w:t>
      </w:r>
    </w:p>
    <w:p>
      <w:pPr>
        <w:widowControl/>
      </w:pPr>
      <w:r>
        <w:t>Simply Bhutan Museum: If time permit, you can visit Simply Bhutan Museum to explore more about Bhutan culture.</w:t>
      </w:r>
    </w:p>
    <w:p>
      <w:pPr>
        <w:widowControl/>
      </w:pPr>
      <w:r>
        <w:t>Bhutan Stamp Printing: Fully functional stamp printed with a self-portrait (Bhutan Post Office: Weekdays: 9AM - 5PM; Saturdays: 9 AM - 1 PM; Closed on Sundays).</w:t>
      </w:r>
    </w:p>
    <w:p>
      <w:pPr>
        <w:widowControl/>
      </w:pPr>
      <w:r>
        <w:t>Overview: Altitude: 2,270-2,300m I Distance: 50km, about 1.5 hours' drive</w:t>
      </w:r>
    </w:p>
    <w:p>
      <w:pPr>
        <w:widowControl/>
      </w:pPr>
      <w:r>
        <w:t>Attractions: 5 iconic sites</w:t>
      </w:r>
    </w:p>
    <w:p>
      <w:pPr>
        <w:widowControl/>
      </w:pPr>
      <w:r>
        <w:t>Transport and activities: Vehicle</w:t>
      </w:r>
    </w:p>
    <w:p>
      <w:pPr>
        <w:widowControl/>
      </w:pPr>
      <w:r>
        <w:t>Meals: Breakfast,Lunch,Dinner</w:t>
      </w:r>
    </w:p>
    <w:p>
      <w:pPr>
        <w:widowControl/>
      </w:pPr>
      <w:r>
        <w:t>Accommodation: Thimphu</w:t>
      </w:r>
    </w:p>
    <w:p>
      <w:pPr>
        <w:keepNext/>
        <w:widowControl/>
        <w:spacing w:before="240"/>
      </w:pPr>
      <w:r>
        <w:t>Day 4 Thimphu to Punakha Tour | Dochula Pass (3,120m), Chimi Lhakhang, Punakha Dzong</w:t>
      </w:r>
    </w:p>
    <w:p>
      <w:pPr>
        <w:widowControl/>
      </w:pPr>
      <w:r>
        <w:t>Today, you will travel from Thimphu to Punakha via Dochula Pass (74km, about 2.5 hours). This trip is more than just a drive; it is a voyage through changing altitudes and diverse landscapes, offering a visual spectacle. Starting from the higher altitude and cooler climate of Thimphu (2,300m), the drive takes you along the national highway, ascending through the majestic Dochula Pass (3,120m). Upon crossing the pass, you'll descend into the warm and verdant Punakha Valley (1,330m).</w:t>
      </w:r>
    </w:p>
    <w:p>
      <w:pPr>
        <w:widowControl/>
      </w:pPr>
      <w:r>
        <w:t>En route, stop at Dochula Pass for a panoramic view of the Himalayas, including Mt. Gangkar Puensum (7,570m). Admire the 108 memorial chortens built for fallen soldiers and global peace. You can enjoy the tranquil atmosphere with coffee at the cafeteria or walk among the sacred shrines and prayer flags, making it one of Bhutan's most beautiful mountain stops.</w:t>
      </w:r>
    </w:p>
    <w:p>
      <w:pPr>
        <w:widowControl/>
      </w:pPr>
      <w:r>
        <w:t>Continue toward Punakha with a hike to Chimi Lhakhang, the Fertility Temple. Built to honor the "Divine Madman" Drukpa Kunley, the temple and surrounding village are famous for phallus symbols used to deter evil. As a renowned sanctuary, many childless women visit seeking blessings. You might see monks performing traditional rituals with a wooden phallus to bless those wishing to conceive a child.</w:t>
      </w:r>
    </w:p>
    <w:p>
      <w:pPr>
        <w:widowControl/>
      </w:pPr>
      <w:r>
        <w:t>After that, drive to Punakha, the former capital, to visit the magnificent Punakha Dzong. Located at a scenic river junction, this architectural wonder is the winter home for 1,000 monks and the site of royal weddings. Visit in spring to enjoy the purple jacaranda blossoms or attend the Punakha Tshechu to witness traditional masked dances and see locals in their beautiful national attire.</w:t>
      </w:r>
    </w:p>
    <w:p>
      <w:pPr>
        <w:widowControl/>
      </w:pPr>
      <w:r>
        <w:t>After crossing Bazam Bridge, enter Punakha Dzong to admire its nail-less architecture and six-story central tower. Unlike most dzongs, it features three courtyards for administration, monastic life, and sacred rituals. Visit the southern temple to see the remains of Shabdrung and Pema Lingpa, then explore the hundred-pillar assembly hall, famous for its stunning murals depicting the spiritual journey of Buddha.</w:t>
      </w:r>
    </w:p>
    <w:p>
      <w:pPr>
        <w:widowControl/>
      </w:pPr>
      <w:r>
        <w:t>Note: The tourist opening hours of Punakha Dzong are from 9 AM to 5 PM on weekdays and from 10 AM to 4 PM on weekends. It is required to have a tour guide accompany you for a visit to the Dzongs. Before entering for a visit, security checks are conducted.</w:t>
      </w:r>
    </w:p>
    <w:p>
      <w:pPr>
        <w:widowControl/>
      </w:pPr>
      <w:r>
        <w:t>Overnight in Punakha and get ready for your next day's trip.</w:t>
      </w:r>
    </w:p>
    <w:p>
      <w:pPr>
        <w:widowControl/>
      </w:pPr>
      <w:r>
        <w:t>Overview: Altitude: 2,300-1,350m I Distance: 74km, about 2.5 hours' drive</w:t>
      </w:r>
    </w:p>
    <w:p>
      <w:pPr>
        <w:widowControl/>
      </w:pPr>
      <w:r>
        <w:t>Attractions: 2 Iconic Sites</w:t>
      </w:r>
    </w:p>
    <w:p>
      <w:pPr>
        <w:widowControl/>
      </w:pPr>
      <w:r>
        <w:t>Transport and activities: Vehicle</w:t>
      </w:r>
    </w:p>
    <w:p>
      <w:pPr>
        <w:widowControl/>
      </w:pPr>
      <w:r>
        <w:t>Meals: Breakfast,Lunch,Dinner</w:t>
      </w:r>
    </w:p>
    <w:p>
      <w:pPr>
        <w:widowControl/>
      </w:pPr>
      <w:r>
        <w:t>Accommodation: Punakha</w:t>
      </w:r>
    </w:p>
    <w:p>
      <w:pPr>
        <w:keepNext/>
        <w:widowControl/>
        <w:spacing w:before="240"/>
      </w:pPr>
      <w:r>
        <w:t>Day 5 Punakha to Gangtey Tour | Khamsum Yulley Namgyal Chorten, Rafting (Optional), Sangchhen Dorji Lhuendrup Nunnery</w:t>
      </w:r>
    </w:p>
    <w:p>
      <w:pPr>
        <w:widowControl/>
      </w:pPr>
      <w:r>
        <w:t>Experience Punakha's rural charm on a one-hour hike to Khamsum Yulley Namgyal Chorten. The path leads through vibrant rice terraces, offering a rare look at farmers using traditional oxen and plows. It is a perfect morning of nature and culture combined.</w:t>
      </w:r>
    </w:p>
    <w:p>
      <w:pPr>
        <w:widowControl/>
      </w:pPr>
      <w:r>
        <w:t>The Khamsum Yulley Namgyal Chorten (Stupa) is an architectural marvel dedicated to Bhutan's protective deities. Completed over nine years by the Queen Mother's commission, it uniquely blends local painting and sculpture. This pagoda-style stupa stands as a spiritual safeguard for the kingdom, reflecting the deep artistic traditions and peaceful philosophy of the Bhutanese people.</w:t>
      </w:r>
    </w:p>
    <w:p>
      <w:pPr>
        <w:widowControl/>
      </w:pPr>
      <w:r>
        <w:t>Inside Khamsum Yulley, admire the sculptures and climb the steep stairs to the roof. From there, enjoy expansive views of Punakha. The landscape transforms with the seasons, as lush green rice paddies in summer turn into captivating golden fields in autumn, providing a beautiful look at the ever-changing valley.</w:t>
      </w:r>
    </w:p>
    <w:p>
      <w:pPr>
        <w:widowControl/>
      </w:pPr>
      <w:r>
        <w:t>Optional Bhutan Punakha Experiences:</w:t>
      </w:r>
    </w:p>
    <w:p>
      <w:pPr>
        <w:widowControl/>
      </w:pPr>
      <w:r>
        <w:t>Punakha Suspension Bridge: If time permit, visit one of Bhutan's longest suspension bridges, spanning 160 meters. This experience will reward you with breathtaking views of the picturesque Punakha Valley and the glacier-fed Po Chu River flowing beneath.</w:t>
      </w:r>
    </w:p>
    <w:p>
      <w:pPr>
        <w:widowControl/>
      </w:pPr>
      <w:r>
        <w:t>Next, head to Sangchhen Dorji Lhuendrup Nunnery. Located on a 1,550-meter hilltop, it offers breathtaking views of the Punakha and Wangduephodrang valleys. The complex serves as a Buddhist college for 120 nuns, featuring a meditation center and training in traditional crafts like Thangka painting and sculpting. It provides a peaceful look into the monastic way of life and spiritual education.</w:t>
      </w:r>
    </w:p>
    <w:p>
      <w:pPr>
        <w:widowControl/>
      </w:pPr>
      <w:r>
        <w:t>Observe the spiritual lives of the nuns and visit the temple featuring a 14-foot bronze statue of Avalokiteshvara. Handcrafted by local artisans, it is the largest in Bhutan, featuring 1,000 hands and eyes. The temple also houses statues of Guru Rinpoche, Zhabdrung Ngawang Namgyal, and the 21 Taras, providing a deep look into Bhutanese religious traditions.</w:t>
      </w:r>
    </w:p>
    <w:p>
      <w:pPr>
        <w:widowControl/>
      </w:pPr>
      <w:r>
        <w:t>After the visit, you will drive to Gangtey (74KM, about 2.5hrs). And stay overnight in Gangtey.</w:t>
      </w:r>
    </w:p>
    <w:p>
      <w:pPr>
        <w:widowControl/>
      </w:pPr>
      <w:r>
        <w:t>Overview: Altitude: 1,350m - 3,040m I Distance: 75km, about 2.5 hours' drive</w:t>
      </w:r>
    </w:p>
    <w:p>
      <w:pPr>
        <w:widowControl/>
      </w:pPr>
      <w:r>
        <w:t>Attractions: 2 Iconic Sites</w:t>
      </w:r>
    </w:p>
    <w:p>
      <w:pPr>
        <w:widowControl/>
      </w:pPr>
      <w:r>
        <w:t>Transport and activities: Vehicle</w:t>
      </w:r>
    </w:p>
    <w:p>
      <w:pPr>
        <w:widowControl/>
      </w:pPr>
      <w:r>
        <w:t>Meals: Breakfast,Lunch,Dinner</w:t>
      </w:r>
    </w:p>
    <w:p>
      <w:pPr>
        <w:widowControl/>
      </w:pPr>
      <w:r>
        <w:t>Accommodation: Gangtey</w:t>
      </w:r>
    </w:p>
    <w:p>
      <w:pPr>
        <w:keepNext/>
        <w:widowControl/>
        <w:spacing w:before="240"/>
      </w:pPr>
      <w:r>
        <w:t>Day 6 Phobjikha Valley Tour | Gangtey Monastery, Gangtey Nature Trail, Black-necked Cranes Information Center</w:t>
      </w:r>
    </w:p>
    <w:p>
      <w:pPr>
        <w:widowControl/>
      </w:pPr>
      <w:r>
        <w:t>Phobjikha Valley is a glacial valley bordering Jigme Singye Wangchuck National Park. Home to the impressive Gangteng Monastery, the region is a critical preserve for black-necked cranes. The valley offers beautiful hiking trails and nature walks, allowing visitors to experience its tranquility and natural beauty while exploring one of Bhutan's most important wildlife habitats.</w:t>
      </w:r>
    </w:p>
    <w:p>
      <w:pPr>
        <w:widowControl/>
      </w:pPr>
      <w:r>
        <w:t>This morning, take a light 4km hike on the Gangtey Nature Trail, starting at Gangtey Monastery (3030m) and descending to Khewang Lhakhang (2850m). Discover the beauty of Phobjikha Valley (2840m), passing through dense forests and rural farmhouses. Between late October and February, you may have the special opportunity to see the rare and endangered Black-necked Cranes in their winter habitat.</w:t>
      </w:r>
    </w:p>
    <w:p>
      <w:pPr>
        <w:widowControl/>
      </w:pPr>
      <w:r>
        <w:t>Tips:1. Dress in layers and wear comfortable hiking shoes. The weather can change quickly in the mountains. 2. Respect wildlife and maintain the cleanliness of the trail.</w:t>
      </w:r>
    </w:p>
    <w:p>
      <w:pPr>
        <w:widowControl/>
      </w:pPr>
      <w:r>
        <w:t>Perched above the Phobjikha Valley, Gangtey Monastery is a spiritual cornerstone of the Nyingmapa tradition. Established to honor Pema Lingpa's vision, this historic site is famous for its connection to Black-necked Cranes. Locals revere these birds, which appear to pay homage to the monastery during migration. To celebrate their arrival, the Black-necked Crane Festival is held annually on November 11, showcasing Bhutan's rich heritage through dramas and sacred dances.</w:t>
      </w:r>
    </w:p>
    <w:p>
      <w:pPr>
        <w:widowControl/>
      </w:pPr>
      <w:r>
        <w:t>At the end of the trail, you will find Khewang Lhakhang, located on the east side of the Phobjikha valley. This 15th-century temple is one of the oldest in the valley and it showcases three impressive two-storey statues of the past, present, and future Buddhas (dusum sangay).</w:t>
      </w:r>
    </w:p>
    <w:p>
      <w:pPr>
        <w:widowControl/>
      </w:pPr>
      <w:r>
        <w:t>Next, visit the Black-necked Crane Information Center to explore educational displays and use high-powered telescopes to observe these rare birds. Since 2003, the center has spearheaded vital conservation efforts for the species. It offers a unique opportunity to study the behavior of over 300 cranes that migrate from Tibet to winter in the Phobjikha Valley.</w:t>
      </w:r>
    </w:p>
    <w:p>
      <w:pPr>
        <w:widowControl/>
      </w:pPr>
      <w:r>
        <w:t>After that, drive back to your hotel in Gangtey.</w:t>
      </w:r>
    </w:p>
    <w:p>
      <w:pPr>
        <w:widowControl/>
      </w:pPr>
      <w:r>
        <w:t>Overview: Altitude: 3,040m</w:t>
      </w:r>
    </w:p>
    <w:p>
      <w:pPr>
        <w:widowControl/>
      </w:pPr>
      <w:r>
        <w:t>Attractions: 3 Iconic Sites</w:t>
      </w:r>
    </w:p>
    <w:p>
      <w:pPr>
        <w:widowControl/>
      </w:pPr>
      <w:r>
        <w:t>Transport and activities: Vehicle</w:t>
      </w:r>
    </w:p>
    <w:p>
      <w:pPr>
        <w:widowControl/>
      </w:pPr>
      <w:r>
        <w:t>Meals: Breakfast,Lunch,Dinner</w:t>
      </w:r>
    </w:p>
    <w:p>
      <w:pPr>
        <w:widowControl/>
      </w:pPr>
      <w:r>
        <w:t>Accommodation: Gangtey</w:t>
      </w:r>
    </w:p>
    <w:p>
      <w:pPr>
        <w:keepNext/>
        <w:widowControl/>
        <w:spacing w:before="240"/>
      </w:pPr>
      <w:r>
        <w:t>Day 7 Gangtey - Trongsa - Bumthang | Pele La Pass (3,420m), Chendebji Chorten, Trongsa Dzong, Yongtong La Pass (3,425m)</w:t>
      </w:r>
    </w:p>
    <w:p>
      <w:pPr>
        <w:widowControl/>
      </w:pPr>
      <w:r>
        <w:t>On this day, you will go for a journey to explore central Bhutan, traveling from Gangtey to Bumthang, covering approximately 160km with a 4.5-hour drive.</w:t>
      </w:r>
    </w:p>
    <w:p>
      <w:pPr>
        <w:widowControl/>
      </w:pPr>
      <w:r>
        <w:t>Travel 80km from Gangtey to Trongsa, a two-hour journey through dense forests and over the Pele La Pass (3,420m). Enter the stunning Mangde Chhu Valley, stopping at the Nepalese-style Chendebji Chorten. As the road winds through the mountains, you'll be treated to sweeping panoramic views of the historic Trongsa Dzong, a masterpiece of Bhutanese architecture set against a magnificent natural backdrop.</w:t>
      </w:r>
    </w:p>
    <w:p>
      <w:pPr>
        <w:widowControl/>
      </w:pPr>
      <w:r>
        <w:t>Visit the majestic Trongsa Dzong, renowned for the most impressive architecture in Bhutan. Perched at 2,200 meters, its strategic design commands the mountainside. This site is deeply tied to the royal family; it is where the current dynasty began and where kings historically governed before ascending the throne. Explore its rich history while admiring its breathtaking position above a sheer gorge.</w:t>
      </w:r>
    </w:p>
    <w:p>
      <w:pPr>
        <w:widowControl/>
      </w:pPr>
      <w:r>
        <w:t>Inside Trongsa Dzong, the country's largest fortress, you will find 23 temples and a maze of historic offices. The site now functions as a museum showcasing royal history and sacred artifacts. The experience peaks on the top floor, which offers a 360-degree panorama of the enchanting scenery, allowing you to see the dzong and surrounding mountains in one view.</w:t>
      </w:r>
    </w:p>
    <w:p>
      <w:pPr>
        <w:widowControl/>
      </w:pPr>
      <w:r>
        <w:t>After lunch, you will travel from Trongsa to Bumthang. Along the way, you will pass Yongtong La Pass, standing at an altitude of 3,425 meters, where you can catch sight of Tibetan stupas and prayer flags. This picturesque drive spans 80 kilometers, leading you towards the captivating cultural destination of Bumthang located in Central Bhutan.</w:t>
      </w:r>
    </w:p>
    <w:p>
      <w:pPr>
        <w:widowControl/>
      </w:pPr>
      <w:r>
        <w:t>Stay overnight in Bumthang.</w:t>
      </w:r>
    </w:p>
    <w:p>
      <w:pPr>
        <w:widowControl/>
      </w:pPr>
      <w:r>
        <w:t>Overview: Altitude: 2,270-2,800m | Distance: 160km, about 4.5 hours' drive</w:t>
      </w:r>
    </w:p>
    <w:p>
      <w:pPr>
        <w:widowControl/>
      </w:pPr>
      <w:r>
        <w:t>Attractions: 3 sites</w:t>
      </w:r>
    </w:p>
    <w:p>
      <w:pPr>
        <w:widowControl/>
      </w:pPr>
      <w:r>
        <w:t>Transport and activities: Vehicle</w:t>
      </w:r>
    </w:p>
    <w:p>
      <w:pPr>
        <w:widowControl/>
      </w:pPr>
      <w:r>
        <w:t>Meals: Breakfast,Lunch,Dinner</w:t>
      </w:r>
    </w:p>
    <w:p>
      <w:pPr>
        <w:widowControl/>
      </w:pPr>
      <w:r>
        <w:t>Accommodation: Bumthang</w:t>
      </w:r>
    </w:p>
    <w:p>
      <w:pPr>
        <w:keepNext/>
        <w:widowControl/>
        <w:spacing w:before="240"/>
      </w:pPr>
      <w:r>
        <w:t>Day 8 Bumthang Tour | Mebartsho (Burning Lake), Kurjey Lhakhang, Jambay Lhakhang, Jakar Dzong, Yathra Weaving Centre (Optional)</w:t>
      </w:r>
    </w:p>
    <w:p>
      <w:pPr>
        <w:widowControl/>
      </w:pPr>
      <w:r>
        <w:t>Today, focus on the highlights of Bumthang, the spiritual heart of the Land of Thunder Dragons. Renowned for its historical legacy and tales of Guru Padmasambhava, this region spans four magnificent valleys. Adorned with religious sites and pristine nature, Bumthang offers a vibrant atmosphere where you can meet friendly locals and explore the unique cultural tapestry of central Bhutan.</w:t>
      </w:r>
    </w:p>
    <w:p>
      <w:pPr>
        <w:widowControl/>
      </w:pPr>
      <w:r>
        <w:t>After breakfast, your first stop will be Mebartsho (Burning Lake). It is a sacred site where Pema Lingpa, a renowned treasure revealer, discovered sacred treasures, Mebartsho holds immense spiritual importance for Bhutanese people. Surrounded by stunning landscapes, Mebartsho offers breathtaking views and a serene atmosphere. Visiting this holy site allows you to experience Bhutan's deep-rooted Buddhist traditions and connect with the local people.</w:t>
      </w:r>
    </w:p>
    <w:p>
      <w:pPr>
        <w:widowControl/>
      </w:pPr>
      <w:r>
        <w:t>Then, visit Kurjey Lhakhang, a significant temple complex famous for the body print left by Guru Rinpoche during his 8th-century meditation. The site consists of three distinct buildings housing 1,000 small statues of the Guru. Outside, a sacred cypress tree stands where his walking stick was placed. This site remains a must-visit destination, offering a deep connection to Bhutanese spiritual history.</w:t>
      </w:r>
    </w:p>
    <w:p>
      <w:pPr>
        <w:widowControl/>
      </w:pPr>
      <w:r>
        <w:t>Next, explore Jambay Lhakhang, one of Bhutan's oldest temples, built in 659 to subdue a Tibetan demoness. Inside, three symbolic stone steps represent the past, present, and future ages. Visit the ancient inner sanctum to see Jampa, the Future Buddha, and walk the kora path lined with 1,000-Buddha murals. This site, revitalized by Guru Rinpoche, remains a captivating landmark of antiquity and spiritual prophecy.</w:t>
      </w:r>
    </w:p>
    <w:p>
      <w:pPr>
        <w:widowControl/>
      </w:pPr>
      <w:r>
        <w:t>Later, visit Jakar Dzong, built in 1549 on a site chosen after a magnificent white bird landed there. Established by Lam Ngagi Wangchuk, the dzong features a sprawling design and a stone pathway through the forest. From the top of this impressive fortress, you will enjoy an unrivaled view of the Choekar Valley, showcasing the natural beauty and history of the Bumthang region.</w:t>
      </w:r>
    </w:p>
    <w:p>
      <w:pPr>
        <w:widowControl/>
      </w:pPr>
      <w:r>
        <w:t>If time permit, don't miss the Yathra Weaving Centre (Optional), which showcases traditional sheep and yak wool textiles. Watch women use backstrap looms to create the elaborate patterns indigenous to Chumey Valley. Weaving is a way of life here, starting from a young age. These authentic Yathra products make for cherished souvenirs and serve as the main source of income for the people of Bumthang.</w:t>
      </w:r>
    </w:p>
    <w:p>
      <w:pPr>
        <w:widowControl/>
      </w:pPr>
      <w:r>
        <w:t>Overview: Altitude: 2,587-2,800m | Distance: 54km, about 1.5-2 hours' drive</w:t>
      </w:r>
    </w:p>
    <w:p>
      <w:pPr>
        <w:widowControl/>
      </w:pPr>
      <w:r>
        <w:t>Attractions: 4 sites</w:t>
      </w:r>
    </w:p>
    <w:p>
      <w:pPr>
        <w:widowControl/>
      </w:pPr>
      <w:r>
        <w:t>Transport and activities: Vehicle</w:t>
      </w:r>
    </w:p>
    <w:p>
      <w:pPr>
        <w:widowControl/>
      </w:pPr>
      <w:r>
        <w:t>Meals: Breakfast,Lunch,Dinner</w:t>
      </w:r>
    </w:p>
    <w:p>
      <w:pPr>
        <w:widowControl/>
      </w:pPr>
      <w:r>
        <w:t>Accommodation: Bumthang</w:t>
      </w:r>
    </w:p>
    <w:p>
      <w:pPr>
        <w:keepNext/>
        <w:widowControl/>
        <w:spacing w:before="240"/>
      </w:pPr>
      <w:r>
        <w:t>Day 9 Bumthang - Wangdue Phodrang - Punakha | Rinchengang Village</w:t>
      </w:r>
    </w:p>
    <w:p>
      <w:pPr>
        <w:widowControl/>
      </w:pPr>
      <w:r>
        <w:t>After breakfast, you will depart from central Bhutan and head back to Western Bhutan. Along the way, you will make a stop in Wangdue Phodrang. The distance from Bumthang to Wangdue Phodrang is approximately 200 kilometers, and the car journey takes approximately 6 hours.</w:t>
      </w:r>
    </w:p>
    <w:p>
      <w:pPr>
        <w:widowControl/>
      </w:pPr>
      <w:r>
        <w:t>Upon your arrival in Wangdue Phodrang, make sure to visit Rinchengang Village, one of the oldest villages in Bhutan. This quaint clustered village is renowned for its mastery of traditional stonework. The village's fame stems from its deep-rooted cultural heritage and the exceptional craftsmanship displayed in its traditional stonework. Situated across the Wangdue Phodrang Dzong, with the Punatsangchhu River flowing alongside the highway, Rinchengang Village is nestled amidst hilly terrain.</w:t>
      </w:r>
    </w:p>
    <w:p>
      <w:pPr>
        <w:widowControl/>
      </w:pPr>
      <w:r>
        <w:t>From a small hillock, you can enjoy a breathtaking view of the majestic Wangdue Phodrang Dzong, while traditional houses grace the landscape, adding to its picturesque charm. Rinchengang Village is also known for its warm and welcoming locals, who eagerly share their cultural traditions with visitors. By immersing yourself in the village, you can gain insight into the authentic Bhutanese way of life. Explore the narrow alleys and cobbled streets that wind through the village, passing by traditional houses adorned with intricate carvings and paintings.</w:t>
      </w:r>
    </w:p>
    <w:p>
      <w:pPr>
        <w:widowControl/>
      </w:pPr>
      <w:r>
        <w:t>After the tour, be transferred to Punakha. Stay in Punakha.</w:t>
      </w:r>
    </w:p>
    <w:p>
      <w:pPr>
        <w:widowControl/>
      </w:pPr>
      <w:r>
        <w:t>Overview: Altitude: 1,310-2,800m | Distance: 214km, about 6-6.5 hours' drive</w:t>
      </w:r>
    </w:p>
    <w:p>
      <w:pPr>
        <w:widowControl/>
      </w:pPr>
      <w:r>
        <w:t>Attractions: 1 site</w:t>
      </w:r>
    </w:p>
    <w:p>
      <w:pPr>
        <w:widowControl/>
      </w:pPr>
      <w:r>
        <w:t>Transport and activities: Vehicle</w:t>
      </w:r>
    </w:p>
    <w:p>
      <w:pPr>
        <w:widowControl/>
      </w:pPr>
      <w:r>
        <w:t>Meals: Breakfast,Lunch,Dinner</w:t>
      </w:r>
    </w:p>
    <w:p>
      <w:pPr>
        <w:widowControl/>
      </w:pPr>
      <w:r>
        <w:t>Accommodation: Punakha</w:t>
      </w:r>
    </w:p>
    <w:p>
      <w:pPr>
        <w:keepNext/>
        <w:widowControl/>
        <w:spacing w:before="240"/>
      </w:pPr>
      <w:r>
        <w:t>Day 10 Punakha - Paro | Paro Dzong, Bhutan National Museum (Ta Dzong)</w:t>
      </w:r>
    </w:p>
    <w:p>
      <w:pPr>
        <w:widowControl/>
      </w:pPr>
      <w:r>
        <w:t>After breakfast, you will begin your return journey from Punakha to Paro (115km, about 3 hours). After arrive in Paro, you will have the opportunity to visit Paro Dzong (Rinpung Dzong). This magnificent fortress stands tall and proud, serving as a beacon of history and culture in Bhutan. Rinpung Dzong was constructed in 1646 by Shabdrung Ngawang Namgyal (1594-1651), a pivotal figure in Bhutanese history who is revered as the founder of the modern Bhutanese state and a national hero. His enduring legacy continues to shape the country's identity and cultural landscape. Located near the pristine Paro Chu River, Paro Dzong can be accessed via a traditional wooden cantilever bridge, providing you breathtaking panoramic views of the enchanting Paro Valley.</w:t>
      </w:r>
    </w:p>
    <w:p>
      <w:pPr>
        <w:widowControl/>
      </w:pPr>
      <w:r>
        <w:t>If you hike a little further, you will reach the Bhutan National Museum (Ta Dzong), which holds the distinction of being Bhutan's tallest building. Originally constructed in 1649 as a watchtower overlooking the Paro Dzong, it was later transformed into the National Museum of Bhutan in 1968. At the museum, you can immerse yourself in a rich collection of ancient artifacts such as pottery, armor, thangkas, masks, stamps, photographs, statues, costumes, relics, stone axes, and religious paintings.</w:t>
      </w:r>
    </w:p>
    <w:p>
      <w:pPr>
        <w:widowControl/>
      </w:pPr>
      <w:r>
        <w:t>Note: Please note that Paro Dzong is open from 9 AM to 5 PM on weekdays and from 10 AM to 4 PM on weekends. If you can't make it to the opening hours, we suggest visiting the Paro Local Market instead. It's a place where locals and tourists alike come to shop for traditional Bhutanese handicrafts, textiles, jewelry, and other local produce. It offers a glimpse into the daily life and culture of Bhutan.</w:t>
      </w:r>
    </w:p>
    <w:p>
      <w:pPr>
        <w:widowControl/>
      </w:pPr>
      <w:r>
        <w:t>Stay overnight in Paro.</w:t>
      </w:r>
    </w:p>
    <w:p>
      <w:pPr>
        <w:widowControl/>
      </w:pPr>
      <w:r>
        <w:t>Overview: Altitude: 1,310-2,270m | Distance: 115km, about 3-3.5 hours' drive</w:t>
      </w:r>
    </w:p>
    <w:p>
      <w:pPr>
        <w:widowControl/>
      </w:pPr>
      <w:r>
        <w:t>Attractions: 2 sites</w:t>
      </w:r>
    </w:p>
    <w:p>
      <w:pPr>
        <w:widowControl/>
      </w:pPr>
      <w:r>
        <w:t>Transport and activities: Vehicle</w:t>
      </w:r>
    </w:p>
    <w:p>
      <w:pPr>
        <w:widowControl/>
      </w:pPr>
      <w:r>
        <w:t>Meals: Breakfast,Lunch,Dinner</w:t>
      </w:r>
    </w:p>
    <w:p>
      <w:pPr>
        <w:widowControl/>
      </w:pPr>
      <w:r>
        <w:t>Accommodation: Paro</w:t>
      </w:r>
    </w:p>
    <w:p>
      <w:pPr>
        <w:keepNext/>
        <w:widowControl/>
        <w:spacing w:before="240"/>
      </w:pPr>
      <w:r>
        <w:t>Day 11 Paro Departure | Hotel Check-out and Airport See-off</w:t>
      </w:r>
    </w:p>
    <w:p>
      <w:pPr>
        <w:widowControl/>
      </w:pPr>
      <w:r>
        <w:t>Happiness is a place, wish you had gotten your happiness philosophy from the beautiful Himalayan country with us. It is time to end your 11-day Bhutan Group Tour to Western and Central Bhutan. Your guide will escort you to Paro International Airport for your flight to your next destination.</w:t>
      </w:r>
    </w:p>
    <w:p>
      <w:pPr>
        <w:widowControl/>
      </w:pPr>
      <w:r>
        <w:t>Extension Ideas: If you prefer to travel for a longer duration in Bhutan, you can extend your trip to other highlighted parts of the country, such as Haa and the eastern region of Bhutan.</w:t>
      </w:r>
    </w:p>
    <w:p>
      <w:pPr>
        <w:widowControl/>
      </w:pPr>
      <w:r>
        <w:t>Thank you for choosing Asia Odyssey Travel (AOT) for your Bhutan tour, we are always here working for you and hope to see you again for your next trip to China/Asia. Safe journey!</w:t>
      </w:r>
    </w:p>
    <w:p>
      <w:pPr>
        <w:widowControl/>
      </w:pPr>
      <w:r>
        <w:t>Overview: Altitude: 2,270m I Distance: 8km, about 0.5 hours' drive</w:t>
      </w:r>
    </w:p>
    <w:p>
      <w:pPr>
        <w:widowControl/>
      </w:pPr>
      <w:r>
        <w:t>Attractions: none</w:t>
      </w:r>
    </w:p>
    <w:p>
      <w:pPr>
        <w:widowControl/>
      </w:pPr>
      <w:r>
        <w:t>Transport and activities: Vehicle</w:t>
      </w:r>
    </w:p>
    <w:p>
      <w:pPr>
        <w:widowControl/>
      </w:pPr>
      <w:r>
        <w:t>Accommodation: none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Days Bhutan Group Tour: Unveiling Western &amp; Central Bhutan</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