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11天不丹团体游：探索不丹西部与中部</w:t>
      </w:r>
    </w:p>
    <w:p>
      <w:pPr>
        <w:widowControl/>
      </w:pPr>
      <w:r>
        <w:t>线路编号：AOT-BT-D</w:t>
      </w:r>
    </w:p>
    <w:p>
      <w:pPr>
        <w:keepNext/>
        <w:widowControl/>
        <w:spacing w:before="240"/>
      </w:pPr>
      <w:r>
        <w:t>第1天 抵达不丹帕罗 | 机场接机与酒店入住、帕罗机场鸟瞰点、不丹传统服饰体验</w:t>
      </w:r>
    </w:p>
    <w:p>
      <w:pPr>
        <w:widowControl/>
      </w:pPr>
      <w:r>
        <w:t>扎西德勒，欢迎来到不丹！踏入这片喜马拉雅净土，感受这个森林覆盖率达71%的国度送来的清爽微风。您的当地导游将在帕罗国际机场迎接您——这是不丹唯一的国际航空枢纽，确保您在“最后的香格里拉”的旅程顺利开启。</w:t>
      </w:r>
    </w:p>
    <w:p>
      <w:pPr>
        <w:widowControl/>
      </w:pPr>
      <w:r>
        <w:t>作为不丹的主要门户，帕罗（海拔2,270米）是传奇虎穴寺的所在地，这里将深厚的宗教底蕴与原始自然之美融为一体。三月到访的游客可以体验帕罗戒楚节，这是庆祝莲花生大师生辰的盛大节日，以神圣的面具舞和丰富的仪式为特色。帕罗是任何想要领略喜马拉雅文化遗产和壮丽景观的旅行者必访之地。</w:t>
      </w:r>
    </w:p>
    <w:p>
      <w:pPr>
        <w:widowControl/>
      </w:pPr>
      <w:r>
        <w:t>在机场鸟瞰点停留，欣赏帕罗河谷的壮丽景色。从这里，您可以看到仁蓬宗和蜿蜒的帕罗楚河，导游会为您讲解这座机场的独特历史。随后，前往酒店休息并适应环境，确保您为接下来的旅程恢复精力。</w:t>
      </w:r>
    </w:p>
    <w:p>
      <w:pPr>
        <w:widowControl/>
      </w:pPr>
      <w:r>
        <w:t>享受AOT提供的以下免费体验：</w:t>
      </w:r>
    </w:p>
    <w:p>
      <w:pPr>
        <w:widowControl/>
      </w:pPr>
      <w:r>
        <w:t>1. 民族服饰体验：穿上传统的Gho（男士）和Kira（女士）。这些服装以精美的编织图案为特色，展示了不丹丰富的纺织遗产。</w:t>
      </w:r>
    </w:p>
    <w:p>
      <w:pPr>
        <w:widowControl/>
      </w:pPr>
      <w:r>
        <w:t>2. 不丹红米酒：品尝当地红米酒，这是一种传统的发酵饮品，以微甜的口感和比啤酒更低的酒精度而闻名。</w:t>
      </w:r>
    </w:p>
    <w:p>
      <w:pPr>
        <w:widowControl/>
      </w:pPr>
      <w:r>
        <w:t>如果所有成员在中午前抵达，您的导游可以带领您自费参观仁蓬宗和国家博物馆（需支付门票）。请注意，帕罗宗平日上午9点至下午5点开放，周末上午10点至下午4点开放。进入这些历史遗址需要持证导游和安检。</w:t>
      </w:r>
    </w:p>
    <w:p>
      <w:pPr>
        <w:widowControl/>
      </w:pPr>
      <w:r>
        <w:t>自由活动建议：</w:t>
      </w:r>
    </w:p>
    <w:p>
      <w:pPr>
        <w:widowControl/>
      </w:pPr>
      <w:r>
        <w:t>1. 当地市场：穿着传统服饰探索帕罗的街道，看看红辣椒和当地奶酪等正宗食材。</w:t>
      </w:r>
    </w:p>
    <w:p>
      <w:pPr>
        <w:widowControl/>
      </w:pPr>
      <w:r>
        <w:t>2. 射箭：在传统的140米射箭场尝试这项国家运动。</w:t>
      </w:r>
    </w:p>
    <w:p>
      <w:pPr>
        <w:widowControl/>
      </w:pPr>
      <w:r>
        <w:t>如需更多个性化建议，请提前联系您的导游。</w:t>
      </w:r>
    </w:p>
    <w:p>
      <w:pPr>
        <w:widowControl/>
      </w:pPr>
      <w:r>
        <w:t>抵达方式：</w:t>
      </w:r>
    </w:p>
    <w:p>
      <w:pPr>
        <w:widowControl/>
      </w:pPr>
      <w:r>
        <w:t>通过航空或陆路抵达不丹都很方便。帕罗国际机场是主要枢纽，提供来自德里、加尔各答、巴格多格拉、加雅、古瓦哈提、达卡、曼谷、加德满都、樟宜等主要城市的航班。或者，旅行者可以通过印度的彭措林或盖莱普经陆路进入。来自香港和吉隆坡的季节性包机提供额外的便捷出行选择。</w:t>
      </w:r>
    </w:p>
    <w:p>
      <w:pPr>
        <w:widowControl/>
      </w:pPr>
      <w:r>
        <w:t>重要提醒：</w:t>
      </w:r>
    </w:p>
    <w:p>
      <w:pPr>
        <w:widowControl/>
      </w:pPr>
      <w:r>
        <w:t>航班预订：我们可以协助您直接预订飞往帕罗的航班。</w:t>
      </w:r>
    </w:p>
    <w:p>
      <w:pPr>
        <w:widowControl/>
      </w:pPr>
      <w:r>
        <w:t>电子签证：大多数国籍需要提前办理电子签证（40美元）。</w:t>
      </w:r>
    </w:p>
    <w:p>
      <w:pPr>
        <w:widowControl/>
      </w:pPr>
      <w:r>
        <w:t>印度、孟加拉国和马尔代夫：印度公民需要许可证（护照或选民身份证）。来自孟加拉国和马尔代夫的游客需要签证，可提前办理或落地办理。</w:t>
      </w:r>
    </w:p>
    <w:p>
      <w:pPr>
        <w:widowControl/>
      </w:pPr>
      <w:r>
        <w:t>概述：海拔：2,270米 | 距离：8公里，约0.5小时车程</w:t>
      </w:r>
    </w:p>
    <w:p>
      <w:pPr>
        <w:widowControl/>
      </w:pPr>
      <w:r>
        <w:t>景点：根据您的航班时间探索</w:t>
      </w:r>
    </w:p>
    <w:p>
      <w:pPr>
        <w:widowControl/>
      </w:pPr>
      <w:r>
        <w:t>交通与活动：车辆</w:t>
      </w:r>
    </w:p>
    <w:p>
      <w:pPr>
        <w:widowControl/>
      </w:pPr>
      <w:r>
        <w:t>用餐：晚餐</w:t>
      </w:r>
    </w:p>
    <w:p>
      <w:pPr>
        <w:widowControl/>
      </w:pPr>
      <w:r>
        <w:t>住宿：帕罗</w:t>
      </w:r>
    </w:p>
    <w:p>
      <w:pPr>
        <w:keepNext/>
        <w:widowControl/>
        <w:spacing w:before="240"/>
      </w:pPr>
      <w:r>
        <w:t>第2天 帕罗之旅：虎穴寺徒步与祈楚寺</w:t>
      </w:r>
    </w:p>
    <w:p>
      <w:pPr>
        <w:widowControl/>
      </w:pPr>
      <w:r>
        <w:t>清晨出发，徒步前往虎穴寺——不丹最重要的佛教圣地。从帕罗驱车约12公里、30分钟即可到达登山口。抵达后，您将踏上著名的徒步路线，前往这座耸立在山谷高处的世界知名寺院。</w:t>
      </w:r>
    </w:p>
    <w:p>
      <w:pPr>
        <w:widowControl/>
      </w:pPr>
      <w:r>
        <w:t>前往虎穴寺的徒步全程9.6公里，约需5至6小时。如果想轻松一些，可以骑马（自费可选项目）到达半山腰的餐厅。沿途可欣赏帕罗谷全景、经幡飘扬的森林，若在4月，还能看到盛开的杜鹃花，为这段旅程增添色彩。</w:t>
      </w:r>
    </w:p>
    <w:p>
      <w:pPr>
        <w:widowControl/>
      </w:pPr>
      <w:r>
        <w:t>仰望虎穴寺（海拔3,120米），您将看到不丹最神圣的圣地高悬于山谷之上900米处。传说莲花生大师骑着一只老虎来此冥想。</w:t>
      </w:r>
    </w:p>
    <w:p>
      <w:pPr>
        <w:widowControl/>
      </w:pPr>
      <w:r>
        <w:t>接下来，参观祈楚寺。这座7世纪的杰作是松赞干布王建造的108座寺庙之一。它被称为千手观音寺，传说曾因降伏一位巨大女魔而闻名。作为王国最古老的圣地之一，它至今仍是皇家庆典的重要中心，让人深切感受到不丹古老的佛教根源。</w:t>
      </w:r>
    </w:p>
    <w:p>
      <w:pPr>
        <w:widowControl/>
      </w:pPr>
      <w:r>
        <w:t>主殿内珍藏着一件国宝：一尊神圣的释迦牟尼佛像，与西藏受人敬仰的觉沃佛像如出一辙。寺内还供奉着伟大的宁玛派大师顶果钦哲仁波切的舍利塔。从唐东杰布锻造的古老铁链到独特的精神法器，每一处细节都保留着这座圣地的深厚历史与宗教底蕴。</w:t>
      </w:r>
    </w:p>
    <w:p>
      <w:pPr>
        <w:widowControl/>
      </w:pPr>
      <w:r>
        <w:t>最后，返回帕罗过夜。</w:t>
      </w:r>
    </w:p>
    <w:p>
      <w:pPr>
        <w:widowControl/>
      </w:pPr>
      <w:r>
        <w:t>可选帕罗体验：</w:t>
      </w:r>
    </w:p>
    <w:p>
      <w:pPr>
        <w:widowControl/>
      </w:pPr>
      <w:r>
        <w:t>1. 不丹传统热石浴（1小时）。</w:t>
      </w:r>
    </w:p>
    <w:p>
      <w:pPr>
        <w:widowControl/>
      </w:pPr>
      <w:r>
        <w:t>2. 在祈楚寺点酥油灯祈福（108盏）。</w:t>
      </w:r>
    </w:p>
    <w:p>
      <w:pPr>
        <w:widowControl/>
      </w:pPr>
      <w:r>
        <w:t>温馨提示：</w:t>
      </w:r>
    </w:p>
    <w:p>
      <w:pPr>
        <w:widowControl/>
      </w:pPr>
      <w:r>
        <w:t>最佳时间：3月至5月或10月至12月前往。尽早出发以获得最佳光线，因为午后景点会落入阴影。</w:t>
      </w:r>
    </w:p>
    <w:p>
      <w:pPr>
        <w:widowControl/>
      </w:pPr>
      <w:r>
        <w:t>骑马：马匹仅上山至指定中点；剩余上山路段及整个下山路段必须步行完成。</w:t>
      </w:r>
    </w:p>
    <w:p>
      <w:pPr>
        <w:widowControl/>
      </w:pPr>
      <w:r>
        <w:t>寄存与现金：寺内禁止携带手机和包袋。请将其寄存在入口处，但若想点酥油灯，请随身携带现金。</w:t>
      </w:r>
    </w:p>
    <w:p>
      <w:pPr>
        <w:widowControl/>
      </w:pPr>
      <w:r>
        <w:t>流浪狗：您可能会遇到当地狗；请保持尊重距离，避免打扰它们。</w:t>
      </w:r>
    </w:p>
    <w:p>
      <w:pPr>
        <w:widowControl/>
      </w:pPr>
      <w:r>
        <w:t>概述：海拔：2,270-3,120米 距离：30公里，约1.5小时车程</w:t>
      </w:r>
    </w:p>
    <w:p>
      <w:pPr>
        <w:widowControl/>
      </w:pPr>
      <w:r>
        <w:t>景点：2个标志性景点</w:t>
      </w:r>
    </w:p>
    <w:p>
      <w:pPr>
        <w:widowControl/>
      </w:pPr>
      <w:r>
        <w:t>交通与活动：车辆</w:t>
      </w:r>
    </w:p>
    <w:p>
      <w:pPr>
        <w:widowControl/>
      </w:pPr>
      <w:r>
        <w:t>用餐：早餐，午餐，晚餐</w:t>
      </w:r>
    </w:p>
    <w:p>
      <w:pPr>
        <w:widowControl/>
      </w:pPr>
      <w:r>
        <w:t>住宿：帕罗</w:t>
      </w:r>
    </w:p>
    <w:p>
      <w:pPr>
        <w:keepNext/>
        <w:widowControl/>
        <w:spacing w:before="240"/>
      </w:pPr>
      <w:r>
        <w:t>第3天 帕罗至廷布之旅：塔姆乔寺铁桥、佛陀点、国家纪念塔、羚牛保护区、廷布宗</w:t>
      </w:r>
    </w:p>
    <w:p>
      <w:pPr>
        <w:widowControl/>
      </w:pPr>
      <w:r>
        <w:t>今天，我们前往不丹首都廷布，车程约1.5小时（50公里）。途中，我们将在塔姆乔寺铁桥停留。抵达廷布（海拔2,340米）后，您将享受一整天的观光，参观佛陀多登玛雕像、国家纪念塔、莫提塘羚牛保护区和历史悠久的扎西却宗。</w:t>
      </w:r>
    </w:p>
    <w:p>
      <w:pPr>
        <w:widowControl/>
      </w:pPr>
      <w:r>
        <w:t>在塔姆乔寺铁桥停留，体验一段独特的15世纪历史。这座建筑由“铁桥建造者”唐东杰布建造，以铁链和彩色经幡为特色。虽然寺庙仅限外部参观，但走在桥上，能以一种罕见的触觉方式连接神圣的不丹工程和帕罗河的美景。</w:t>
      </w:r>
    </w:p>
    <w:p>
      <w:pPr>
        <w:widowControl/>
      </w:pPr>
      <w:r>
        <w:t>然后，参观佛陀多登玛雕像（佛陀点），这是世界上最大的释迦牟尼坐像，也是廷布的金色地标。这座51.5米高的圣像内供有125,000尊小佛像，在节日期间会举行神圣的金刚舞。除了精神力量，该地点还提供了壮丽的 panorama，从山谷最高观景点之一俯瞰城市独特的红绿色屋顶建筑。</w:t>
      </w:r>
    </w:p>
    <w:p>
      <w:pPr>
        <w:widowControl/>
      </w:pPr>
      <w:r>
        <w:t>作为不丹最大的城市，廷布以其没有红绿灯和铁路而独特。从国家纪念塔开始您的游览，您可以加入当地人顺时针转经（绕行）。这一传统做法提供了一种有意义的方式与居民互动，了解他们的日常生活和定义这个王国的深刻幸福哲学。</w:t>
      </w:r>
    </w:p>
    <w:p>
      <w:pPr>
        <w:widowControl/>
      </w:pPr>
      <w:r>
        <w:t>参观国家纪念塔，这是一座标志性的佛塔，为纪念“现代不丹之父”而建，象征着世界和平。之后，探索莫提塘羚牛保护区，观赏不丹的国兽。传说羚牛——山羊和牛的独特混合体——是由“神圣疯僧”竹巴昆列创造的，让您一窥这个王国的神话和自然遗产。</w:t>
      </w:r>
    </w:p>
    <w:p>
      <w:pPr>
        <w:widowControl/>
      </w:pPr>
      <w:r>
        <w:t>探索扎西却宗，“光荣宗教的堡垒”，自1952年以来一直是不丹的政府所在地。它位于旺楚河畔，内有国王办公室和杰堪布的夏宫。秋季，其北院会举办廷布策秋节，以神圣的面具舞和文化仪式闻名。</w:t>
      </w:r>
    </w:p>
    <w:p>
      <w:pPr>
        <w:widowControl/>
      </w:pPr>
      <w:r>
        <w:t>注意：廷布宗平日向游客开放时间为下午5:00至6:30，周末为上午10:00至下午4:00。进入需要导游和安检。如果时间合适，您可能会目睹一天结束时的传统降旗仪式。</w:t>
      </w:r>
    </w:p>
    <w:p>
      <w:pPr>
        <w:widowControl/>
      </w:pPr>
      <w:r>
        <w:t>之后，在民俗遗产博物馆餐厅享用正宗晚餐，该餐厅由王太后建立，旨在保护不丹的烹饪传统。这个独特的场所让您真正品尝到当地遗产。</w:t>
      </w:r>
    </w:p>
    <w:p>
      <w:pPr>
        <w:widowControl/>
      </w:pPr>
      <w:r>
        <w:t>夜宿廷布。</w:t>
      </w:r>
    </w:p>
    <w:p>
      <w:pPr>
        <w:widowControl/>
      </w:pPr>
      <w:r>
        <w:t>可选的不丹廷布体验：</w:t>
      </w:r>
    </w:p>
    <w:p>
      <w:pPr>
        <w:widowControl/>
      </w:pPr>
      <w:r>
        <w:t>民俗遗产博物馆：如果时间允许，您可以参观民俗遗产博物馆，这是一个了解不丹乡村过去的迷人窗口，由不丹王太后建立。</w:t>
      </w:r>
    </w:p>
    <w:p>
      <w:pPr>
        <w:widowControl/>
      </w:pPr>
      <w:r>
        <w:t>简单不丹博物馆：如果时间允许，您可以参观简单不丹博物馆，探索更多关于不丹文化。</w:t>
      </w:r>
    </w:p>
    <w:p>
      <w:pPr>
        <w:widowControl/>
      </w:pPr>
      <w:r>
        <w:t>不丹邮票印制：完全可用的邮票，印有个人肖像（不丹邮局：工作日：上午9点至下午5点；周六：上午9点至下午1点；周日休息）。</w:t>
      </w:r>
    </w:p>
    <w:p>
      <w:pPr>
        <w:widowControl/>
      </w:pPr>
      <w:r>
        <w:t>概述：海拔：2,270-2,300米 距离：50公里，约1.5小时车程</w:t>
      </w:r>
    </w:p>
    <w:p>
      <w:pPr>
        <w:widowControl/>
      </w:pPr>
      <w:r>
        <w:t>景点：5个标志性景点</w:t>
      </w:r>
    </w:p>
    <w:p>
      <w:pPr>
        <w:widowControl/>
      </w:pPr>
      <w:r>
        <w:t>交通与活动：车辆</w:t>
      </w:r>
    </w:p>
    <w:p>
      <w:pPr>
        <w:widowControl/>
      </w:pPr>
      <w:r>
        <w:t>用餐：早餐、午餐、晚餐</w:t>
      </w:r>
    </w:p>
    <w:p>
      <w:pPr>
        <w:widowControl/>
      </w:pPr>
      <w:r>
        <w:t>住宿：廷布</w:t>
      </w:r>
    </w:p>
    <w:p>
      <w:pPr>
        <w:keepNext/>
        <w:widowControl/>
        <w:spacing w:before="240"/>
      </w:pPr>
      <w:r>
        <w:t>第4天 廷布至普那卡之旅：多楚拉山口（3,120米）、奇美寺、普那卡宗</w:t>
      </w:r>
    </w:p>
    <w:p>
      <w:pPr>
        <w:widowControl/>
      </w:pPr>
      <w:r>
        <w:t>今天，您将从廷布出发，途经多楚拉山口前往普那卡，全程74公里，约2.5小时车程。这不仅仅是一次驾车旅行，更是一场穿越不同海拔和多样地貌的旅程，为您带来视觉盛宴。从海拔较高、气候较凉爽的廷布（2,300米）出发，沿着国道行驶，向上穿越雄伟的多楚拉山口（3,120米）。翻越山口后，您将下行进入温暖葱郁的普那卡山谷（1,330米）。</w:t>
      </w:r>
    </w:p>
    <w:p>
      <w:pPr>
        <w:widowControl/>
      </w:pPr>
      <w:r>
        <w:t>途中，在多楚拉山口停留，欣赏喜马拉雅山脉的全景，包括海拔7,570米的干卡本森峰。瞻仰为阵亡将士和世界和平而建的108座纪念佛塔。您可以在咖啡馆享用咖啡，感受宁静的氛围，或在神圣的佛塔和经幡间漫步，这里是不丹最美丽的山间停留点之一。</w:t>
      </w:r>
    </w:p>
    <w:p>
      <w:pPr>
        <w:widowControl/>
      </w:pPr>
      <w:r>
        <w:t>继续前往普那卡，徒步前往奇美寺，即求子寺。这座寺庙为纪念“神狂”竹巴衮列而建，寺庙及周边村庄以用男性生殖器符号驱邪而闻名。作为著名的圣地，许多无子女的女性前来祈求祝福。您可能会看到僧侣们用木制生殖器举行传统仪式，为希望怀孕的人赐福。</w:t>
      </w:r>
    </w:p>
    <w:p>
      <w:pPr>
        <w:widowControl/>
      </w:pPr>
      <w:r>
        <w:t>之后，驱车前往旧都普那卡，参观宏伟的普那卡宗。这座建筑奇观位于风景秀丽的河流交汇处，是1000名僧侣的冬季住所，也是皇家婚礼的举办地。春季来访可欣赏紫色的蓝花楹盛开，或参加普那卡戒楚节，观看传统面具舞，欣赏身着美丽民族服饰的当地人。</w:t>
      </w:r>
    </w:p>
    <w:p>
      <w:pPr>
        <w:widowControl/>
      </w:pPr>
      <w:r>
        <w:t>穿过巴扎姆桥后，进入普那卡宗，欣赏其无钉建筑和六层中央塔楼。与大多数宗不同，它拥有三个庭院，分别用于行政、僧侣生活和神圣仪式。参观南殿，瞻仰夏尊和贝玛林巴的遗骸，然后探索百柱大殿，其以描绘佛陀精神之旅的惊人壁画而闻名。</w:t>
      </w:r>
    </w:p>
    <w:p>
      <w:pPr>
        <w:widowControl/>
      </w:pPr>
      <w:r>
        <w:t>注意：普那卡宗的游客开放时间为工作日9:00至17:00，周末10:00至16:00。参观宗堡需有导游陪同。进入参观前需进行安全检查。</w:t>
      </w:r>
    </w:p>
    <w:p>
      <w:pPr>
        <w:widowControl/>
      </w:pPr>
      <w:r>
        <w:t>夜宿普那卡，准备迎接第二天的旅程。</w:t>
      </w:r>
    </w:p>
    <w:p>
      <w:pPr>
        <w:widowControl/>
      </w:pPr>
      <w:r>
        <w:t>概述：海拔：2,300-1,350米 距离：74公里，约2.5小时车程</w:t>
      </w:r>
    </w:p>
    <w:p>
      <w:pPr>
        <w:widowControl/>
      </w:pPr>
      <w:r>
        <w:t>景点：2个标志性景点</w:t>
      </w:r>
    </w:p>
    <w:p>
      <w:pPr>
        <w:widowControl/>
      </w:pPr>
      <w:r>
        <w:t>交通与活动：车辆</w:t>
      </w:r>
    </w:p>
    <w:p>
      <w:pPr>
        <w:widowControl/>
      </w:pPr>
      <w:r>
        <w:t>用餐：早餐、午餐、晚餐</w:t>
      </w:r>
    </w:p>
    <w:p>
      <w:pPr>
        <w:widowControl/>
      </w:pPr>
      <w:r>
        <w:t>住宿：普那卡</w:t>
      </w:r>
    </w:p>
    <w:p>
      <w:pPr>
        <w:keepNext/>
        <w:widowControl/>
        <w:spacing w:before="240"/>
      </w:pPr>
      <w:r>
        <w:t>第5天 普那卡至岗提之旅：卡姆沙耶里纳耶纪念塔、漂流（可选）、桑滕多吉伦珠尼姑庵</w:t>
      </w:r>
    </w:p>
    <w:p>
      <w:pPr>
        <w:widowControl/>
      </w:pPr>
      <w:r>
        <w:t>体验普那卡的田园魅力，徒步一小时前往卡姆沙耶里纳耶纪念塔。小径穿过生机勃勃的稻田，让您难得一见农民使用传统牛耕和犁地的场景。这是一个自然与文化完美结合的早晨。</w:t>
      </w:r>
    </w:p>
    <w:p>
      <w:pPr>
        <w:widowControl/>
      </w:pPr>
      <w:r>
        <w:t>卡姆沙耶里纳耶纪念塔（佛塔）是一座建筑奇迹，供奉着不丹的护法神。由王太后下令修建，历时九年完成，独特地融合了当地绘画和雕塑。这座宝塔式佛塔是不丹王国的精神守护，反映了不丹人民深厚的艺术传统与和平哲学。</w:t>
      </w:r>
    </w:p>
    <w:p>
      <w:pPr>
        <w:widowControl/>
      </w:pPr>
      <w:r>
        <w:t>在卡姆沙耶里纳耶纪念塔内部，欣赏雕塑并爬上陡峭的楼梯到达屋顶。从那里，欣赏普那卡的开阔景色。景观随季节变化，夏季郁郁葱葱的绿色稻田在秋季变成迷人的金色田野，让您欣赏到不断变化的山谷美景。</w:t>
      </w:r>
    </w:p>
    <w:p>
      <w:pPr>
        <w:widowControl/>
      </w:pPr>
      <w:r>
        <w:t>可选的不丹普那卡体验：</w:t>
      </w:r>
    </w:p>
    <w:p>
      <w:pPr>
        <w:widowControl/>
      </w:pPr>
      <w:r>
        <w:t>普那卡吊桥：如果时间允许，参观不丹最长的吊桥之一，全长160米。这一体验将奖励您欣赏到风景如画的普那卡山谷和桥下流淌的冰川融水普楚河的壮丽景色。</w:t>
      </w:r>
    </w:p>
    <w:p>
      <w:pPr>
        <w:widowControl/>
      </w:pPr>
      <w:r>
        <w:t>接下来，前往桑滕多吉伦珠尼姑庵。它位于海拔1,550米的山顶上，可欣赏到普那卡和旺杜波德朗山谷的壮丽景色。该建筑群是120名尼姑的佛学院，设有冥想中心，并提供唐卡绘画和雕塑等传统工艺培训。它为了解寺院生活方式和精神教育提供了宁静的视角。</w:t>
      </w:r>
    </w:p>
    <w:p>
      <w:pPr>
        <w:widowControl/>
      </w:pPr>
      <w:r>
        <w:t>观察尼姑们的精神生活，并参观寺庙，内有14英尺高的观世音菩萨青铜像。由当地工匠手工制作，是不丹最大的，有1000只手和眼睛。寺庙还供奉着莲花生大士、夏尊·阿旺南杰和21度母的雕像，让您深入了解不丹的宗教传统。</w:t>
      </w:r>
    </w:p>
    <w:p>
      <w:pPr>
        <w:widowControl/>
      </w:pPr>
      <w:r>
        <w:t>参观结束后，您将乘车前往岗提（74公里，约2.5小时）。并在岗提过夜。</w:t>
      </w:r>
    </w:p>
    <w:p>
      <w:pPr>
        <w:widowControl/>
      </w:pPr>
      <w:r>
        <w:t>概述：海拔：1,350米 - 3,040米 | 距离：75公里，约2.5小时车程</w:t>
      </w:r>
    </w:p>
    <w:p>
      <w:pPr>
        <w:widowControl/>
      </w:pPr>
      <w:r>
        <w:t>景点：2个标志性景点</w:t>
      </w:r>
    </w:p>
    <w:p>
      <w:pPr>
        <w:widowControl/>
      </w:pPr>
      <w:r>
        <w:t>交通与活动：车辆</w:t>
      </w:r>
    </w:p>
    <w:p>
      <w:pPr>
        <w:widowControl/>
      </w:pPr>
      <w:r>
        <w:t>用餐：早餐、午餐、晚餐</w:t>
      </w:r>
    </w:p>
    <w:p>
      <w:pPr>
        <w:widowControl/>
      </w:pPr>
      <w:r>
        <w:t>住宿：岗提</w:t>
      </w:r>
    </w:p>
    <w:p>
      <w:pPr>
        <w:keepNext/>
        <w:widowControl/>
        <w:spacing w:before="240"/>
      </w:pPr>
      <w:r>
        <w:t>第6天 普布吉卡山谷之旅：岗提寺、岗提自然步道与黑颈鹤信息中心</w:t>
      </w:r>
    </w:p>
    <w:p>
      <w:pPr>
        <w:widowControl/>
      </w:pPr>
      <w:r>
        <w:t>普布吉卡山谷是一座冰川山谷，与吉格梅·辛格·旺楚克国家公园接壤。这里坐落着宏伟的岗提寺，该地区是黑颈鹤的重要保护区。山谷中有优美的徒步路线和自然步道，游客可以在此感受宁静与自然之美，同时探索不丹最重要的野生动物栖息地之一。</w:t>
      </w:r>
    </w:p>
    <w:p>
      <w:pPr>
        <w:widowControl/>
      </w:pPr>
      <w:r>
        <w:t>今天上午，沿岗提自然步道轻松徒步4公里，起点为岗提寺（3030米），终点下行至Khewang Lhakhang（2850米）。一路欣赏普布吉卡山谷（2840米）的风光，穿过茂密的森林和乡村农舍。在10月下旬至2月期间，您可能有机会在冬季栖息地看到珍稀濒危的黑颈鹤。</w:t>
      </w:r>
    </w:p>
    <w:p>
      <w:pPr>
        <w:widowControl/>
      </w:pPr>
      <w:r>
        <w:t>提示：1. 请穿着多层衣物和舒适的徒步鞋。山区天气变化迅速。2. 尊重野生动物，保持步道清洁。</w:t>
      </w:r>
    </w:p>
    <w:p>
      <w:pPr>
        <w:widowControl/>
      </w:pPr>
      <w:r>
        <w:t>岗提寺坐落在普布吉卡山谷之上，是宁玛派传统的重要佛教圣地。这座历史悠久的寺院为纪念白玛林巴的愿景而建，以其与黑颈鹤的联系而闻名。当地人崇敬这些鸟，它们在迁徙期间似乎会向寺院致敬。为庆祝它们的到来，每年11月11日举行黑颈鹤节，通过戏剧和神圣舞蹈展示不丹丰富的遗产。</w:t>
      </w:r>
    </w:p>
    <w:p>
      <w:pPr>
        <w:widowControl/>
      </w:pPr>
      <w:r>
        <w:t>在步道尽头，您将看到Khewang Lhakhang，位于普布吉卡山谷东侧。这座15世纪的寺庙是山谷中最古老的寺庙之一，供奉着三尊过去、现在和未来佛（dusum sangay）的两层高雕像。</w:t>
      </w:r>
    </w:p>
    <w:p>
      <w:pPr>
        <w:widowControl/>
      </w:pPr>
      <w:r>
        <w:t>接下来，参观黑颈鹤信息中心，观看教育展示，并使用高倍望远镜观察这些珍稀鸟类。自2003年以来，该中心率先开展了对该物种的重要保护工作。在这里可以了解从西藏迁徙到普布吉卡山谷越冬的300多只鹤的行为，机会独特。</w:t>
      </w:r>
    </w:p>
    <w:p>
      <w:pPr>
        <w:widowControl/>
      </w:pPr>
      <w:r>
        <w:t>之后，乘车返回您在岗提的酒店。</w:t>
      </w:r>
    </w:p>
    <w:p>
      <w:pPr>
        <w:widowControl/>
      </w:pPr>
      <w:r>
        <w:t>概述：海拔：3040米</w:t>
      </w:r>
    </w:p>
    <w:p>
      <w:pPr>
        <w:widowControl/>
      </w:pPr>
      <w:r>
        <w:t>景点：3个标志性景点</w:t>
      </w:r>
    </w:p>
    <w:p>
      <w:pPr>
        <w:widowControl/>
      </w:pPr>
      <w:r>
        <w:t>交通与活动：车辆</w:t>
      </w:r>
    </w:p>
    <w:p>
      <w:pPr>
        <w:widowControl/>
      </w:pPr>
      <w:r>
        <w:t>用餐：早餐、午餐、晚餐</w:t>
      </w:r>
    </w:p>
    <w:p>
      <w:pPr>
        <w:widowControl/>
      </w:pPr>
      <w:r>
        <w:t>住宿：岗提</w:t>
      </w:r>
    </w:p>
    <w:p>
      <w:pPr>
        <w:keepNext/>
        <w:widowControl/>
        <w:spacing w:before="240"/>
      </w:pPr>
      <w:r>
        <w:t>第7天 冈提至通萨至布姆唐｜佩勒拉山口（3,420米）、切德布吉佛塔、通萨宗、永同拉山口（3,425米）</w:t>
      </w:r>
    </w:p>
    <w:p>
      <w:pPr>
        <w:widowControl/>
      </w:pPr>
      <w:r>
        <w:t>这一天，您将前往不丹中部游览，从冈提出发前往布姆唐，全程约160公里，车程约4.5小时。</w:t>
      </w:r>
    </w:p>
    <w:p>
      <w:pPr>
        <w:widowControl/>
      </w:pPr>
      <w:r>
        <w:t>从冈提前行80公里前往通萨，约两小时车程，途中穿过茂密森林，翻越佩勒拉山口（3,420米）。随后进入壮丽的曼德河河谷，途中停留参观尼泊尔风格的切德布吉佛塔。山路蜿蜒穿行于群山之间，沿途可欣赏历史悠久的通萨宗的开阔全景，这座不丹建筑杰作与壮丽的自然背景相互映衬。</w:t>
      </w:r>
    </w:p>
    <w:p>
      <w:pPr>
        <w:widowControl/>
      </w:pPr>
      <w:r>
        <w:t>参观雄伟的通萨宗，它被誉为不丹最令人印象深刻的建筑。通萨宗雄踞于海拔2,200米处，其选址和设计具有战略意义，俯瞰着山坡。这里与王室渊源深厚，是当前王朝的肇始之地，也是历代国王登基前治理国政之处。您将了解其丰富的历史，同时欣赏它矗立在陡峭峡谷之上的壮观位置。</w:t>
      </w:r>
    </w:p>
    <w:p>
      <w:pPr>
        <w:widowControl/>
      </w:pPr>
      <w:r>
        <w:t>通萨宗是不丹最大的宗堡，内部有23座寺庙和如迷宫般的古老办公场所。这里现已成为博物馆，展示王室历史和神圣文物。最精彩的部分在顶层，那里可以360度欣赏迷人的景色，将宗堡和周围群山尽收眼底。</w:t>
      </w:r>
    </w:p>
    <w:p>
      <w:pPr>
        <w:widowControl/>
      </w:pPr>
      <w:r>
        <w:t>午餐后，您将从通萨前往布姆唐。途中经过海拔3,425米的永同拉山口，在那里可以看到藏式佛塔和经幡。这段车程风景优美，全长80公里，将带您前往不丹中部的文化胜地布姆唐。</w:t>
      </w:r>
    </w:p>
    <w:p>
      <w:pPr>
        <w:widowControl/>
      </w:pPr>
      <w:r>
        <w:t>夜宿布姆唐。</w:t>
      </w:r>
    </w:p>
    <w:p>
      <w:pPr>
        <w:widowControl/>
      </w:pPr>
      <w:r>
        <w:t>概述：海拔：2,270-2,800米｜距离：160公里，车程约4.5小时</w:t>
      </w:r>
    </w:p>
    <w:p>
      <w:pPr>
        <w:widowControl/>
      </w:pPr>
      <w:r>
        <w:t>景点：3个景点</w:t>
      </w:r>
    </w:p>
    <w:p>
      <w:pPr>
        <w:widowControl/>
      </w:pPr>
      <w:r>
        <w:t>交通与活动：乘车</w:t>
      </w:r>
    </w:p>
    <w:p>
      <w:pPr>
        <w:widowControl/>
      </w:pPr>
      <w:r>
        <w:t>用餐：早餐、午餐、晚餐</w:t>
      </w:r>
    </w:p>
    <w:p>
      <w:pPr>
        <w:widowControl/>
      </w:pPr>
      <w:r>
        <w:t>住宿：布姆唐</w:t>
      </w:r>
    </w:p>
    <w:p>
      <w:pPr>
        <w:keepNext/>
        <w:widowControl/>
        <w:spacing w:before="240"/>
      </w:pPr>
      <w:r>
        <w:t>第8天 布姆唐之旅：梅巴措（燃湖）、库杰寺、贾姆佩寺、贾卡尔宗、亚特拉编织中心（可选）</w:t>
      </w:r>
    </w:p>
    <w:p>
      <w:pPr>
        <w:widowControl/>
      </w:pPr>
      <w:r>
        <w:t>今天，重点游览布姆唐的精华，这里是雷龙之国的精神中心。该地区以历史遗产和莲花生大士的传说闻名，横跨四个壮丽的山谷。布姆唐遍布宗教圣地和原始自然风光，氛围充满活力，您可以结识友好的当地人，探索不丹中部独特的文化画卷。</w:t>
      </w:r>
    </w:p>
    <w:p>
      <w:pPr>
        <w:widowControl/>
      </w:pPr>
      <w:r>
        <w:t>早餐后，第一站是梅巴措（燃湖）。这是一处圣地，著名的掘藏师白玛林巴曾在此发现神圣宝藏，梅巴措对不丹人民具有重要的精神意义。梅巴措被壮丽的景观环绕，景色令人惊叹，氛围宁静。参观这处圣地，您可以体验不丹根深蒂固的佛教传统，并与当地人交流。</w:t>
      </w:r>
    </w:p>
    <w:p>
      <w:pPr>
        <w:widowControl/>
      </w:pPr>
      <w:r>
        <w:t>然后，参观库杰寺，这是一座重要的寺庙建筑群，以莲花生大士在8世纪冥想时留下的身体印记而闻名。该遗址由三座独特的建筑组成，供奉着1000尊莲花生大士的小雕像。外面，一棵神圣的柏树矗立在他的手杖放置的地方。这里仍然是必游之地，让您深入了解不丹的精神历史。</w:t>
      </w:r>
    </w:p>
    <w:p>
      <w:pPr>
        <w:widowControl/>
      </w:pPr>
      <w:r>
        <w:t>接下来，探索贾姆佩寺，这是不丹最古老的寺庙之一，建于659年，以镇压西藏女魔。内部，三个象征性的石阶代表过去、现在和未来时代。参观古老的内部圣殿，瞻仰弥勒佛（未来佛），并沿着排列着千佛壁画的转经道行走。这处由莲花生大士复兴的遗址，仍然是迷人的古老地标，承载着精神预言。</w:t>
      </w:r>
    </w:p>
    <w:p>
      <w:pPr>
        <w:widowControl/>
      </w:pPr>
      <w:r>
        <w:t>之后，参观贾卡尔宗，建于1549年，选址是因为一只雄伟的白鸟降落于此。由喇嘛阿旺朗杰建立，该宗堡设计广阔，有一条穿过森林的石板路。从这座令人印象深刻的堡垒顶部，您将欣赏到乔卡尔山谷无与伦比的景色，领略布姆唐地区的自然美景和历史。</w:t>
      </w:r>
    </w:p>
    <w:p>
      <w:pPr>
        <w:widowControl/>
      </w:pPr>
      <w:r>
        <w:t>如果时间允许，不要错过亚特拉编织中心（可选），这里展示传统的绵羊和牦牛毛纺织品。观看妇女使用背带织机制作楚梅山谷特有的精美图案。编织在这里是一种生活方式，从小就开始。这些正宗的亚特拉产品是珍贵的纪念品，也是布姆唐人民的主要收入来源。</w:t>
      </w:r>
    </w:p>
    <w:p>
      <w:pPr>
        <w:widowControl/>
      </w:pPr>
      <w:r>
        <w:t>概述：海拔：2,587-2,800米 | 距离：54公里，约1.5-2小时车程</w:t>
      </w:r>
    </w:p>
    <w:p>
      <w:pPr>
        <w:widowControl/>
      </w:pPr>
      <w:r>
        <w:t>景点：4个景点</w:t>
      </w:r>
    </w:p>
    <w:p>
      <w:pPr>
        <w:widowControl/>
      </w:pPr>
      <w:r>
        <w:t>交通与活动：车辆</w:t>
      </w:r>
    </w:p>
    <w:p>
      <w:pPr>
        <w:widowControl/>
      </w:pPr>
      <w:r>
        <w:t>用餐：早餐、午餐、晚餐</w:t>
      </w:r>
    </w:p>
    <w:p>
      <w:pPr>
        <w:widowControl/>
      </w:pPr>
      <w:r>
        <w:t>住宿：布姆唐</w:t>
      </w:r>
    </w:p>
    <w:p>
      <w:pPr>
        <w:keepNext/>
        <w:widowControl/>
        <w:spacing w:before="240"/>
      </w:pPr>
      <w:r>
        <w:t>第9天 布姆唐－旺杜波德朗－普那卡｜仁钦冈村</w:t>
      </w:r>
    </w:p>
    <w:p>
      <w:pPr>
        <w:widowControl/>
      </w:pPr>
      <w:r>
        <w:t>早餐后，您将从布姆唐出发，返回不丹西部。途中将在旺杜波德朗停留。从布姆唐到旺杜波德朗的距离约为200公里，车程约6小时。</w:t>
      </w:r>
    </w:p>
    <w:p>
      <w:pPr>
        <w:widowControl/>
      </w:pPr>
      <w:r>
        <w:t>抵达旺杜波德朗后，一定要参观仁钦冈村，这是不丹最古老的村庄之一。这座古雅密集的村庄以其精湛的传统石雕技艺而闻名。村庄的声名源于其深厚的文化底蕴和传统石雕中展现的卓越工艺。仁钦冈村坐落在丘陵地带，与旺杜波德朗宗隔河相望，普那桑楚河沿着公路流淌。</w:t>
      </w:r>
    </w:p>
    <w:p>
      <w:pPr>
        <w:widowControl/>
      </w:pPr>
      <w:r>
        <w:t>从小山丘上，您可以欣赏到宏伟的旺杜波德朗宗的壮丽景色，传统房屋点缀其间，更添如画魅力。仁钦冈村还以热情好客的当地居民而闻名，他们乐于与游客分享文化传统。深入村庄，您可以了解地道的不丹生活方式。探索蜿蜒穿过村庄的狭窄小巷和鹅卵石街道，经过装饰着复杂雕刻和绘画的传统房屋。</w:t>
      </w:r>
    </w:p>
    <w:p>
      <w:pPr>
        <w:widowControl/>
      </w:pPr>
      <w:r>
        <w:t>游览结束后，乘车前往普那卡。夜宿普那卡。</w:t>
      </w:r>
    </w:p>
    <w:p>
      <w:pPr>
        <w:widowControl/>
      </w:pPr>
      <w:r>
        <w:t>概述：海拔：1,310-2,800米 | 距离：214公里，约6-6.5小时车程</w:t>
      </w:r>
    </w:p>
    <w:p>
      <w:pPr>
        <w:widowControl/>
      </w:pPr>
      <w:r>
        <w:t>景点：1个景点</w:t>
      </w:r>
    </w:p>
    <w:p>
      <w:pPr>
        <w:widowControl/>
      </w:pPr>
      <w:r>
        <w:t>交通与活动：车辆</w:t>
      </w:r>
    </w:p>
    <w:p>
      <w:pPr>
        <w:widowControl/>
      </w:pPr>
      <w:r>
        <w:t>用餐：早餐、午餐、晚餐</w:t>
      </w:r>
    </w:p>
    <w:p>
      <w:pPr>
        <w:widowControl/>
      </w:pPr>
      <w:r>
        <w:t>住宿：普那卡</w:t>
      </w:r>
    </w:p>
    <w:p>
      <w:pPr>
        <w:keepNext/>
        <w:widowControl/>
        <w:spacing w:before="240"/>
      </w:pPr>
      <w:r>
        <w:t>第10天 普那卡至帕罗 | 帕罗宗、不丹国家博物馆（塔宗）</w:t>
      </w:r>
    </w:p>
    <w:p>
      <w:pPr>
        <w:widowControl/>
      </w:pPr>
      <w:r>
        <w:t>早餐后，您将从普那卡返回帕罗（115公里，约3小时）。抵达帕罗后，您将有机会参观帕罗宗（仁蓬宗）。这座宏伟的堡垒高耸挺拔，是不丹历史与文化的重要象征。仁蓬宗由夏尊·阿旺南杰（1594-1651）于1646年建造，他是不丹历史上的关键人物，被尊为现代不丹国家的奠基人和民族英雄。他留下的持久遗产继续塑造着这个国家的身份与文化风貌。帕罗宗坐落于清澈的帕罗楚河附近，可通过一座传统的木制悬臂桥抵达，您将在此欣赏到迷人的帕罗谷壮丽全景。</w:t>
      </w:r>
    </w:p>
    <w:p>
      <w:pPr>
        <w:widowControl/>
      </w:pPr>
      <w:r>
        <w:t>再徒步一小段，您将到达不丹国家博物馆（塔宗），它是不丹最高的建筑。最初建于1649年，作为俯瞰帕罗宗的瞭望塔，后于1968年改建为不丹国家博物馆。在博物馆中，您可以欣赏丰富的古代文物收藏，如陶器、盔甲、唐卡、面具、邮票、照片、雕像、服饰、遗物、石斧和宗教绘画。</w:t>
      </w:r>
    </w:p>
    <w:p>
      <w:pPr>
        <w:widowControl/>
      </w:pPr>
      <w:r>
        <w:t>注意：请注意，帕罗宗工作日开放时间为上午9点至下午5点，周末为上午10点至下午4点。如果您无法在开放时间抵达，我们建议改为参观帕罗当地市场。这里是当地人和游客购买传统不丹手工艺品、纺织品、珠宝和其他当地产品的地方，能让您一窥不丹的日常生活与文化。</w:t>
      </w:r>
    </w:p>
    <w:p>
      <w:pPr>
        <w:widowControl/>
      </w:pPr>
      <w:r>
        <w:t>夜宿帕罗。</w:t>
      </w:r>
    </w:p>
    <w:p>
      <w:pPr>
        <w:widowControl/>
      </w:pPr>
      <w:r>
        <w:t>概述：海拔：1,310-2,270米 | 距离：115公里，约3-3.5小时车程</w:t>
      </w:r>
    </w:p>
    <w:p>
      <w:pPr>
        <w:widowControl/>
      </w:pPr>
      <w:r>
        <w:t>景点：2个景点</w:t>
      </w:r>
    </w:p>
    <w:p>
      <w:pPr>
        <w:widowControl/>
      </w:pPr>
      <w:r>
        <w:t>交通与活动：车辆</w:t>
      </w:r>
    </w:p>
    <w:p>
      <w:pPr>
        <w:widowControl/>
      </w:pPr>
      <w:r>
        <w:t>用餐：早餐、午餐、晚餐</w:t>
      </w:r>
    </w:p>
    <w:p>
      <w:pPr>
        <w:widowControl/>
      </w:pPr>
      <w:r>
        <w:t>住宿：帕罗</w:t>
      </w:r>
    </w:p>
    <w:p>
      <w:pPr>
        <w:keepNext/>
        <w:widowControl/>
        <w:spacing w:before="240"/>
      </w:pPr>
      <w:r>
        <w:t>第11天 帕罗离境｜酒店退房与机场送机</w:t>
      </w:r>
    </w:p>
    <w:p>
      <w:pPr>
        <w:widowControl/>
      </w:pPr>
      <w:r>
        <w:t>幸福是一个地方，希望您已从我们这里、从这个美丽的喜马拉雅王国获得您的幸福哲学。是时候结束您为期11天的西部与中部不丹团体游了。您的导游将护送您前往帕罗国际机场，搭乘航班前往下一个目的地。</w:t>
      </w:r>
    </w:p>
    <w:p>
      <w:pPr>
        <w:widowControl/>
      </w:pPr>
      <w:r>
        <w:t>延展建议：如果您希望在不丹旅行更长时间，您可以将行程延伸至该国其他亮点地区，例如哈阿和不丹东部地区。</w:t>
      </w:r>
    </w:p>
    <w:p>
      <w:pPr>
        <w:widowControl/>
      </w:pPr>
      <w:r>
        <w:t>感谢您选择亚洲奥德赛旅游（AOT）的不丹之旅，我们始终在此为您服务，并期待在您下一次前往中国/亚洲的旅行中再次见到您。旅途平安！</w:t>
      </w:r>
    </w:p>
    <w:p>
      <w:pPr>
        <w:widowControl/>
      </w:pPr>
      <w:r>
        <w:t>概述：海拔：2,270米 | 距离：8公里，约0.5小时车程</w:t>
      </w:r>
    </w:p>
    <w:p>
      <w:pPr>
        <w:widowControl/>
      </w:pPr>
      <w:r>
        <w:t>景点：无</w:t>
      </w:r>
    </w:p>
    <w:p>
      <w:pPr>
        <w:widowControl/>
      </w:pPr>
      <w:r>
        <w:t>交通与活动：车辆</w:t>
      </w:r>
    </w:p>
    <w:p>
      <w:pPr>
        <w:widowControl/>
      </w:pPr>
      <w:r>
        <w:t>住宿：无</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11天不丹团体游：探索不丹西部与中部</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