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4天经典哈萨克斯坦之旅：阿拉木图与恰伦峡谷（小团）</w:t>
      </w:r>
    </w:p>
    <w:p>
      <w:pPr>
        <w:widowControl/>
      </w:pPr>
      <w:r>
        <w:t>线路编号：AOT-CAGT-01</w:t>
      </w:r>
    </w:p>
    <w:p>
      <w:pPr>
        <w:keepNext/>
        <w:widowControl/>
        <w:spacing w:before="240"/>
      </w:pPr>
      <w:r>
        <w:t>第1天 抵达阿拉木图（哈萨克斯坦）机场接机与酒店入住</w:t>
      </w:r>
    </w:p>
    <w:p>
      <w:pPr>
        <w:widowControl/>
      </w:pPr>
      <w:r>
        <w:t>旅行者们，大家好！欢迎来到哈萨克斯坦的旧都及最大城市——阿拉木图！抵达阿拉木图国际机场后，我们的当地司机会在到达口迎接您。从那里乘车约20公里即可到达市中心。办理酒店入住。今天剩下的时间您可以在阿拉木图自由活动。</w:t>
      </w:r>
    </w:p>
    <w:p>
      <w:pPr>
        <w:widowControl/>
      </w:pPr>
      <w:r>
        <w:t>阿拉木图坐落在雄伟的外伊犁阿拉套山脉脚下，以其令人惊叹的自然环境吸引着旅行者，在这里，白雪皑皑的山峰始终映入眼帘。它被称为“苹果之父”和“苹果之城”，被认为是现代苹果的基因诞生地。在阿拉木图各处可以发现奇思妙想的苹果艺术——甜美、俏皮，非常适合拍照上传Instagram！</w:t>
      </w:r>
    </w:p>
    <w:p>
      <w:pPr>
        <w:widowControl/>
      </w:pPr>
      <w:r>
        <w:t>阿拉木图曾是丝绸之路上的重要城市，以其轻松友好的氛围而闻名，是徒步旅行者、美食爱好者和文化爱好者的天堂。作为哈萨克斯坦的前首都（1929-1997年），它保留着独特的苏联时代魅力，绿树成荫的街道、宏伟的大道和令人印象深刻的文化地标。</w:t>
      </w:r>
    </w:p>
    <w:p>
      <w:pPr>
        <w:widowControl/>
      </w:pPr>
      <w:r>
        <w:t>阿拉木图感觉像是欧洲和亚洲影响的融合——干净、安全、充满活力，拥有哈萨克人、俄罗斯人、维吾尔人和韩国人多民族人口。一定要尝试当地美食，如别什巴尔马克（一种丰盛的肉和面条菜肴）和舒巴特（发酵骆驼奶），以品尝正宗的游牧传统。</w:t>
      </w:r>
    </w:p>
    <w:p>
      <w:pPr>
        <w:widowControl/>
      </w:pPr>
      <w:r>
        <w:t>抵达建议：</w:t>
      </w:r>
    </w:p>
    <w:p>
      <w:pPr>
        <w:widowControl/>
      </w:pPr>
      <w:r>
        <w:t>1. 航班：阿拉木图国际机场（ALA）是哈萨克斯坦最繁忙的枢纽，提供从伊斯坦布尔、迪拜、法兰克福、首尔、北京和莫斯科等主要城市的直飞航班。查看汉莎航空、土耳其航空或阿斯塔纳航空等航空公司的最新航班时刻和转机信息。</w:t>
      </w:r>
    </w:p>
    <w:p>
      <w:pPr>
        <w:widowControl/>
      </w:pPr>
      <w:r>
        <w:t>2. 签证：哈萨克斯坦对包括美国、欧盟国家、英国、加拿大、澳大利亚和大多数亚洲国家在内的80多个国家的公民提供免签入境。其他国家可在线申请电子签证——快速、简单，为您的冒险做好准备！旅行前请务必通过官方政府来源确认要求。</w:t>
      </w:r>
    </w:p>
    <w:p>
      <w:pPr>
        <w:widowControl/>
      </w:pPr>
      <w:r>
        <w:t>阿拉木图旅行小贴士：</w:t>
      </w:r>
    </w:p>
    <w:p>
      <w:pPr>
        <w:widowControl/>
      </w:pPr>
      <w:r>
        <w:t>如果您提前抵达阿拉木图并有空闲时间，您或您的团队可以自行探索这座城市。以下想法供您参考：</w:t>
      </w:r>
    </w:p>
    <w:p>
      <w:pPr>
        <w:widowControl/>
      </w:pPr>
      <w:r>
        <w:t>阿拉木图地铁体验：这是一个18米深的苏联时代奇迹。乘坐价格实惠、风景优美的线路：阿拜站的文化壁画，Zhibek Zholy站的艺术。参观装饰着美丽马赛克、壁画和华美枝形吊灯的独特主题车站。它是一个艺术地下博物馆，也是一个功能性交通枢纽。</w:t>
      </w:r>
    </w:p>
    <w:p>
      <w:pPr>
        <w:widowControl/>
      </w:pPr>
      <w:r>
        <w:t>2. 阿拜歌剧芭蕾舞剧院：在中亚最古老的歌剧院之一观看晚间演出（价格实惠）。它展示世界级的芭蕾舞和歌剧作品。其优雅的苏联时代建筑和宏伟的内部提供真正难忘的文化体验。</w:t>
      </w:r>
    </w:p>
    <w:p>
      <w:pPr>
        <w:widowControl/>
      </w:pPr>
      <w:r>
        <w:t>3. 阿尔巴特街夜生活：这是一个充满活力的步行区。欣赏街头表演者，浏览当地艺术和手工艺品，并在众多舒适咖啡馆之一放松身心。这是感受当地文化的完美场所。</w:t>
      </w:r>
    </w:p>
    <w:p>
      <w:pPr>
        <w:widowControl/>
      </w:pPr>
      <w:r>
        <w:t>概述：抵达阿拉木图。接机服务并送往酒店。</w:t>
      </w:r>
    </w:p>
    <w:p>
      <w:pPr>
        <w:widowControl/>
      </w:pPr>
      <w:r>
        <w:t>景点：无</w:t>
      </w:r>
    </w:p>
    <w:p>
      <w:pPr>
        <w:widowControl/>
      </w:pPr>
      <w:r>
        <w:t>交通与活动：车辆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第2天 阿拉木图精华一日游：潘菲洛夫28勇士公园（升天大教堂、军事历史博物馆）、民族乐器博物馆、绿色巴扎、科克托别山（缆车）、欢迎晚宴</w:t>
      </w:r>
    </w:p>
    <w:p>
      <w:pPr>
        <w:widowControl/>
      </w:pPr>
      <w:r>
        <w:t>今天，您将参加阿拉木图市区精华的全日游。对于初次到访的游客，这是了解这座城市历史记忆、民族文化、当地生活和城市全景的绝佳方式。</w:t>
      </w:r>
    </w:p>
    <w:p>
      <w:pPr>
        <w:widowControl/>
      </w:pPr>
      <w:r>
        <w:t>早餐后，游览从潘菲洛夫28勇士公园开始。这是一个宁静的绿色公园，以伊万·潘菲洛夫将军及其28名士兵命名，他们在二战期间英勇保卫莫斯科。他们最后的遗言——“伟大的俄罗斯，但已无处可退。莫斯科就在我们身后。”——在历史中回响。沿着绿树成荫的小径漫步，在荣耀纪念碑和长明火前驻足，感受和平的珍贵。</w:t>
      </w:r>
    </w:p>
    <w:p>
      <w:pPr>
        <w:widowControl/>
      </w:pPr>
      <w:r>
        <w:t>走到公园中心，您将看到阿拉木图最具标志性的地标——升天大教堂（泽恩科夫大教堂）。由建筑师安德烈·泽恩科夫设计，于1907年完工，这座56米高的建筑是世界第二高的木制教堂，完全不用钉子建造。令人惊叹的是，它在1911年的毁灭性地震中几乎毫发无损。走进教堂，欣赏色彩斑斓的壁画、镀金的圣像壁和宁静的氛围，这里也是值得拍照留念的地方。</w:t>
      </w:r>
    </w:p>
    <w:p>
      <w:pPr>
        <w:widowControl/>
      </w:pPr>
      <w:r>
        <w:t>离开公园后，您将参观军事历史博物馆，这里展示了哈萨克斯坦勇士的故事——从古代的塞种人和突厥游牧民族到现代哈萨克武装部队。在二战展区停留片刻，那里陈列着珍贵的照片、信件、制服和奖章。在这里，您将更深入地了解潘菲洛夫28勇士和其他在战争中表现出非凡勇敢的哈萨克士兵。</w:t>
      </w:r>
    </w:p>
    <w:p>
      <w:pPr>
        <w:widowControl/>
      </w:pPr>
      <w:r>
        <w:t>接下来，步行片刻前往哈萨克民族乐器博物馆，同样由泽恩科夫设计。这座迷人的木制建筑收藏了1000多件传统乐器，包括木竖琴、号角、风笛、两弦冬不拉和弓弦库布孜，每一件都承载着哈萨克斯坦游牧传统的精神。如果时间允许，您可能欣赏到一场简短的现场表演，感受草原音乐。</w:t>
      </w:r>
    </w:p>
    <w:p>
      <w:pPr>
        <w:widowControl/>
      </w:pPr>
      <w:r>
        <w:t>随后，您将参观热闹的绿色巴扎（Zeleny Bazar），这是一个熙熙攘攘的市场，可以体验当地生活。浏览摆满香料、干果和手工艺品的彩色摊位，或品尝当地美食，如多汁的萨姆萨（肉馅饼）、酸爽的库尔特（干奶酪）、卡兹（马肠）和传统奶制甜点。</w:t>
      </w:r>
    </w:p>
    <w:p>
      <w:pPr>
        <w:widowControl/>
      </w:pPr>
      <w:r>
        <w:t>下午，乘车前往海拔1100米的科克托别山，它是阿拉木图的象征。乘坐缆车，欣赏城市和白雪皑皑的琴布拉克山脉的全景。参观著名的披头士纪念碑，欣赏372米高的电视塔，并享受摩天轮、迷你动物园或咖啡馆等设施。这里是欣赏日落和放松的好地方。游览结束后，下山返回阿拉木图。</w:t>
      </w:r>
    </w:p>
    <w:p>
      <w:pPr>
        <w:widowControl/>
      </w:pPr>
      <w:r>
        <w:t>亚洲奥德赛特别欢迎晚宴：</w:t>
      </w:r>
    </w:p>
    <w:p>
      <w:pPr>
        <w:widowControl/>
      </w:pPr>
      <w:r>
        <w:t>晚上，亚洲奥德赛旅游将为您的团队提供特别欢迎晚宴。享用正宗的哈萨克风味美食，伴随着当地舞蹈或现场音乐。这是放松身心、与其他旅行者交流的好方式。欢迎晚宴包括开胃菜、主菜、甜点、水和茶。所有其他饮料按消费另行收费。</w:t>
      </w:r>
    </w:p>
    <w:p>
      <w:pPr>
        <w:widowControl/>
      </w:pPr>
      <w:r>
        <w:t>概述：阿拉木图市区游，游览精华：潘菲洛夫28勇士公园（升天大教堂）、军事历史博物馆、民族乐器博物馆、绿色巴扎、科克托别山。（含早餐+晚餐）</w:t>
      </w:r>
    </w:p>
    <w:p>
      <w:pPr>
        <w:widowControl/>
      </w:pPr>
      <w:r>
        <w:t>景点：5个景点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用餐：早餐,晚餐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第3天 阿拉木图 - 恰伦峡谷 - 阿拉木图｜约2小时徒步，野餐午餐</w:t>
      </w:r>
    </w:p>
    <w:p>
      <w:pPr>
        <w:widowControl/>
      </w:pPr>
      <w:r>
        <w:t>今天上午，告别阿拉木图，乘车前往恰伦峡谷国家公园（约210公里，4-5小时）。这座令人惊叹的自然奇观常被称为"中亚大峡谷"，在过去的1200万年里，风和恰伦河共同雕琢出了这片壮丽景观。层层叠叠的彩色沉积岩展现了地球深远的地质历史——从古老的湖床到早已消失的河流系统。</w:t>
      </w:r>
    </w:p>
    <w:p>
      <w:pPr>
        <w:widowControl/>
      </w:pPr>
      <w:r>
        <w:t>公园的亮点是城堡谷（Dolina Zamkov），在这片令人惊叹的区域里，风蚀形成的悬崖和石柱宛如古代堡垒和神奇塔楼。沿着峡谷底部悠闲地步行2-3公里，四周是闪耀着红色、橙色和金色的岩壁。小径尽头豁然开朗，通向恰伦河，您可以在此放松休息，享用打包午餐，或静静感受这片不可思议的宁静风光。</w:t>
      </w:r>
    </w:p>
    <w:p>
      <w:pPr>
        <w:widowControl/>
      </w:pPr>
      <w:r>
        <w:t>恰伦峡谷沿河绵延150多公里，地形多样得令人意外——从半沙漠悬崖到点缀着小片白蜡树丛的葱郁河岸，远处是白雪皑皑的天山山脉。如果运气好，沿途还可能看到狐狸、鹰、野兔或蜥蜴等野生动物。</w:t>
      </w:r>
    </w:p>
    <w:p>
      <w:pPr>
        <w:widowControl/>
      </w:pPr>
      <w:r>
        <w:t>iTravel小贴士：</w:t>
      </w:r>
    </w:p>
    <w:p>
      <w:pPr>
        <w:widowControl/>
      </w:pPr>
      <w:r>
        <w:t>最佳游览时间：春季（4月至6月）和秋季（9月至10月）天气最为宜人。夏季（7月至8月）峡谷底部气温可超过40°C——如有可能，避免正午徒步。</w:t>
      </w:r>
    </w:p>
    <w:p>
      <w:pPr>
        <w:widowControl/>
      </w:pPr>
      <w:r>
        <w:t>徒步建议：步道大部分平坦但无遮挡；请穿舒适防滑的徒步鞋，并携带充足的饮用水。</w:t>
      </w:r>
    </w:p>
    <w:p>
      <w:pPr>
        <w:widowControl/>
      </w:pPr>
      <w:r>
        <w:t>野餐午餐：峡谷内没有餐厅，我们将为您的团队提供野餐或简单午餐盒，通常包括三明治、水果和瓶装水。野餐午餐为固定套餐，无法单独替换或定制，请提前告知我们任何特定的饮食要求（素食、纯素食、清真、过敏）。</w:t>
      </w:r>
    </w:p>
    <w:p>
      <w:pPr>
        <w:widowControl/>
      </w:pPr>
      <w:r>
        <w:t>探索完哈萨克斯坦最壮观的自然景点之一后，傍晚返回阿拉木图。</w:t>
      </w:r>
    </w:p>
    <w:p>
      <w:pPr>
        <w:widowControl/>
      </w:pPr>
      <w:r>
        <w:t>概述：从阿拉木图出发，前往红色峡谷，体验精彩的徒步一日游。返回阿拉木图。（含早餐+午餐）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交通与活动：车辆，徒步</w:t>
      </w:r>
    </w:p>
    <w:p>
      <w:pPr>
        <w:widowControl/>
      </w:pPr>
      <w:r>
        <w:t>用餐：早餐，午餐</w:t>
      </w:r>
    </w:p>
    <w:p>
      <w:pPr>
        <w:widowControl/>
      </w:pPr>
      <w:r>
        <w:t>住宿：阿拉木图</w:t>
      </w:r>
    </w:p>
    <w:p>
      <w:pPr>
        <w:keepNext/>
        <w:widowControl/>
        <w:spacing w:before="240"/>
      </w:pPr>
      <w:r>
        <w:t>第4天 阿拉木图离境：酒店退房与送机</w:t>
      </w:r>
    </w:p>
    <w:p>
      <w:pPr>
        <w:widowControl/>
      </w:pPr>
      <w:r>
        <w:t>早餐后，您将有一些自由时间在阿拉木图游览。之后，全团将乘车前往机场，搭乘航班前往下一目的地或返回家中。为期4天的哈萨克斯坦之旅就此结束。（温馨提示：请将您的航班信息告知我们，以便我们安排相应的送机服务。）</w:t>
      </w:r>
    </w:p>
    <w:p>
      <w:pPr>
        <w:widowControl/>
      </w:pPr>
      <w:r>
        <w:t>中亚行程延伸：</w:t>
      </w:r>
    </w:p>
    <w:p>
      <w:pPr>
        <w:widowControl/>
      </w:pPr>
      <w:r>
        <w:t>哈萨克斯坦只是“五个斯坦”之旅的其中一站。如果您有更多时间，欢迎参加前往乌兹别克斯坦、吉尔吉斯斯坦、土库曼斯坦和塔吉克斯坦的团队游。更多风景和探险等待着你。</w:t>
      </w:r>
    </w:p>
    <w:p>
      <w:pPr>
        <w:widowControl/>
      </w:pPr>
      <w:r>
        <w:t>感谢您选择亚洲奥德赛旅游参加此次中亚团队游。期待在您下一次旅行中再次为您服务！</w:t>
      </w:r>
    </w:p>
    <w:p>
      <w:pPr>
        <w:widowControl/>
      </w:pPr>
      <w:r>
        <w:t>概述：告别阿拉木图。送往机场离境。（含早餐）</w:t>
      </w:r>
    </w:p>
    <w:p>
      <w:pPr>
        <w:widowControl/>
      </w:pPr>
      <w:r>
        <w:t>景点：无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4天经典哈萨克斯坦之旅：阿拉木图与恰伦峡谷（小团）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