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5 Days Kyrgyzstan Group Tour: Bishkek to Issyk-Kul Lake (Tianshan Mountain View)</w:t>
      </w:r>
    </w:p>
    <w:p>
      <w:pPr>
        <w:widowControl/>
      </w:pPr>
      <w:r>
        <w:t>Product code: AOT-CAGT-02</w:t>
      </w:r>
    </w:p>
    <w:p>
      <w:pPr>
        <w:keepNext/>
        <w:widowControl/>
        <w:spacing w:before="240"/>
      </w:pPr>
      <w:r>
        <w:t>Day 1 Bishkek (Kyrgyzstan) Arrival | Airport Pick-up &amp; Hotel Check-in</w:t>
      </w:r>
    </w:p>
    <w:p>
      <w:pPr>
        <w:widowControl/>
      </w:pPr>
      <w:r>
        <w:t>Dear friends, welcome to Kyrgyzstan! Often called the “Switzerland of Central Asia,” Kyrgyzstan is famous for its breathtaking natural beauty and nomadic culture. Bishkek, the capital, is filled with Soviet-era charm and lush greenery.</w:t>
      </w:r>
    </w:p>
    <w:p>
      <w:pPr>
        <w:widowControl/>
      </w:pPr>
      <w:r>
        <w:t>Today, the group will make its way to Bishkek. Upon landing at Manas International Airport (FRU) in Bishkek, our local driver will be waiting to transfer you to your downtown hotel. (Tip: The airport is about 32 km northwest of Bishkek, 40-minute to 1-hour drive.)</w:t>
      </w:r>
    </w:p>
    <w:p>
      <w:pPr>
        <w:widowControl/>
      </w:pPr>
      <w:r>
        <w:t>Check in to your hotel. The rest of the day is yours to explore the capital city. (Tip: If you arrive early, you can ask our travel advisors for “free-time suggestions”.)</w:t>
      </w:r>
    </w:p>
    <w:p>
      <w:pPr>
        <w:widowControl/>
      </w:pPr>
      <w:r>
        <w:t>Overview: Upon arrival at Manas International Airport in Bishkek, be transferred to your hotel for check-in.</w:t>
      </w:r>
    </w:p>
    <w:p>
      <w:pPr>
        <w:widowControl/>
      </w:pPr>
      <w:r>
        <w:t>Attractions: none</w:t>
      </w:r>
    </w:p>
    <w:p>
      <w:pPr>
        <w:widowControl/>
      </w:pPr>
      <w:r>
        <w:t>Transport and activities: vehicle</w:t>
      </w:r>
    </w:p>
    <w:p>
      <w:pPr>
        <w:widowControl/>
      </w:pPr>
      <w:r>
        <w:t>Accommodation: Bishkek</w:t>
      </w:r>
    </w:p>
    <w:p>
      <w:pPr>
        <w:keepNext/>
        <w:widowControl/>
        <w:spacing w:before="240"/>
      </w:pPr>
      <w:r>
        <w:t>Day 2 Bishkek Tour | Ala-Archa National Park, Ala-Too Square (Statue of Manas), Oak Park, State Historical Museum, Osh Bazaar</w:t>
      </w:r>
    </w:p>
    <w:p>
      <w:pPr>
        <w:widowControl/>
      </w:pPr>
      <w:r>
        <w:t>After breakfast, your local guide and driver will pick you up from your hotel. Your group will then head out of Bishkek for a hike in Ala-Archa National Park, located 30 km (about 40-60 minutes) southwest of the city. Known as Bishkek's “backyard park,” this alpine valley in the Tian Shan Mountains offers scenery reminiscent of Switzerland - majestic snow-capped peaks, clear blue skies, dense pine forests, wildflower meadows, and scenic river valleys. It's ideal for light hiking. You can follow the riverside trail for a leisurely walk while enjoying the fresh mountain air. Keep an eye out for wildlife such as squirrels, red deer, wild goats, and even the elusive snow leopard (rare but possible!). (Route Tip: There are three hiking routes; we recommend the easy riverside path for the best views.)</w:t>
      </w:r>
    </w:p>
    <w:p>
      <w:pPr>
        <w:widowControl/>
      </w:pPr>
      <w:r>
        <w:t>In the afternoon, return to Bishkek for a city highlights tour. Begin at the main square, Ala-Too Square, where you'll see the impressive statue of Manas, the legendary national hero, along with the Government House and the national flagpole. At certain times, you may also catch the changing-of-the-guard ceremony.</w:t>
      </w:r>
    </w:p>
    <w:p>
      <w:pPr>
        <w:widowControl/>
      </w:pPr>
      <w:r>
        <w:t>From the square, take a pleasant walk to Oak Park, a peaceful spot filled with centuries-old oak trees and various sculptures.</w:t>
      </w:r>
    </w:p>
    <w:p>
      <w:pPr>
        <w:widowControl/>
      </w:pPr>
      <w:r>
        <w:t>Nearby, visit the State Historical Museum, an excellent introduction to Kyrgyzstan's rich culture and heritage. Inside, you'll find more than 80,000 artifacts, including a full-scale Kyrgyz yurt, traditional felt and leather crafts, embroidered clothing, horse gear, and exhibits covering the Russian Empire and Soviet eras.</w:t>
      </w:r>
    </w:p>
    <w:p>
      <w:pPr>
        <w:widowControl/>
      </w:pPr>
      <w:r>
        <w:t>Next, head to Osh Bazaar, one of the liveliest markets in the city. Explore stalls offering fresh produce, spices, nuts, dried fruits, local clothing, handicrafts, and beautifully woven carpets.</w:t>
      </w:r>
    </w:p>
    <w:p>
      <w:pPr>
        <w:widowControl/>
      </w:pPr>
      <w:r>
        <w:t>AOT Special Welcome Dinner:</w:t>
      </w:r>
    </w:p>
    <w:p>
      <w:pPr>
        <w:widowControl/>
      </w:pPr>
      <w:r>
        <w:t>This evening, enjoy a welcome dinner hosted by Asia Odyssey Travel at a renowned local restaurant. Experience a warm Kyrgyz atmosphere with modern comfort as you savor authentic Kyrgyz dishes and Central Asian fusion cuisine. Welcome dinner includes starter, main course, dessert, water, and tea. All other beverages are charged separately based on consumption.</w:t>
      </w:r>
    </w:p>
    <w:p>
      <w:pPr>
        <w:widowControl/>
      </w:pPr>
      <w:r>
        <w:t>Overview: Take full day tour to explore Bishkek. Visit 5 sites: Ala-Archa National Park, Ala-Too Square, Oak Park, State Historical Museum, Osh Bazaar. (B+D)</w:t>
      </w:r>
    </w:p>
    <w:p>
      <w:pPr>
        <w:widowControl/>
      </w:pPr>
      <w:r>
        <w:t>Attractions: 5 sites</w:t>
      </w:r>
    </w:p>
    <w:p>
      <w:pPr>
        <w:widowControl/>
      </w:pPr>
      <w:r>
        <w:t>Transport and activities: vehicle</w:t>
      </w:r>
    </w:p>
    <w:p>
      <w:pPr>
        <w:widowControl/>
      </w:pPr>
      <w:r>
        <w:t>Meals: Breakfast, Dinner</w:t>
      </w:r>
    </w:p>
    <w:p>
      <w:pPr>
        <w:widowControl/>
      </w:pPr>
      <w:r>
        <w:t>Accommodation: Bishkek</w:t>
      </w:r>
    </w:p>
    <w:p>
      <w:pPr>
        <w:keepNext/>
        <w:widowControl/>
        <w:spacing w:before="240"/>
      </w:pPr>
      <w:r>
        <w:t>Day 3 Bishkek - Burana Tower - Cholpon-Ata | Issyk-Kul Lake (Boating)</w:t>
      </w:r>
    </w:p>
    <w:p>
      <w:pPr>
        <w:widowControl/>
      </w:pPr>
      <w:r>
        <w:t>After breakfast, your guide and driver will take the group east from Bishkek toward Issyk-Kul, the world's second-largest high-altitude lake.</w:t>
      </w:r>
    </w:p>
    <w:p>
      <w:pPr>
        <w:widowControl/>
      </w:pPr>
      <w:r>
        <w:t>On the way, you'll stop at the Burana Tower, an 11th-century minaret that once marked the ancient city of Balasagun, capital of the Kara-Khanid Khanate. Climb to the top for sweeping views of the surrounding plains and distant snow-capped mountains. On the ground, stroll among the Balbals - medieval stone figures used as Turkic nomadic gravestones—offering a fascinating glimpse into the region's early history.</w:t>
      </w:r>
    </w:p>
    <w:p>
      <w:pPr>
        <w:widowControl/>
      </w:pPr>
      <w:r>
        <w:t>Continue driving to Cholpon-Ata (about 3 hours), located on the northern shore of Issyk-Kul. After checking in to your hotel, enjoy the rest of the afternoon relaxing by the lake. Known as the “Pearl of Central Asia,” Issyk-Kul Lake sits at an elevation of 1,607 meters. Its slightly salty water keeps it from freezing in winter, and its clear blue surface gives the impression of a calm seaside.</w:t>
      </w:r>
    </w:p>
    <w:p>
      <w:pPr>
        <w:widowControl/>
      </w:pPr>
      <w:r>
        <w:t>Activities at Issyk-Kul Lake:</w:t>
      </w:r>
    </w:p>
    <w:p>
      <w:pPr>
        <w:widowControl/>
      </w:pPr>
      <w:r>
        <w:t>Boat Trip: Head to the pier for a scenic boat ride and take in panoramic views of the lake and surrounding mountains.</w:t>
      </w:r>
    </w:p>
    <w:p>
      <w:pPr>
        <w:widowControl/>
      </w:pPr>
      <w:r>
        <w:t>Relax or Swim: Enjoy the golden sandy beaches - sunbathe or take a refreshing swim in the warm, crystal-clear water.</w:t>
      </w:r>
    </w:p>
    <w:p>
      <w:pPr>
        <w:widowControl/>
      </w:pPr>
      <w:r>
        <w:t>Overview: Depart from Bishkek to visit the historic Burana Tower before continuing to Cholpon-Ata for a boat ride on Issyk-Kul Lake. (B)</w:t>
      </w:r>
    </w:p>
    <w:p>
      <w:pPr>
        <w:widowControl/>
      </w:pPr>
      <w:r>
        <w:t>Attractions: 2 sites</w:t>
      </w:r>
    </w:p>
    <w:p>
      <w:pPr>
        <w:widowControl/>
      </w:pPr>
      <w:r>
        <w:t>Transport and activities: vehicle</w:t>
      </w:r>
    </w:p>
    <w:p>
      <w:pPr>
        <w:widowControl/>
      </w:pPr>
      <w:r>
        <w:t>Meals: Breakfast</w:t>
      </w:r>
    </w:p>
    <w:p>
      <w:pPr>
        <w:widowControl/>
      </w:pPr>
      <w:r>
        <w:t>Accommodation: Cholpon-Ata</w:t>
      </w:r>
    </w:p>
    <w:p>
      <w:pPr>
        <w:keepNext/>
        <w:widowControl/>
        <w:spacing w:before="240"/>
      </w:pPr>
      <w:r>
        <w:t>Day 4 Cholpon-Ata - Petroglyphs Museum - Bishkek</w:t>
      </w:r>
    </w:p>
    <w:p>
      <w:pPr>
        <w:widowControl/>
      </w:pPr>
      <w:r>
        <w:t>Enjoy breakfast at your hotel. After that, you'll visit the Petroglyphs Museum. This open-air museum (42 hectares) is set on vast land with the majestic Tianshan Mountain range as backdrop. Here, you'll find ancient petroglyphs carved on massive black basalt stones, which are dated from the 2nd millennium BC until the 4th century AD. These carvings depict animals like wolves and snow leopards, as well as hunting and sacrificial scenes.</w:t>
      </w:r>
    </w:p>
    <w:p>
      <w:pPr>
        <w:widowControl/>
      </w:pPr>
      <w:r>
        <w:t>After the visit, your group will be driven back to Bishkek (about 4 hours).</w:t>
      </w:r>
    </w:p>
    <w:p>
      <w:pPr>
        <w:widowControl/>
      </w:pPr>
      <w:r>
        <w:t>Upon arrival in Bishkek, you'll have some free time to visit a local market to buy souvenirs. Enjoy a relaxing evening in Bishkek.</w:t>
      </w:r>
    </w:p>
    <w:p>
      <w:pPr>
        <w:widowControl/>
      </w:pPr>
      <w:r>
        <w:t>Overview: Explore the Petroglyphs Museum in Cholpon-Ata before returning to Bishkek. (B)</w:t>
      </w:r>
    </w:p>
    <w:p>
      <w:pPr>
        <w:widowControl/>
      </w:pPr>
      <w:r>
        <w:t>Attractions: 1 site</w:t>
      </w:r>
    </w:p>
    <w:p>
      <w:pPr>
        <w:widowControl/>
      </w:pPr>
      <w:r>
        <w:t>Transport and activities: vehicle</w:t>
      </w:r>
    </w:p>
    <w:p>
      <w:pPr>
        <w:widowControl/>
      </w:pPr>
      <w:r>
        <w:t>Meals: Breakfast</w:t>
      </w:r>
    </w:p>
    <w:p>
      <w:pPr>
        <w:widowControl/>
      </w:pPr>
      <w:r>
        <w:t>Accommodation: Bishkek</w:t>
      </w:r>
    </w:p>
    <w:p>
      <w:pPr>
        <w:keepNext/>
        <w:widowControl/>
        <w:spacing w:before="240"/>
      </w:pPr>
      <w:r>
        <w:t>Day 5 Bishkek Departure | Hotel Check-out &amp; Airport See-off</w:t>
      </w:r>
    </w:p>
    <w:p>
      <w:pPr>
        <w:widowControl/>
      </w:pPr>
      <w:r>
        <w:t>After breakfast, you will have some free time to explore Bishkek. Afterward, your group will be transferred to the airport for your flight to your next destination or return home. Your 5-day Kyrgyzstan group tour ends. (Tip: Please inform us of your flight details so we can arrange your airport transfer accordingly.)</w:t>
      </w:r>
    </w:p>
    <w:p>
      <w:pPr>
        <w:widowControl/>
      </w:pPr>
      <w:r>
        <w:t>Central Asia Trip Extension:</w:t>
      </w:r>
    </w:p>
    <w:p>
      <w:pPr>
        <w:widowControl/>
      </w:pPr>
      <w:r>
        <w:t>Kyrgyzstan is only one part of “Five Stans” tour. If you have more time, you are welcome to join group tours to Uzbekistan, Kazakhstan, Turkmenistan, and Tajikistan. More landscapes and adventures await you.</w:t>
      </w:r>
    </w:p>
    <w:p>
      <w:pPr>
        <w:widowControl/>
      </w:pPr>
      <w:r>
        <w:t>Thank you for choosing Asia Odyssey Travel for your Central Asia Group tour. We look forward to welcoming you back for your next adventure!</w:t>
      </w:r>
    </w:p>
    <w:p>
      <w:pPr>
        <w:widowControl/>
      </w:pPr>
      <w:r>
        <w:t>Overview: Depart from Bishkek after checking out of the hotel, followed by transfer to the airport. (B)</w:t>
      </w:r>
    </w:p>
    <w:p>
      <w:pPr>
        <w:widowControl/>
      </w:pPr>
      <w:r>
        <w:t>Attractions: None</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Days Kyrgyzstan Group Tour: Bishkek to Issyk-Kul Lake (Tianshan Mountain View)</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