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吉尔吉斯斯坦5日团体游：从比什凯克到伊塞克湖，欣赏天山风光</w:t>
      </w:r>
    </w:p>
    <w:p>
      <w:pPr>
        <w:widowControl/>
      </w:pPr>
      <w:r>
        <w:t>线路编号：AOT-CAGT-02</w:t>
      </w:r>
    </w:p>
    <w:p>
      <w:pPr>
        <w:keepNext/>
        <w:widowControl/>
        <w:spacing w:before="240"/>
      </w:pPr>
      <w:r>
        <w:t>第1天 抵达比什凯克（吉尔吉斯斯坦）接机与酒店入住</w:t>
      </w:r>
    </w:p>
    <w:p>
      <w:pPr>
        <w:widowControl/>
      </w:pPr>
      <w:r>
        <w:t>亲爱的朋友们，欢迎来到吉尔吉斯斯坦！这里常被称为“中亚的瑞士”，以令人惊叹的自然美景和游牧文化闻名。首都比什凯克充满苏联时代的魅力与葱郁绿意。</w:t>
      </w:r>
    </w:p>
    <w:p>
      <w:pPr>
        <w:widowControl/>
      </w:pPr>
      <w:r>
        <w:t>今天，团队将前往比什凯克。抵达比什凯克的玛纳斯国际机场（FRU）后，我们的当地司机将在机场等候，送您前往市中心的酒店。（提示：机场位于比什凯克西北约32公里处，车程约40分钟至1小时。）</w:t>
      </w:r>
    </w:p>
    <w:p>
      <w:pPr>
        <w:widowControl/>
      </w:pPr>
      <w:r>
        <w:t>入住酒店。当天剩余时间您可以自由探索这座首都城市。（提示：如果您提前抵达，可以向我们的旅行顾问索取“自由活动建议”。）</w:t>
      </w:r>
    </w:p>
    <w:p>
      <w:pPr>
        <w:widowControl/>
      </w:pPr>
      <w:r>
        <w:t>概述：抵达比什凯克的玛纳斯国际机场后，乘车前往酒店并办理入住。</w:t>
      </w:r>
    </w:p>
    <w:p>
      <w:pPr>
        <w:widowControl/>
      </w:pPr>
      <w:r>
        <w:t>景点：无</w:t>
      </w:r>
    </w:p>
    <w:p>
      <w:pPr>
        <w:widowControl/>
      </w:pPr>
      <w:r>
        <w:t>交通与活动：车辆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第2天 比什凯克一日游：阿拉阿尔恰国家公园、阿拉套广场（玛纳斯雕像）、橡树公园、国家历史博物馆、奥什巴扎</w:t>
      </w:r>
    </w:p>
    <w:p>
      <w:pPr>
        <w:widowControl/>
      </w:pPr>
      <w:r>
        <w:t>早餐后，当地导游和司机将从酒店接您。随后团队将离开比什凯克，前往阿拉阿尔恰国家公园徒步，该公园位于城市西南30公里处（约40-60分钟车程）。这里被称为比什凯克的“后花园”，这座天山山脉中的高山峡谷拥有堪比瑞士的风景——雄伟的雪峰、清澈的蓝天、茂密的松林、野花草地和风景如画的河谷，非常适合轻松徒步。您可以沿着河边小径悠闲漫步，同时呼吸清新的山间空气。留意野生动物，如松鼠、马鹿、野山羊，甚至难以捉摸的雪豹（罕见但有可能！）。（路线提示：有三条徒步路线；我们推荐轻松的河边路径，以获得最佳景观。）</w:t>
      </w:r>
    </w:p>
    <w:p>
      <w:pPr>
        <w:widowControl/>
      </w:pPr>
      <w:r>
        <w:t>下午返回比什凯克进行城市精华游。从主广场阿拉套广场开始，您将看到令人印象深刻的传奇民族英雄玛纳斯雕像，以及政府大楼和国旗旗杆。在某些时间，您还可能看到卫兵换岗仪式。</w:t>
      </w:r>
    </w:p>
    <w:p>
      <w:pPr>
        <w:widowControl/>
      </w:pPr>
      <w:r>
        <w:t>从广场悠闲漫步至橡树公园，这是一个宁静的地方，遍布数百年树龄的橡树和各种雕塑。</w:t>
      </w:r>
    </w:p>
    <w:p>
      <w:pPr>
        <w:widowControl/>
      </w:pPr>
      <w:r>
        <w:t>附近参观国家历史博物馆，这是了解吉尔吉斯斯坦丰富文化和遗产的绝佳去处。馆内藏有超过80,000件文物，包括全尺寸的吉尔吉斯毡房、传统毛毡和皮革工艺品、刺绣服装、马具，以及涵盖俄罗斯帝国和苏联时代的展品。</w:t>
      </w:r>
    </w:p>
    <w:p>
      <w:pPr>
        <w:widowControl/>
      </w:pPr>
      <w:r>
        <w:t>接下来前往奥什巴扎，这是城市中最热闹的市场之一。探索出售新鲜农产品、香料、坚果、干果、当地服装、手工艺品和精美编织地毯的摊位。</w:t>
      </w:r>
    </w:p>
    <w:p>
      <w:pPr>
        <w:widowControl/>
      </w:pPr>
      <w:r>
        <w:t>亚洲奥德赛旅游特别欢迎晚宴：</w:t>
      </w:r>
    </w:p>
    <w:p>
      <w:pPr>
        <w:widowControl/>
      </w:pPr>
      <w:r>
        <w:t>今晚，在著名的当地餐厅享用由亚洲奥德赛旅游主办的欢迎晚宴。体验温暖的吉尔吉斯氛围与现代舒适，品尝正宗的吉尔吉斯菜肴和中亚融合美食。欢迎晚宴包括开胃菜、主菜、甜点、水和茶。所有其他饮料按消费另行收费。</w:t>
      </w:r>
    </w:p>
    <w:p>
      <w:pPr>
        <w:widowControl/>
      </w:pPr>
      <w:r>
        <w:t>概述：参加全日游探索比什凯克。参观5个景点：阿拉阿尔恰国家公园、阿拉套广场、橡树公园、国家历史博物馆、奥什巴扎。（含早餐+晚餐）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用餐：早餐、晚餐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第3天 比什凯克至布拉纳塔至乔尔蓬阿塔，伊塞克湖游船</w:t>
      </w:r>
    </w:p>
    <w:p>
      <w:pPr>
        <w:widowControl/>
      </w:pPr>
      <w:r>
        <w:t>早餐后，导游和司机将带您从比什凯克向东前往伊塞克湖，这是世界第二大高山湖泊。</w:t>
      </w:r>
    </w:p>
    <w:p>
      <w:pPr>
        <w:widowControl/>
      </w:pPr>
      <w:r>
        <w:t>途中，您将停留参观布拉纳塔，这是一座11世纪的宣礼塔，曾是喀喇汗国首都八剌沙衮古城的标志。登上塔顶，可饱览周围平原和远处雪山的美景。在地面上，漫步于石人像之间，这些中世纪石雕是突厥游牧民族的墓碑，让您一窥该地区的早期历史。</w:t>
      </w:r>
    </w:p>
    <w:p>
      <w:pPr>
        <w:widowControl/>
      </w:pPr>
      <w:r>
        <w:t>继续驱车前往乔尔蓬阿塔（约3小时），位于伊塞克湖北岸。入住酒店后，享受下午剩余时光，在湖边放松。伊塞克湖被称为“中亚明珠”，海拔1,607米。其微咸的湖水使其冬季不结冰，清澈湛蓝的湖面给人以宁静海滨之感。</w:t>
      </w:r>
    </w:p>
    <w:p>
      <w:pPr>
        <w:widowControl/>
      </w:pPr>
      <w:r>
        <w:t>伊塞克湖活动：</w:t>
      </w:r>
    </w:p>
    <w:p>
      <w:pPr>
        <w:widowControl/>
      </w:pPr>
      <w:r>
        <w:t>乘船游览：前往码头，乘坐观光游船，欣赏湖泊和周围山脉的全景。</w:t>
      </w:r>
    </w:p>
    <w:p>
      <w:pPr>
        <w:widowControl/>
      </w:pPr>
      <w:r>
        <w:t>放松或游泳：享受金色的沙滩——日光浴或在温暖、清澈见底的水中畅游。</w:t>
      </w:r>
    </w:p>
    <w:p>
      <w:pPr>
        <w:widowControl/>
      </w:pPr>
      <w:r>
        <w:t>概述：从比什凯克出发，参观历史悠久的布拉纳塔，然后继续前往乔尔蓬阿塔，在伊塞克湖上乘船游览。（含早餐）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住宿：乔尔蓬阿塔</w:t>
      </w:r>
    </w:p>
    <w:p>
      <w:pPr>
        <w:keepNext/>
        <w:widowControl/>
        <w:spacing w:before="240"/>
      </w:pPr>
      <w:r>
        <w:t>第4天 乔尔蓬阿塔至比什凯克：岩画博物馆之旅</w:t>
      </w:r>
    </w:p>
    <w:p>
      <w:pPr>
        <w:widowControl/>
      </w:pPr>
      <w:r>
        <w:t>在酒店享用早餐。之后，您将参观岩画博物馆。这座露天博物馆占地42公顷，坐落在广阔的土地上，以雄伟的天山山脉为背景。在这里，您可以看到雕刻在巨大黑色玄武岩上的古代岩画，其历史可追溯到公元前2000年至公元4世纪。这些岩画描绘了狼和雪豹等动物，以及狩猎和祭祀场景。</w:t>
      </w:r>
    </w:p>
    <w:p>
      <w:pPr>
        <w:widowControl/>
      </w:pPr>
      <w:r>
        <w:t>参观结束后，团队将乘车返回比什凯克（约4小时）。</w:t>
      </w:r>
    </w:p>
    <w:p>
      <w:pPr>
        <w:widowControl/>
      </w:pPr>
      <w:r>
        <w:t>抵达比什凯克后，您将有一些自由时间逛当地市场购买纪念品。在比什凯克度过一个轻松的夜晚。</w:t>
      </w:r>
    </w:p>
    <w:p>
      <w:pPr>
        <w:widowControl/>
      </w:pPr>
      <w:r>
        <w:t>概述：在返回比什凯克之前，探索乔尔蓬阿塔的岩画博物馆。（含早餐）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第5天 比什凯克离团：酒店退房与机场送机</w:t>
      </w:r>
    </w:p>
    <w:p>
      <w:pPr>
        <w:widowControl/>
      </w:pPr>
      <w:r>
        <w:t>早餐后，您将有一些自由时间探索比什凯克。随后，团队将送您前往机场，搭乘航班前往下一个目的地或返回家中。您的5天吉尔吉斯斯坦团体游就此结束。（提示：请告知我们您的航班信息，以便我们相应安排机场接送。）</w:t>
      </w:r>
    </w:p>
    <w:p>
      <w:pPr>
        <w:widowControl/>
      </w:pPr>
      <w:r>
        <w:t>中亚行程延伸：</w:t>
      </w:r>
    </w:p>
    <w:p>
      <w:pPr>
        <w:widowControl/>
      </w:pPr>
      <w:r>
        <w:t>吉尔吉斯斯坦只是“五斯坦”之旅的一部分。如果您有更多时间，欢迎参加前往乌兹别克斯坦、哈萨克斯坦、土库曼斯坦和塔吉克斯坦的团体游。更多风景和冒险等待着你。</w:t>
      </w:r>
    </w:p>
    <w:p>
      <w:pPr>
        <w:widowControl/>
      </w:pPr>
      <w:r>
        <w:t>感谢您选择亚洲奥德赛旅游参加您的中亚团体游。我们期待欢迎您回来参加下一次冒险！</w:t>
      </w:r>
    </w:p>
    <w:p>
      <w:pPr>
        <w:widowControl/>
      </w:pPr>
      <w:r>
        <w:t>概述：在酒店退房后离开比什凯克，随后送往机场。（含早餐）</w:t>
      </w:r>
    </w:p>
    <w:p>
      <w:pPr>
        <w:widowControl/>
      </w:pPr>
      <w:r>
        <w:t>景点：无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吉尔吉斯斯坦5日团体游：从比什凯克到伊塞克湖，欣赏天山风光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