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乌兹别克斯坦跟团游：布哈拉与撒马尔罕5日经典丝绸之路路线</w:t>
      </w:r>
    </w:p>
    <w:p>
      <w:pPr>
        <w:widowControl/>
      </w:pPr>
      <w:r>
        <w:t>线路编号：AOT-CAGT-03</w:t>
      </w:r>
    </w:p>
    <w:p>
      <w:pPr>
        <w:keepNext/>
        <w:widowControl/>
        <w:spacing w:before="240"/>
      </w:pPr>
      <w:r>
        <w:t>第1天 抵达布哈拉（乌兹别克斯坦）接机与酒店入住</w:t>
      </w:r>
    </w:p>
    <w:p>
      <w:pPr>
        <w:widowControl/>
      </w:pPr>
      <w:r>
        <w:t>亲爱的朋友们，欢迎来到乌兹别克斯坦的布哈拉！布哈拉被称为“露天博物馆”，是联合国教科文组织世界遗产城市，位于乌兹别克斯坦中南部，拥有超过2500年的历史。在9至10世纪（萨曼王朝时期），布哈拉是波斯文明的中心，被誉为“伊斯兰世界的支柱”。从16世纪到20世纪初，它曾是布哈拉汗国的首都。</w:t>
      </w:r>
    </w:p>
    <w:p>
      <w:pPr>
        <w:widowControl/>
      </w:pPr>
      <w:r>
        <w:t>今天，您的团队将前往布哈拉。抵达布哈拉国际机场或布哈拉火车站后，我们的当地司机将等候接您，并送您前往市中心的酒店。（提示：火车站位于市中心东南约11公里处，车程约30分钟。）</w:t>
      </w:r>
    </w:p>
    <w:p>
      <w:pPr>
        <w:widowControl/>
      </w:pPr>
      <w:r>
        <w:t>入住后，当天剩余时间您可以自由探索布哈拉。</w:t>
      </w:r>
    </w:p>
    <w:p>
      <w:pPr>
        <w:widowControl/>
      </w:pPr>
      <w:r>
        <w:t>iTip：</w:t>
      </w:r>
    </w:p>
    <w:p>
      <w:pPr>
        <w:widowControl/>
      </w:pPr>
      <w:r>
        <w:t>如果您提前到达，欢迎向我们的旅行顾问咨询“自由活动建议”。</w:t>
      </w:r>
    </w:p>
    <w:p>
      <w:pPr>
        <w:widowControl/>
      </w:pPr>
      <w:r>
        <w:t>抵达方式建议：</w:t>
      </w:r>
    </w:p>
    <w:p>
      <w:pPr>
        <w:widowControl/>
      </w:pPr>
      <w:r>
        <w:t>布哈拉可通过飞机和火车抵达。游客可以从塔什干飞往布哈拉，或乘坐连接布哈拉与塔什干和希瓦的高铁。</w:t>
      </w:r>
    </w:p>
    <w:p>
      <w:pPr>
        <w:widowControl/>
      </w:pPr>
      <w:r>
        <w:t>概述：抵达乌兹别克斯坦布哈拉后，您将获得接机服务并送往酒店入住。</w:t>
      </w:r>
    </w:p>
    <w:p>
      <w:pPr>
        <w:widowControl/>
      </w:pPr>
      <w:r>
        <w:t>景点：无</w:t>
      </w:r>
    </w:p>
    <w:p>
      <w:pPr>
        <w:widowControl/>
      </w:pPr>
      <w:r>
        <w:t>交通与活动：旅游车辆</w:t>
      </w:r>
    </w:p>
    <w:p>
      <w:pPr>
        <w:widowControl/>
      </w:pPr>
      <w:r>
        <w:t>住宿：布哈拉</w:t>
      </w:r>
    </w:p>
    <w:p>
      <w:pPr>
        <w:keepNext/>
        <w:widowControl/>
        <w:spacing w:before="240"/>
      </w:pPr>
      <w:r>
        <w:t>第2天 布哈拉之旅：查尔米纳尔经学院（四座宣礼塔）、拉比豪兹建筑群（阿凡提雕像）、马戈基阿托里清真寺、贸易圆顶、波伊卡扬建筑群（卡扬宣礼塔）、布哈拉方舟（方舟堡垒）、博洛豪兹清真寺</w:t>
      </w:r>
    </w:p>
    <w:p>
      <w:pPr>
        <w:widowControl/>
      </w:pPr>
      <w:r>
        <w:t>今天，跟随我们的导游，全面探索布哈拉——丝绸之路上最具氛围的城市之一。布哈拉常被称为“第二麦加”，几个世纪以来一直是伊斯兰学术中心，以其2500年的丝绸之路枢纽历史而闻名，从萨曼王朝到帖木儿王朝时期。这座传奇城市还与《一千零一夜》的故事紧密相连，并且是深受人们喜爱的民间人物阿凡提的故乡。</w:t>
      </w:r>
    </w:p>
    <w:p>
      <w:pPr>
        <w:widowControl/>
      </w:pPr>
      <w:r>
        <w:t>布哈拉非常适合步行游览——大多数地标都集中在6公里的紧凑范围内——让您轻松沉浸在其鲜活的历史、热闹的集市和温暖的当地氛围中。</w:t>
      </w:r>
    </w:p>
    <w:p>
      <w:pPr>
        <w:widowControl/>
      </w:pPr>
      <w:r>
        <w:t>您的探索从查尔米纳尔经学院开始，这座四塔瑰宝曾登上《孤独星球：中亚》的封面。它由富商哈利夫·尼亚兹库尔于1807年建造，其四座独特的宣礼塔被认为代表世界四大宗教，其装饰有人解读为佛教祈祷轮、基督教十字架、琐罗亚斯德教图案和伊斯兰图案。这座迷人的建筑是一座曾经宏伟的经学院建筑群仅存的部分。</w:t>
      </w:r>
    </w:p>
    <w:p>
      <w:pPr>
        <w:widowControl/>
      </w:pPr>
      <w:r>
        <w:t>继续前往拉比豪兹建筑群，这里自17世纪以来一直是布哈拉跳动的心脏。这个广场围绕着一个宁静的池塘而建，桑树成荫，曾是丝绸之路上繁忙的贸易中心。周围的三座纪念碑——纳迪尔·迪万-贝吉经学院、纳迪尔·迪万-贝吉哈纳卡（苏菲修道院）和库克尔达什经学院——是中亚建筑的杰作。如今，拉比豪兹仍然是城市的社交中心，咖啡馆林立，当地人在此品茶，旅行者则看着人来人往。不要错过霍贾·纳斯尔丁（阿凡提）——苏菲传说中智慧的愚者——骑着他的驴的顽皮雕像。</w:t>
      </w:r>
    </w:p>
    <w:p>
      <w:pPr>
        <w:widowControl/>
      </w:pPr>
      <w:r>
        <w:t>附近是马戈基阿托里清真寺，布哈拉现存最古老的清真寺，可追溯到9至10世纪。这座清真寺位于地面以下4.5米处，是真正的考古奇观，展示了古老的砖砌和陶土装饰。它现在设有一个小型地毯博物馆（门票自理）。</w:t>
      </w:r>
    </w:p>
    <w:p>
      <w:pPr>
        <w:widowControl/>
      </w:pPr>
      <w:r>
        <w:t>从那里，漫步穿过布哈拉著名的贸易圆顶，这是一个由16世纪圆顶集市组成的网络——托基-扎尔加隆、托基-萨罗丰、特尔帕克-富鲁尚和蒂姆·阿卜杜拉汗。这些集市曾是珠宝商、货币兑换商和丝绸商人的繁华中心，至今仍出售传统工艺品、地毯和纪念品，让您亲身体验布哈拉的商业精神。</w:t>
      </w:r>
    </w:p>
    <w:p>
      <w:pPr>
        <w:widowControl/>
      </w:pPr>
      <w:r>
        <w:t>接下来，到达波伊卡扬建筑群，布哈拉天际线的标志性中心。在这里，您将欣赏到47米高的卡扬宣礼塔——它如此壮丽，以至于成吉思汗都免于将其摧毁。相邻的卡扬清真寺拥有288个圆顶，可容纳1万名礼拜者，以及拥有绿松石圆顶和活跃伊斯兰学校的米尔-伊-阿拉伯经学院，共同构成了中亚最令人惊叹的建筑群之一。</w:t>
      </w:r>
    </w:p>
    <w:p>
      <w:pPr>
        <w:widowControl/>
      </w:pPr>
      <w:r>
        <w:t>您的最后一站是布哈拉方舟，这座古老的堡垒几个世纪以来一直是皇家住所，以及附近的博洛豪兹清真寺，因其20根精美雕刻的木柱倒映在前面的水池中而被称为“四十柱清真寺”。在方舟内，探索其王座室、加冕清真寺和博物馆，或爬到顶部俯瞰城市全景。</w:t>
      </w:r>
    </w:p>
    <w:p>
      <w:pPr>
        <w:widowControl/>
      </w:pPr>
      <w:r>
        <w:t>游览结束后，送您返回布哈拉的酒店。</w:t>
      </w:r>
    </w:p>
    <w:p>
      <w:pPr>
        <w:widowControl/>
      </w:pPr>
      <w:r>
        <w:t>iTravel备注：</w:t>
      </w:r>
    </w:p>
    <w:p>
      <w:pPr>
        <w:widowControl/>
      </w:pPr>
      <w:r>
        <w:t>这主要是一次穿越布哈拉历史老城的步行游览。大多数景点是步行区，车辆无法进入。</w:t>
      </w:r>
    </w:p>
    <w:p>
      <w:pPr>
        <w:widowControl/>
      </w:pPr>
      <w:r>
        <w:t>概述：享受全天布哈拉之旅，探索所有亮点。（含早餐）</w:t>
      </w:r>
    </w:p>
    <w:p>
      <w:pPr>
        <w:widowControl/>
      </w:pPr>
      <w:r>
        <w:t>景点：7个景点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</w:t>
      </w:r>
    </w:p>
    <w:p>
      <w:pPr>
        <w:widowControl/>
      </w:pPr>
      <w:r>
        <w:t>住宿：布哈拉</w:t>
      </w:r>
    </w:p>
    <w:p>
      <w:pPr>
        <w:keepNext/>
        <w:widowControl/>
        <w:spacing w:before="240"/>
      </w:pPr>
      <w:r>
        <w:t>第3天 布哈拉至撒马尔罕：沿途风光与撒马尔罕酒店入住</w:t>
      </w:r>
    </w:p>
    <w:p>
      <w:pPr>
        <w:widowControl/>
      </w:pPr>
      <w:r>
        <w:t>早餐后，您的团队将离开布哈拉，驱车前往撒马尔罕。车程约4.5至5小时（约278公里）。</w:t>
      </w:r>
    </w:p>
    <w:p>
      <w:pPr>
        <w:widowControl/>
      </w:pPr>
      <w:r>
        <w:t>离开布哈拉后不久，您将进入一片广阔平坦的地貌——半沙漠草原，呈现出柔和的灰黄色调，点缀着耐旱灌木和骆驼刺丛。大约行程过半时，景色变为一望无际的棉田，一直延伸到地平线。在收获季节（9月至10月），您可能会看到田野里绽放的蓬松白色棉铃，以及当地农民手工采摘棉花——这是乌兹别克斯坦的标志性景象。</w:t>
      </w:r>
    </w:p>
    <w:p>
      <w:pPr>
        <w:widowControl/>
      </w:pPr>
      <w:r>
        <w:t>当您接近撒马尔罕时，土地变得更加翠绿肥沃。杏树和桑树果园、葡萄园以及打理良好的农田沿路排列，标志着您正在接近这座丝绸之路上的伟大城市之一。</w:t>
      </w:r>
    </w:p>
    <w:p>
      <w:pPr>
        <w:widowControl/>
      </w:pPr>
      <w:r>
        <w:t>抵达撒马尔罕后，入住酒店，在这座传奇的丝绸之路目的地享受舒适的住宿。</w:t>
      </w:r>
    </w:p>
    <w:p>
      <w:pPr>
        <w:widowControl/>
      </w:pPr>
      <w:r>
        <w:t>概述：从布哈拉前往撒马尔罕，沿途欣赏风景，然后入住撒马尔罕的酒店。</w:t>
      </w:r>
    </w:p>
    <w:p>
      <w:pPr>
        <w:widowControl/>
      </w:pPr>
      <w:r>
        <w:t>景点：无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</w:t>
      </w:r>
    </w:p>
    <w:p>
      <w:pPr>
        <w:widowControl/>
      </w:pPr>
      <w:r>
        <w:t>住宿：撒马尔罕</w:t>
      </w:r>
    </w:p>
    <w:p>
      <w:pPr>
        <w:keepNext/>
        <w:widowControl/>
        <w:spacing w:before="240"/>
      </w:pPr>
      <w:r>
        <w:t>第4天 撒马尔罕之旅：古尔·埃米尔陵墓（帖木儿陵墓）、列吉斯坦广场、比比·哈努姆清真寺、西亚布集市、沙伊·辛达陵墓群、告别晚宴</w:t>
      </w:r>
    </w:p>
    <w:p>
      <w:pPr>
        <w:widowControl/>
      </w:pPr>
      <w:r>
        <w:t>今天，您将深入探索撒马尔罕——联合国教科文组织世界遗产，帖木儿帝国（14至15世纪）的前首都。作为乌兹别克斯坦的文化中心和第二大城市，撒马尔罕以其宏伟的建筑、丝绸之路的传奇和热闹的集市让游客惊叹不已。从庄严的古尔·埃米尔陵墓到标志性的列吉斯坦广场、宏伟的比比·哈努姆清真寺、令人赞叹的沙伊·辛达陵墓群以及热闹的西亚布集市，您将探索这座彰显帖木儿王朝荣耀与权力的城市。</w:t>
      </w:r>
    </w:p>
    <w:p>
      <w:pPr>
        <w:widowControl/>
      </w:pPr>
      <w:r>
        <w:t>首先参观古尔·埃米尔陵墓，这是埃米尔·帖木儿（跛子帖木儿）的安息之地，于1404年竣工。这座引人注目的建筑顶部是棱纹的蔚蓝穹顶，后来成为莫卧儿建筑的典范，包括印度的泰姬陵。走进内部，欣赏镀金装饰、精致的碧玉墓碑和精美的书法。寻找帖木儿传说中的墓碑，据说上面刻有警告：“谁打扰我的陵墓，将释放一个比我更可怕的入侵者。”1941年6月，苏联考古学家打开陵墓几天后，纳粹德国入侵苏联——这个传说为您的参观增添了一份神秘色彩。</w:t>
      </w:r>
    </w:p>
    <w:p>
      <w:pPr>
        <w:widowControl/>
      </w:pPr>
      <w:r>
        <w:t>接下来，前往列吉斯坦广场，撒马尔罕的中心，也是丝绸之路上最壮丽的景观之一。这里曾是皇家法令、军事游行和节庆的沙地聚集地，现在两侧矗立着三座辉煌的神学院：乌鲁伯格神学院（1420年），拥有星空天体马赛克；谢尔多尔神学院（1619年），以其独特的狮子马赛克闻名；以及提拉卡利神学院（1660年），其耀眼的金箔穹顶出现在许多旅游指南的封面上。白天，列吉斯坦是对称和瓷砖工艺的杰作；夜晚，在迷人的灯光下变幻——是摄影的绝佳地点。</w:t>
      </w:r>
    </w:p>
    <w:p>
      <w:pPr>
        <w:widowControl/>
      </w:pPr>
      <w:r>
        <w:t>继续前往宏伟的比比·哈努姆清真寺，这是伊斯兰世界最大的清真寺之一。它建于1404年，为纪念帖木儿的妻子而建，充满了传奇故事——包括一位建筑师敢于亲吻比比·哈努姆并遭到帖木儿愤怒的故事。走进去欣赏受当地刺绣传统启发的镀金装饰。</w:t>
      </w:r>
    </w:p>
    <w:p>
      <w:pPr>
        <w:widowControl/>
      </w:pPr>
      <w:r>
        <w:t>就在附近是西亚布集市，您可以品尝撒马尔罕著名的圆面包、干果和香料，同时与当地人交流——这生动地提醒着人们，撒马尔罕曾是丝绸之路的重要贸易枢纽。</w:t>
      </w:r>
    </w:p>
    <w:p>
      <w:pPr>
        <w:widowControl/>
      </w:pPr>
      <w:r>
        <w:t>以漫步沙伊·辛达陵墓群结束您的一天，这是一个非凡的“陵墓大道”，沿着山坡向上延伸。这个陵墓群可追溯到11至15世纪，包含帖木儿时代瓷砖工艺的一些最佳范例，以及帖木儿女性亲属和高官贵族的陵墓。该遗址也被认为是先知穆罕默德的堂弟库萨姆·伊本·阿巴斯的墓地，使其成为受人尊敬的朝圣地。凭借其绚丽的绿松石穹顶和复杂的马赛克，沙伊·辛达不仅是一个宗教圣地，也是撒马尔罕最上镜的景点之一。</w:t>
      </w:r>
    </w:p>
    <w:p>
      <w:pPr>
        <w:widowControl/>
      </w:pPr>
      <w:r>
        <w:t>iAOT特别告别晚宴：</w:t>
      </w:r>
    </w:p>
    <w:p>
      <w:pPr>
        <w:widowControl/>
      </w:pPr>
      <w:r>
        <w:t>今晚，在亚洲奥德赛旅行安排的一家著名当地餐厅享用难忘的一餐。品尝正宗的乌兹别克菜肴和中亚融合美食。特色晚餐包括开胃菜、主菜、甜点、水和茶。所有其他饮料根据消费情况单独收费。</w:t>
      </w:r>
    </w:p>
    <w:p>
      <w:pPr>
        <w:widowControl/>
      </w:pPr>
      <w:r>
        <w:t>概述：参观古尔·埃米尔陵墓、列吉斯坦广场、比比·哈努姆清真寺、西亚布集市和沙伊·辛达陵墓群，随后享用告别晚宴。（含早餐+晚餐）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用餐：早餐,晚餐</w:t>
      </w:r>
    </w:p>
    <w:p>
      <w:pPr>
        <w:widowControl/>
      </w:pPr>
      <w:r>
        <w:t>住宿：撒马尔罕</w:t>
      </w:r>
    </w:p>
    <w:p>
      <w:pPr>
        <w:keepNext/>
        <w:widowControl/>
        <w:spacing w:before="240"/>
      </w:pPr>
      <w:r>
        <w:t>第5天 撒马尔罕离团：酒店退房与送行</w:t>
      </w:r>
    </w:p>
    <w:p>
      <w:pPr>
        <w:widowControl/>
      </w:pPr>
      <w:r>
        <w:t>早餐后，您为期5天的乌兹别克斯坦团体游就此结束。我们在撒马尔罕的当地司机会送您前往机场或火车站，前往下一个目的地。（旅行提示：请提前将您的航班或火车信息告知我们，以便顺利安排送站服务。）</w:t>
      </w:r>
    </w:p>
    <w:p>
      <w:pPr>
        <w:widowControl/>
      </w:pPr>
      <w:r>
        <w:t>额外接送服务（需另付费）：</w:t>
      </w:r>
    </w:p>
    <w:p>
      <w:pPr>
        <w:widowControl/>
      </w:pPr>
      <w:r>
        <w:t>如果您需要从撒马尔罕到塔什干的接送服务，请提前告知我们。虽然旅行团在撒马尔罕正式结束（因为撒马尔罕有自己的机场和火车站），但我们很乐意帮您预订前往塔什干的火车票，并安排在塔什干的接送服务。</w:t>
      </w:r>
    </w:p>
    <w:p>
      <w:pPr>
        <w:widowControl/>
      </w:pPr>
      <w:r>
        <w:t>中亚行程延伸：</w:t>
      </w:r>
    </w:p>
    <w:p>
      <w:pPr>
        <w:widowControl/>
      </w:pPr>
      <w:r>
        <w:t>乌兹别克斯坦只是“五个斯坦”之旅的其中一部分。如果您有更多时间，欢迎参加前往吉尔吉斯斯坦、哈萨克斯坦、土库曼斯坦和塔吉克斯坦的团体游。更多的风景和冒险正等待着您。</w:t>
      </w:r>
    </w:p>
    <w:p>
      <w:pPr>
        <w:widowControl/>
      </w:pPr>
      <w:r>
        <w:t>感谢您选择亚洲奥德赛旅游（Asia Odyssey Travel）的中亚团体游。我们期待您再次归来，开启下一次冒险！</w:t>
      </w:r>
    </w:p>
    <w:p>
      <w:pPr>
        <w:widowControl/>
      </w:pPr>
      <w:r>
        <w:t>概述：在撒马尔罕退房并送您离团。（含早餐）</w:t>
      </w:r>
    </w:p>
    <w:p>
      <w:pPr>
        <w:widowControl/>
      </w:pPr>
      <w:r>
        <w:t>景点：无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乌兹别克斯坦跟团游：布哈拉与撒马尔罕5日经典丝绸之路路线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