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8天哈萨克斯坦吉尔吉斯斯坦之旅：两国自然、徒步与游牧生活（小团）</w:t>
      </w:r>
    </w:p>
    <w:p>
      <w:pPr>
        <w:widowControl/>
      </w:pPr>
      <w:r>
        <w:t>线路编号：AOT-CAGT-04</w:t>
      </w:r>
    </w:p>
    <w:p>
      <w:pPr>
        <w:keepNext/>
        <w:widowControl/>
        <w:spacing w:before="240"/>
      </w:pPr>
      <w:r>
        <w:t>第1天 抵达阿拉木图（哈萨克斯坦）机场接送及酒店入住</w:t>
      </w:r>
    </w:p>
    <w:p>
      <w:pPr>
        <w:widowControl/>
      </w:pPr>
      <w:r>
        <w:t>旅行者们，大家好！欢迎来到哈萨克斯坦的旧都、也是最大城市——阿拉木图！抵达阿拉木图国际机场后，我们的当地司机会在到达口迎接您。从机场到市中心大约20公里车程。入住酒店后，今天剩余时间您可以在阿拉木图自由活动。</w:t>
      </w:r>
    </w:p>
    <w:p>
      <w:pPr>
        <w:widowControl/>
      </w:pPr>
      <w:r>
        <w:t>阿拉木图坐落在雄伟的外伊犁阿拉套山脚下，以其令人惊叹的自然环境吸引着游客，白雪皑皑的山峰始终映入眼帘。它被称为“苹果之父”和“苹果之城”，据信是现代苹果的基因诞生地。在阿拉木图各处都能看到奇思妙想的苹果艺术——甜美、俏皮，绝对值得拍照打卡！</w:t>
      </w:r>
    </w:p>
    <w:p>
      <w:pPr>
        <w:widowControl/>
      </w:pPr>
      <w:r>
        <w:t>阿拉木图曾是丝绸之路上的重要城市，以其轻松、友好的氛围而闻名，是徒步旅行者、美食爱好者和文化爱好者的天堂。作为哈萨克斯坦的前首都（1929-1997年），它保留着独特的苏联时代魅力，绿树成荫的街道、宏伟的大道和令人印象深刻的文化地标。</w:t>
      </w:r>
    </w:p>
    <w:p>
      <w:pPr>
        <w:widowControl/>
      </w:pPr>
      <w:r>
        <w:t>阿拉木图感觉像是欧洲和亚洲影响的融合——干净、安全、充满活力，拥有哈萨克族、俄罗斯族、维吾尔族和朝鲜族等多民族人口。一定要品尝当地美食，如别什巴尔马克（一种丰盛的肉和面食）和舒巴特（发酵骆驼奶），体验正宗游牧传统风味。</w:t>
      </w:r>
    </w:p>
    <w:p>
      <w:pPr>
        <w:widowControl/>
      </w:pPr>
      <w:r>
        <w:t>抵达建议：</w:t>
      </w:r>
    </w:p>
    <w:p>
      <w:pPr>
        <w:widowControl/>
      </w:pPr>
      <w:r>
        <w:t>1. 航班：阿拉木图国际机场（ALA）是哈萨克斯坦最繁忙的枢纽，提供从伊斯坦布尔、迪拜、法兰克福、首尔、北京和莫斯科等主要城市的直飞航班。请查看汉莎航空、土耳其航空或阿斯塔纳航空等航空公司的最新航班时刻和转机信息。</w:t>
      </w:r>
    </w:p>
    <w:p>
      <w:pPr>
        <w:widowControl/>
      </w:pPr>
      <w:r>
        <w:t>2. 签证：哈萨克斯坦对包括美国、欧盟国家、英国、加拿大、澳大利亚和亚洲大部分国家在内的80多个国家的公民提供免签入境。其他国家可在线申请电子签证——快速、简单，为您的旅行做好准备！旅行前请务必通过政府官方渠道确认要求。</w:t>
      </w:r>
    </w:p>
    <w:p>
      <w:pPr>
        <w:widowControl/>
      </w:pPr>
      <w:r>
        <w:t>阿拉木图旅行小贴士：</w:t>
      </w:r>
    </w:p>
    <w:p>
      <w:pPr>
        <w:widowControl/>
      </w:pPr>
      <w:r>
        <w:t>如果您提前抵达阿拉木图并有空闲时间，您或您的团队可以自行探索这座城市。以下建议供您参考：</w:t>
      </w:r>
    </w:p>
    <w:p>
      <w:pPr>
        <w:widowControl/>
      </w:pPr>
      <w:r>
        <w:t>阿拉木图地铁体验：这是一座深达18米的苏联时代奇迹。乘坐价格实惠、风景优美的线路：阿拜站的文化壁画、热别克若雷站的艺术。参观装饰着美丽马赛克、壁画和华枝吊灯的独特主题车站。这是一座艺术地下博物馆，也是功能齐全的交通枢纽。</w:t>
      </w:r>
    </w:p>
    <w:p>
      <w:pPr>
        <w:widowControl/>
      </w:pPr>
      <w:r>
        <w:t>阿拜歌剧芭蕾舞剧院：在中亚最古老的歌剧院之一观看晚间演出（价格实惠）。它展示世界级的芭蕾舞和歌剧作品。其优雅的苏联时代建筑和宏伟的内部提供真正令人难忘的文化体验。</w:t>
      </w:r>
    </w:p>
    <w:p>
      <w:pPr>
        <w:widowControl/>
      </w:pPr>
      <w:r>
        <w:t>阿尔巴特街夜生活：这是一个充满活力的步行区。欣赏街头表演，浏览当地艺术和手工艺品，并在众多舒适的咖啡馆之一放松身心。这是感受当地文化的完美场所。</w:t>
      </w:r>
    </w:p>
    <w:p>
      <w:pPr>
        <w:widowControl/>
      </w:pPr>
      <w:r>
        <w:t>概述：抵达哈萨克斯坦阿拉木图后，您将从机场被接机并入住酒店。</w:t>
      </w:r>
    </w:p>
    <w:p>
      <w:pPr>
        <w:widowControl/>
      </w:pPr>
      <w:r>
        <w:t>景点：无</w:t>
      </w:r>
    </w:p>
    <w:p>
      <w:pPr>
        <w:widowControl/>
      </w:pPr>
      <w:r>
        <w:t>交通与活动：旅游车辆</w:t>
      </w:r>
    </w:p>
    <w:p>
      <w:pPr>
        <w:widowControl/>
      </w:pPr>
      <w:r>
        <w:t>住宿：阿拉木图</w:t>
      </w:r>
    </w:p>
    <w:p>
      <w:pPr>
        <w:keepNext/>
        <w:widowControl/>
        <w:spacing w:before="240"/>
      </w:pPr>
      <w:r>
        <w:t>第2天 潘菲洛夫28勇士公园（升天大教堂、军事历史博物馆）、民间乐器博物馆、绿色巴扎、科克托别山（缆车）、欢迎晚宴</w:t>
      </w:r>
    </w:p>
    <w:p>
      <w:pPr>
        <w:widowControl/>
      </w:pPr>
      <w:r>
        <w:t>今天，您的团队将参加阿拉木图市区精华全日游。对于初次到访的游客，这将是了解这座城市“历史记忆、民族文化、充满活力的当地生活和全景城市风光”的完美方式。</w:t>
      </w:r>
    </w:p>
    <w:p>
      <w:pPr>
        <w:widowControl/>
      </w:pPr>
      <w:r>
        <w:t>早餐后，游览从潘菲洛夫28勇士公园开始。这是一片宁静的绿色绿洲，以伊万·潘菲洛夫将军及其28名士兵命名，他们在二战期间英勇保卫莫斯科。他们传奇的遗言——“伟大的俄罗斯，但无处可退。莫斯科就在我们身后。”——在历史中回响。沿着绿树成荫的小径漫步，在光荣纪念碑和长明火前驻足，向象征着和平珍贵的英勇致敬。</w:t>
      </w:r>
    </w:p>
    <w:p>
      <w:pPr>
        <w:widowControl/>
      </w:pPr>
      <w:r>
        <w:t>走到公园中心，您将看到阿拉木图最具标志性的地标——升天大教堂（泽恩科夫大教堂）。由建筑师安德烈·泽恩科夫设计，于1907年竣工，这座56米高的建筑瑰宝是世界第二高的木制教堂，完全不用钉子建造。令人惊叹的是，它在1911年毁灭性地震中几乎毫发无损。走进内部，欣赏其色彩缤纷的壁画、镀金圣像壁和宁静的氛围——一个值得反思和拍照的难忘停留点。</w:t>
      </w:r>
    </w:p>
    <w:p>
      <w:pPr>
        <w:widowControl/>
      </w:pPr>
      <w:r>
        <w:t>离开公园后，您将参观军事历史博物馆，这里展示了哈萨克斯坦勇士的故事——从古代塞种人和突厥游牧民族到现代哈萨克武装部队。在二战展区停留片刻，那里陈列着珍贵的照片、信件、制服和勋章。在这里，您将更深入地了解28名潘菲洛夫英雄和其他在战争中表现出非凡勇气的哈萨克士兵。</w:t>
      </w:r>
    </w:p>
    <w:p>
      <w:pPr>
        <w:widowControl/>
      </w:pPr>
      <w:r>
        <w:t>接下来，步行片刻前往哈萨克民间乐器博物馆，同样由泽恩科夫设计。这座迷人的木制建筑收藏了1000多件传统乐器，包括木制竖琴、号角、风笛、两弦冬不拉和弓弦库布孜——每一件都承载着哈萨克斯坦游牧遗产的精神。如果时间允许，您甚至可能欣赏到一场短暂的现场表演，让草原之声栩栩如生。</w:t>
      </w:r>
    </w:p>
    <w:p>
      <w:pPr>
        <w:widowControl/>
      </w:pPr>
      <w:r>
        <w:t>随后，您的团队将参观热闹的绿色巴扎（Zeleny Bazar），这个熙熙攘攘的市场让您真正体验当地生活。浏览摆满香料、干果和手工艺品的彩色摊位，或品尝地方美食，如多汁的萨姆萨（肉馅饼）、酸爽的库尔特（干奶酪）、卡兹（马肠）和传统奶制甜点。</w:t>
      </w:r>
    </w:p>
    <w:p>
      <w:pPr>
        <w:widowControl/>
      </w:pPr>
      <w:r>
        <w:t>下午，乘车前往海拔1100米的科克托别山，它是阿拉木图的象征。乘坐风景优美的缆车，欣赏城市和白雪皑皑的希姆布拉克山脉的全景。参观著名的披头士纪念碑，欣赏372米高的电视塔，并享受摩天轮、迷你动物园或舒适咖啡馆等景点。这里是日落摄影和在大自然中放松的理想场所。游览结束后，下山返回阿拉木图。</w:t>
      </w:r>
    </w:p>
    <w:p>
      <w:pPr>
        <w:widowControl/>
      </w:pPr>
      <w:r>
        <w:t>iAOT特别欢迎晚宴：</w:t>
      </w:r>
    </w:p>
    <w:p>
      <w:pPr>
        <w:widowControl/>
      </w:pPr>
      <w:r>
        <w:t>晚上，亚洲奥德赛旅游将为您的团队提供特别欢迎晚宴。享用正宗的哈萨克风味美食，并伴有当地舞蹈或现场音乐。这是放松身心、与其他旅行者交流的完美方式。欢迎晚宴包括开胃菜、主菜、甜点、水和茶。所有其他饮料按消费另行收费。</w:t>
      </w:r>
    </w:p>
    <w:p>
      <w:pPr>
        <w:widowControl/>
      </w:pPr>
      <w:r>
        <w:t>概述：享受全日探索阿拉木图市区精华：历史、当地生活和全景城市风光。（含早餐+晚餐）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用餐：早餐、晚餐</w:t>
      </w:r>
    </w:p>
    <w:p>
      <w:pPr>
        <w:widowControl/>
      </w:pPr>
      <w:r>
        <w:t>住宿：阿拉木图</w:t>
      </w:r>
    </w:p>
    <w:p>
      <w:pPr>
        <w:keepNext/>
        <w:widowControl/>
        <w:spacing w:before="240"/>
      </w:pPr>
      <w:r>
        <w:t>第3天 阿拉木图—恰伦峡谷—阿拉木图｜约2小时徒步，野餐午餐</w:t>
      </w:r>
    </w:p>
    <w:p>
      <w:pPr>
        <w:widowControl/>
      </w:pPr>
      <w:r>
        <w:t>今天上午，告别阿拉木图，乘车前往恰伦峡谷国家公园，沿途风景优美（约210公里，4-5小时）。这里常被称为“中亚大峡谷”，这处令人惊叹的自然奇观由风和恰伦河在过去1200万年中雕琢而成。层层叠叠的彩色沉积岩揭示了地球深远的地质历史——从古老的湖床到早已消失的河流系统。</w:t>
      </w:r>
    </w:p>
    <w:p>
      <w:pPr>
        <w:widowControl/>
      </w:pPr>
      <w:r>
        <w:t>公园的亮点是城堡谷（Dolina Zamkov），这一段令人惊叹，风雕琢的悬崖和石柱宛如古代堡垒和神奇的塔楼。沿着峡谷底部悠闲地步行2-3公里，四周是闪耀着红色、橙色和金色光芒的岩壁。在小径的尽头，道路通向恰伦河，您可以在那里放松休息，享用打包午餐，或沉浸在这片不可思议的景观的宁静之中。</w:t>
      </w:r>
    </w:p>
    <w:p>
      <w:pPr>
        <w:widowControl/>
      </w:pPr>
      <w:r>
        <w:t>恰伦峡谷沿河绵延超过150公里，地形多样，令人惊叹——从半沙漠悬崖到郁郁葱葱的河岸，点缀着小片白蜡树林，远处是白雪覆盖的天山山脉。如果运气好，您可能会沿途看到狐狸、鹰、野兔或蜥蜴等野生动物。</w:t>
      </w:r>
    </w:p>
    <w:p>
      <w:pPr>
        <w:widowControl/>
      </w:pPr>
      <w:r>
        <w:t>iTravel 提示：</w:t>
      </w:r>
    </w:p>
    <w:p>
      <w:pPr>
        <w:widowControl/>
      </w:pPr>
      <w:r>
        <w:t>最佳游览时间：春季（4月至6月）和秋季（9月至10月）天气最为宜人。夏季（7月至8月），峡谷底部气温可能超过40°C——如有可能，避免在正午徒步。</w:t>
      </w:r>
    </w:p>
    <w:p>
      <w:pPr>
        <w:widowControl/>
      </w:pPr>
      <w:r>
        <w:t>徒步建议：小径大部分平坦但暴露在阳光下；请穿舒适、防滑的徒步鞋，并携带充足的饮用水。</w:t>
      </w:r>
    </w:p>
    <w:p>
      <w:pPr>
        <w:widowControl/>
      </w:pPr>
      <w:r>
        <w:t>野餐午餐：由于峡谷内没有餐厅，我们将为您的团队提供野餐或简单午餐盒，通常包括三明治、水果和瓶装水。野餐午餐为固定套餐，无法进行个人替换或定制，因此请提前告知我们任何特定的饮食要求（素食、纯素食、清真、过敏）。</w:t>
      </w:r>
    </w:p>
    <w:p>
      <w:pPr>
        <w:widowControl/>
      </w:pPr>
      <w:r>
        <w:t>在探索完哈萨克斯坦最壮观的自然景点之一后，傍晚返回阿拉木图。</w:t>
      </w:r>
    </w:p>
    <w:p>
      <w:pPr>
        <w:widowControl/>
      </w:pPr>
      <w:r>
        <w:t>概述：从阿拉木图出发，前往红色峡谷徒步一日游。返回阿拉木图。（含早餐）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用餐：早餐,午餐</w:t>
      </w:r>
    </w:p>
    <w:p>
      <w:pPr>
        <w:widowControl/>
      </w:pPr>
      <w:r>
        <w:t>住宿：阿拉木图</w:t>
      </w:r>
    </w:p>
    <w:p>
      <w:pPr>
        <w:keepNext/>
        <w:widowControl/>
        <w:spacing w:before="240"/>
      </w:pPr>
      <w:r>
        <w:t>第4天 从阿拉木图飞往比什凯克（吉尔吉斯斯坦），接机并入住酒店</w:t>
      </w:r>
    </w:p>
    <w:p>
      <w:pPr>
        <w:widowControl/>
      </w:pPr>
      <w:r>
        <w:t>今天，您在阿拉木图有自由活动时间。您可以在酒店休息，也可以随意在城市里逛逛。随后，团队将前往阿拉木图机场，搭乘航班飞往吉尔吉斯斯坦的比什凯克。（提示：这条航线通常每天有 1 至 2 个航班。我们会根据当前航班时刻，为您预订最合适的选择。）</w:t>
      </w:r>
    </w:p>
    <w:p>
      <w:pPr>
        <w:widowControl/>
      </w:pPr>
      <w:r>
        <w:t>欢迎来到吉尔吉斯斯坦！这里常被称为“中亚的瑞士”，以壮丽的自然风光和丰富的游牧文化闻名。首都比什凯克既有苏联时期的特色，也有绿意盎然的公园。</w:t>
      </w:r>
    </w:p>
    <w:p>
      <w:pPr>
        <w:widowControl/>
      </w:pPr>
      <w:r>
        <w:t>抵达玛纳斯国际机场（FRU）后，我们的当地司机会迎接您，并安排专车送您前往市中心的酒店。（提示：机场距离市中心约 32 公里，车程约 40 至 60 分钟。）</w:t>
      </w:r>
    </w:p>
    <w:p>
      <w:pPr>
        <w:widowControl/>
      </w:pPr>
      <w:r>
        <w:t>入住酒店。当天剩余时间您可以自行探索这座首都城市。（提示：如果您抵达较早，可以向我们的旅行顾问索取“自由活动建议”。）</w:t>
      </w:r>
    </w:p>
    <w:p>
      <w:pPr>
        <w:widowControl/>
      </w:pPr>
      <w:r>
        <w:t>概述：从阿拉木图飞往吉尔吉斯斯坦的比什凯克，抵达后接机并送往酒店入住。（含早餐）</w:t>
      </w:r>
    </w:p>
    <w:p>
      <w:pPr>
        <w:widowControl/>
      </w:pPr>
      <w:r>
        <w:t>景点：无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住宿：比什凯克</w:t>
      </w:r>
    </w:p>
    <w:p>
      <w:pPr>
        <w:keepNext/>
        <w:widowControl/>
        <w:spacing w:before="240"/>
      </w:pPr>
      <w:r>
        <w:t>第5天 比什凯克之旅：阿拉阿尔恰国家公园、阿拉套广场（玛纳斯雕像）、橡树公园、国家历史博物馆、奥什巴扎、欢迎晚宴</w:t>
      </w:r>
    </w:p>
    <w:p>
      <w:pPr>
        <w:widowControl/>
      </w:pPr>
      <w:r>
        <w:t>早餐后，当地导游和司机将到酒店接您。随后，团队将离开比什凯克，前往位于城市西南30公里处（约40至60分钟车程）的阿拉阿尔恰国家公园徒步。这座天山山脉中的高山峡谷被称为比什凯克的“后花园”，风景让人联想到瑞士——雄伟的雪峰、湛蓝的天空、茂密的松林、野花草甸和优美的河谷。这里非常适合轻松徒步。您可以沿着河边小径悠闲漫步，呼吸山间清新空气。请留意观察野生动物，如松鼠、马鹿、野山羊，甚至难以见到的雪豹（罕见，但有可能遇到！）。（路线提示：共有3条徒步路线，我们推荐轻松的河边路径，沿途景色最佳。）</w:t>
      </w:r>
    </w:p>
    <w:p>
      <w:pPr>
        <w:widowControl/>
      </w:pPr>
      <w:r>
        <w:t>下午返回比什凯克，进行城市精华游。首先来到主广场阿拉套广场，您将看到令人印象深刻的传奇民族英雄玛纳斯雕像，以及政府大楼和国旗旗杆。在某些时间，您还可能看到换岗仪式。</w:t>
      </w:r>
    </w:p>
    <w:p>
      <w:pPr>
        <w:widowControl/>
      </w:pPr>
      <w:r>
        <w:t>从广场步行片刻即可到达橡树公园，这是一处宁静之地，遍布百年橡树和各种雕塑。</w:t>
      </w:r>
    </w:p>
    <w:p>
      <w:pPr>
        <w:widowControl/>
      </w:pPr>
      <w:r>
        <w:t>随后前往附近的国家历史博物馆，这里是了解吉尔吉斯斯坦丰富文化和遗产的好去处。馆内藏有超过80,000件文物，包括全尺寸的吉尔吉斯毡房、传统毛毡和皮革工艺品、刺绣服装、马具，以及关于俄罗斯帝国和苏联时期的展品。</w:t>
      </w:r>
    </w:p>
    <w:p>
      <w:pPr>
        <w:widowControl/>
      </w:pPr>
      <w:r>
        <w:t>接下来前往奥什巴扎，这是城市最热闹的市场之一。您可以逛逛出售新鲜农产品、香料、坚果、干果、当地服装、手工艺品和精美编织地毯的摊位。</w:t>
      </w:r>
    </w:p>
    <w:p>
      <w:pPr>
        <w:widowControl/>
      </w:pPr>
      <w:r>
        <w:t>iAOT特别推荐晚宴：</w:t>
      </w:r>
    </w:p>
    <w:p>
      <w:pPr>
        <w:widowControl/>
      </w:pPr>
      <w:r>
        <w:t>今晚，享用由亚洲奥德赛旅游在著名当地餐厅主办的欢迎晚宴。在温暖舒适的吉尔吉斯氛围中，品尝地道的吉尔吉斯菜肴和中亚融合美食。特色晚宴包括开胃菜、主菜、甜点、水和茶。所有其他饮料按实际消费另行收费。</w:t>
      </w:r>
    </w:p>
    <w:p>
      <w:pPr>
        <w:widowControl/>
      </w:pPr>
      <w:r>
        <w:t>概述：参加比什凯克之旅，前往阿拉阿尔恰国家公园进行山地徒步；探索城市精华。（含早餐+晚餐）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用餐：早餐、晚餐</w:t>
      </w:r>
    </w:p>
    <w:p>
      <w:pPr>
        <w:widowControl/>
      </w:pPr>
      <w:r>
        <w:t>住宿：比什凯克</w:t>
      </w:r>
    </w:p>
    <w:p>
      <w:pPr>
        <w:keepNext/>
        <w:widowControl/>
        <w:spacing w:before="240"/>
      </w:pPr>
      <w:r>
        <w:t>第6天 比什凯克—布拉纳塔—乔尔蓬阿塔 伊塞克湖（乘船）</w:t>
      </w:r>
    </w:p>
    <w:p>
      <w:pPr>
        <w:widowControl/>
      </w:pPr>
      <w:r>
        <w:t>早餐后，导游和司机将带团从比什凯克向东前往伊塞克湖，这是世界第二大高山湖泊。</w:t>
      </w:r>
    </w:p>
    <w:p>
      <w:pPr>
        <w:widowControl/>
      </w:pPr>
      <w:r>
        <w:t>途中会在布拉纳塔停留。这座11世纪的宣礼塔曾是喀喇汗王朝都城八剌沙衮的标志。登上塔顶，可眺望四周平原和远处的雪山。下来后，可在草原石人之间漫步——这些中世纪石像是突厥游牧民族的墓碑，为了解该地区早期历史提供了一个很有意思的窗口。</w:t>
      </w:r>
    </w:p>
    <w:p>
      <w:pPr>
        <w:widowControl/>
      </w:pPr>
      <w:r>
        <w:t>继续乘车前往伊塞克湖北岸的乔尔蓬阿塔（约3小时）。入住酒店后，下午余下时间可在湖边放松。伊塞克湖被称为“中亚明珠”，海拔1,607米。湖水略带咸味，因此冬季不结冰；湖面清澈湛蓝，让人觉得像一处平静的海滨。</w:t>
      </w:r>
    </w:p>
    <w:p>
      <w:pPr>
        <w:widowControl/>
      </w:pPr>
      <w:r>
        <w:t>伊塞克湖活动：</w:t>
      </w:r>
    </w:p>
    <w:p>
      <w:pPr>
        <w:widowControl/>
      </w:pPr>
      <w:r>
        <w:t>乘船游览：前往码头乘观光船，欣赏湖泊和周围山脉的全景。</w:t>
      </w:r>
    </w:p>
    <w:p>
      <w:pPr>
        <w:widowControl/>
      </w:pPr>
      <w:r>
        <w:t>放松或游泳：享受金色沙滩——可以晒太阳，也可以在温暖清澈的湖水中游泳。</w:t>
      </w:r>
    </w:p>
    <w:p>
      <w:pPr>
        <w:widowControl/>
      </w:pPr>
      <w:r>
        <w:t>概述：从比什凯克出发，参观历史悠久的布拉纳塔，然后继续前往乔尔蓬阿塔，在伊塞克湖上乘船游览。（含早餐）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住宿：乔尔蓬阿塔</w:t>
      </w:r>
    </w:p>
    <w:p>
      <w:pPr>
        <w:keepNext/>
        <w:widowControl/>
        <w:spacing w:before="240"/>
      </w:pPr>
      <w:r>
        <w:t>第7天 乔尔蓬阿塔至比什凯克：岩画博物馆之旅</w:t>
      </w:r>
    </w:p>
    <w:p>
      <w:pPr>
        <w:widowControl/>
      </w:pPr>
      <w:r>
        <w:t>在酒店享用早餐。之后，您将参观岩画博物馆。这座露天博物馆占地42公顷，坐落在广阔的土地上，以雄伟的天山山脉为背景。在这里，您会看到雕刻在巨大黑色玄武岩上的古代岩画，其年代可追溯至公元前2千纪至公元4世纪。这些雕刻描绘了狼和雪豹等动物，以及狩猎和祭祀场景。</w:t>
      </w:r>
    </w:p>
    <w:p>
      <w:pPr>
        <w:widowControl/>
      </w:pPr>
      <w:r>
        <w:t>参观结束后，团队将乘车返回比什凯克（约4小时）。</w:t>
      </w:r>
    </w:p>
    <w:p>
      <w:pPr>
        <w:widowControl/>
      </w:pPr>
      <w:r>
        <w:t>抵达比什凯克后，您将有一些自由时间参观当地市场，购买纪念品。在比什凯克度过一个轻松的夜晚。</w:t>
      </w:r>
    </w:p>
    <w:p>
      <w:pPr>
        <w:widowControl/>
      </w:pPr>
      <w:r>
        <w:t>概述：在返回比什凯克之前，探索乔尔蓬阿塔的岩画博物馆。（含早餐）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交通与活动：旅游车辆</w:t>
      </w:r>
    </w:p>
    <w:p>
      <w:pPr>
        <w:widowControl/>
      </w:pPr>
      <w:r>
        <w:t>用餐：早餐</w:t>
      </w:r>
    </w:p>
    <w:p>
      <w:pPr>
        <w:widowControl/>
      </w:pPr>
      <w:r>
        <w:t>住宿：比什凯克</w:t>
      </w:r>
    </w:p>
    <w:p>
      <w:pPr>
        <w:keepNext/>
        <w:widowControl/>
        <w:spacing w:before="240"/>
      </w:pPr>
      <w:r>
        <w:t>第8天 比什凯克离团：酒店退房与机场送机</w:t>
      </w:r>
    </w:p>
    <w:p>
      <w:pPr>
        <w:widowControl/>
      </w:pPr>
      <w:r>
        <w:t>早餐后，您将有一些自由时间游览比什凯克。之后，团队将乘车前往机场，搭乘航班前往下一个目的地或返回家中。为期8天的哈萨克斯坦、吉尔吉斯斯坦跟团游到此结束。（提示：请告知我们您的航班信息，以便我们相应安排机场接送。）</w:t>
      </w:r>
    </w:p>
    <w:p>
      <w:pPr>
        <w:widowControl/>
      </w:pPr>
      <w:r>
        <w:t>中亚行程延伸：</w:t>
      </w:r>
    </w:p>
    <w:p>
      <w:pPr>
        <w:widowControl/>
      </w:pPr>
      <w:r>
        <w:t>哈萨克斯坦和吉尔吉斯斯坦是“五斯坦”之旅的一部分。如果您有更多时间，欢迎参加前往乌兹别克斯坦、土库曼斯坦和塔吉克斯坦的跟团游。更多风景和探险等待着你。</w:t>
      </w:r>
    </w:p>
    <w:p>
      <w:pPr>
        <w:widowControl/>
      </w:pPr>
      <w:r>
        <w:t>感谢您选择亚洲奥德赛旅游为您安排中亚跟团游。我们期待您再次参加我们的下一次旅程！</w:t>
      </w:r>
    </w:p>
    <w:p>
      <w:pPr>
        <w:widowControl/>
      </w:pPr>
      <w:r>
        <w:t>概述：在比什凯克退房，随后送往机场出发。（含早餐）</w:t>
      </w:r>
    </w:p>
    <w:p>
      <w:pPr>
        <w:widowControl/>
      </w:pPr>
      <w:r>
        <w:t>景点：无</w:t>
      </w:r>
    </w:p>
    <w:p>
      <w:pPr>
        <w:widowControl/>
      </w:pPr>
      <w:r>
        <w:t>交通与活动：旅游车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8天哈萨克斯坦吉尔吉斯斯坦之旅：两国自然、徒步与游牧生活（小团）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