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11 Days Uzbekistan Turkmenistan Tour: Classic Silk Road &amp; Gates of Hell Small Group Tour</w:t>
      </w:r>
    </w:p>
    <w:p>
      <w:pPr>
        <w:widowControl/>
      </w:pPr>
      <w:r>
        <w:t>Product code: AOT-CAGT-05</w:t>
      </w:r>
    </w:p>
    <w:p>
      <w:pPr>
        <w:keepNext/>
        <w:widowControl/>
        <w:spacing w:before="240"/>
      </w:pPr>
      <w:r>
        <w:t>Day 1 Tashkent (Uzbekistan) Arrival | Airport Pick-up &amp; Hotel Check-in</w:t>
      </w:r>
    </w:p>
    <w:p>
      <w:pPr>
        <w:widowControl/>
      </w:pPr>
      <w:r>
        <w:t>Hello travelers! Welcome to Tashkent, Uzbekistan's vibrant capital and largest city! This modern metropolis is the perfect gateway to the country's Silk Road wonders, seamlessly blending Soviet-era grandeur with contemporary spirit.</w:t>
      </w:r>
    </w:p>
    <w:p>
      <w:pPr>
        <w:widowControl/>
      </w:pPr>
      <w:r>
        <w:t>When your group lands at Tashkent International Airport, our local driver will meet you at the arrival gate. From there, enjoy comfortable transfer to your downtown hotel, where you can settle in and rest after your journey. (Travel tip: the airport is conveniently located just about 7 km southeast of the city center, a quick and easy transfer.)</w:t>
      </w:r>
    </w:p>
    <w:p>
      <w:pPr>
        <w:widowControl/>
      </w:pPr>
      <w:r>
        <w:t>Arrival in Tashkent</w:t>
      </w:r>
    </w:p>
    <w:p>
      <w:pPr>
        <w:widowControl/>
      </w:pPr>
      <w:r>
        <w:t>Fly into Tashkent International Airport (TAS), the main gateway to Uzbekistan, served by major airlines such as Uzbekistan Airways, Turkish Airlines, and Lufthansa, with direct flights from Moscow, Dubai, Istanbul, Seoul, and Beijing. For a seamless trip, double-check flight options with Asia Odyssey Travel before booking.</w:t>
      </w:r>
    </w:p>
    <w:p>
      <w:pPr>
        <w:widowControl/>
      </w:pPr>
      <w:r>
        <w:t>Visa &amp; Entry Requirements</w:t>
      </w:r>
    </w:p>
    <w:p>
      <w:pPr>
        <w:widowControl/>
      </w:pPr>
      <w:r>
        <w:t>Travel is hassle-free: over 60 nationalities enjoy visa-free entry, while others can easily apply online for an e-visa. Be sure your passport is valid for at least six months, and confirm the latest entry rules through Uzbekistan's official e-visa portal before departure.</w:t>
      </w:r>
    </w:p>
    <w:p>
      <w:pPr>
        <w:widowControl/>
      </w:pPr>
      <w:r>
        <w:t>Travel Note:</w:t>
      </w:r>
    </w:p>
    <w:p>
      <w:pPr>
        <w:widowControl/>
      </w:pPr>
      <w:r>
        <w:t>Optional Sightseeing (If Time Allows): Alisher Navoiy Theater (Self-pay) - Step inside one of Central Asia's grandest theaters to enjoy opera, ballet, or concerts in beautifully decorated halls.</w:t>
      </w:r>
    </w:p>
    <w:p>
      <w:pPr>
        <w:widowControl/>
      </w:pPr>
      <w:r>
        <w:t>Dinner Suggestion: If you arrive in the late afternoon, treat yourself for Uzbek cuisine. Beyond the classic plov (rice pilaf) and shashlik (grilled kebabs), try lagman (noodles in rich meat and vegetable broth), manti (steamed dumplings), and freshly baked naan straight from a clay oven.</w:t>
      </w:r>
    </w:p>
    <w:p>
      <w:pPr>
        <w:widowControl/>
      </w:pPr>
      <w:r>
        <w:t>Overview: Arrive in the airport in Tashkent, Uzbekistan. Be met and transferred directly to your hotel for check-in.</w:t>
      </w:r>
    </w:p>
    <w:p>
      <w:pPr>
        <w:widowControl/>
      </w:pPr>
      <w:r>
        <w:t>Attractions: none</w:t>
      </w:r>
    </w:p>
    <w:p>
      <w:pPr>
        <w:widowControl/>
      </w:pPr>
      <w:r>
        <w:t>Transport and activities: tourist vehicle</w:t>
      </w:r>
    </w:p>
    <w:p>
      <w:pPr>
        <w:widowControl/>
      </w:pPr>
      <w:r>
        <w:t>Accommodation: Tashkent</w:t>
      </w:r>
    </w:p>
    <w:p>
      <w:pPr>
        <w:keepNext/>
        <w:widowControl/>
        <w:spacing w:before="240"/>
      </w:pPr>
      <w:r>
        <w:t>Day 2 Tashkent One Day Tour | Khast-Imam Complex (Hazrati Imam Complex), Chorsu Bazaar, State Museum of Applied Arts, Tashkent Metro (Soviet-era), Amir Timur Square, Welcome Dinner</w:t>
      </w:r>
    </w:p>
    <w:p>
      <w:pPr>
        <w:widowControl/>
      </w:pPr>
      <w:r>
        <w:t>After breakfast, your group will have a full day to explore Tashkent, Uzbekistan's vibrant capital. You'll get a first impression of this country.</w:t>
      </w:r>
    </w:p>
    <w:p>
      <w:pPr>
        <w:widowControl/>
      </w:pPr>
      <w:r>
        <w:t>Begin your day in the Old City at the Khast-Imam Complex, the spiritual heart of Tashkent. This serene ensemble of blue-domed mosques, mausoleums, and madrasahs invites you to step back in time. Here you'll find the elegant Hazrati Imam Mosque, whose twin 53-meter minarets and gold-leafed domes dominate the square, as well as the Tillya Sheikh Mosque, Barak Khan Madrasah, and the Mausoleum of Abu Bakr Kaffal Shashi, a 10th-century scholar, poet, and locksmith-saint after whom the complex is named. Be sure to visit the Mui Muborak Library, home to the revered 7th-century Osman Qur'an - one of the world's oldest copies.</w:t>
      </w:r>
    </w:p>
    <w:p>
      <w:pPr>
        <w:widowControl/>
      </w:pPr>
      <w:r>
        <w:t>After soaking up the complex's peaceful atmosphere, stroll through Barak Khan Madrasah, now home to artisan workshops and boutiques. Watch local masters create ikat fabrics, woodcarvings, pottery, and jewelry, giving you a chance to bring home a unique handmade souvenir.</w:t>
      </w:r>
    </w:p>
    <w:p>
      <w:pPr>
        <w:widowControl/>
      </w:pPr>
      <w:r>
        <w:t>Continue your immersion in local culture with a visit to Chorsu Bazaar, Tashkent's largest and most iconic marketplace. Beneath its turquoise dome, vendors sell colorful spices, dried fruits, fresh bread still warm from the tandoor, and vibrant handicrafts. Sample street food, chat with friendly locals, and experience the daily rhythm of Tashkent life.</w:t>
      </w:r>
    </w:p>
    <w:p>
      <w:pPr>
        <w:widowControl/>
      </w:pPr>
      <w:r>
        <w:t>Next, explore the State Museum of Applied Arts, where more than 7,000 exhibits showcase Uzbekistan's finest craftsmanship from the 19th century to today. Admire intricate gold embroidery, suzani textiles, ceramics, jewelry, carpets, and woodcarvings, gaining a deeper appreciation for the country's artistic traditions.</w:t>
      </w:r>
    </w:p>
    <w:p>
      <w:pPr>
        <w:widowControl/>
      </w:pPr>
      <w:r>
        <w:t>In the afternoon, descend underground for a ride on the Tashkent Metro - an experience in itself. As the first subway system in Central Asia, it is a living museum of Soviet architecture and Uzbek decorative art. Each station is uniquely designed, from Kosmonavtlar with its cosmonaut-themed mosaics to Paxtakor with cotton motifs.</w:t>
      </w:r>
    </w:p>
    <w:p>
      <w:pPr>
        <w:widowControl/>
      </w:pPr>
      <w:r>
        <w:t>Emerge at Amir Timur Square, the heart of modern Tashkent. Surrounded by landmarks such as Hotel Uzbekistan, the Palace of International Forums, and the University of Law, the square is anchored by a bronze equestrian statue of Amir Timur, the great Central Asian conqueror and founder of the Timurid Empire. Take time to relax by the fountains, stroll through the green spaces, and - if time allows - visit the Amir Timur Museum (closed Mondays), whose striking dome is depicted on the 1,000-som banknote. Inside, discover fascinating exhibits on Timur's life and legacy.</w:t>
      </w:r>
    </w:p>
    <w:p>
      <w:pPr>
        <w:widowControl/>
      </w:pPr>
      <w:r>
        <w:t>AOT Specially Arranged Dinner:</w:t>
      </w:r>
    </w:p>
    <w:p>
      <w:pPr>
        <w:widowControl/>
      </w:pPr>
      <w:r>
        <w:t>This evening, Asia Odyssey Travel invites your group for featured dinner. Savor authentic Uzbek flavors while enjoying performance of traditional local dance and live music. Welcome dinner includes starter, main course, dessert, water, and tea. All other beverages are charged separately based on consumption.</w:t>
      </w:r>
    </w:p>
    <w:p>
      <w:pPr>
        <w:widowControl/>
      </w:pPr>
      <w:r>
        <w:t>After the tour, be escorted back to the hotel in Tashkent.</w:t>
      </w:r>
    </w:p>
    <w:p>
      <w:pPr>
        <w:widowControl/>
      </w:pPr>
      <w:r>
        <w:t>Overview: Spend one full day exploring all the highlights of Tashkent. Enjoy welcomer dinner. (B+D)</w:t>
      </w:r>
    </w:p>
    <w:p>
      <w:pPr>
        <w:widowControl/>
      </w:pPr>
      <w:r>
        <w:t>Attractions: 5 sites</w:t>
      </w:r>
    </w:p>
    <w:p>
      <w:pPr>
        <w:widowControl/>
      </w:pPr>
      <w:r>
        <w:t>Transport and activities: tourist vehicle</w:t>
      </w:r>
    </w:p>
    <w:p>
      <w:pPr>
        <w:widowControl/>
      </w:pPr>
      <w:r>
        <w:t>Meals: Breakfast, Dinner</w:t>
      </w:r>
    </w:p>
    <w:p>
      <w:pPr>
        <w:widowControl/>
      </w:pPr>
      <w:r>
        <w:t>Accommodation: Tashkent</w:t>
      </w:r>
    </w:p>
    <w:p>
      <w:pPr>
        <w:keepNext/>
        <w:widowControl/>
        <w:spacing w:before="240"/>
      </w:pPr>
      <w:r>
        <w:t>Day 3 Tashkent to Urgench by Morning Flight, Transfer to Khiva (World Heritage) | Ichan-kala (Kalta Minor Minaret, Pakhlavan Makhmud Mausoleum, Islam Khoja Minaret, Juma Mosque, Tosh Hovli Palace, Kuhna Ark)</w:t>
      </w:r>
    </w:p>
    <w:p>
      <w:pPr>
        <w:widowControl/>
      </w:pPr>
      <w:r>
        <w:t>On this day, your group will need to get up early and take your morning flight from Tashkent to Urgench International Airport, followed by short 36 km transfer to Khiva, a UNESCO World Heritage Site. The contrast is striking: leaving behind modern Tashkent, the Silk Road's gateway, you step into a city that feels frozen in time. Once a thriving Silk Road hub in the 16th century, Khiva blended Persian, Turkic, and Russian influences, becoming a safe haven for traders and scholars.</w:t>
      </w:r>
    </w:p>
    <w:p>
      <w:pPr>
        <w:widowControl/>
      </w:pPr>
      <w:r>
        <w:t>“I would offer a bag of gold merely to catch a glimpse of Khiva.” This well-known Central Asian saying perfectly captures the city's legendary allure. Khiva is a living “open-air museum,” a place where stepping through its gates feels like traveling back to the medieval era.</w:t>
      </w:r>
    </w:p>
    <w:p>
      <w:pPr>
        <w:widowControl/>
      </w:pPr>
      <w:r>
        <w:t>The highlight of Khiva is Itchan Kala, the perfectly preserved inner-walled city of the Khwarezm Empire (10th-17th centuries). Enclosed by 10-meter-high mud-brick walls, this UNESCO World Heritage site covers just 26 hectares and is home to about 2,000 residents. All its treasures - palaces, mosques, madrasahs, minarets, and mausoleums - lie within a walkable 1-kilometer radius, making it easy to explore on foot in half a day.</w:t>
      </w:r>
    </w:p>
    <w:p>
      <w:pPr>
        <w:widowControl/>
      </w:pPr>
      <w:r>
        <w:t>After breakfast, follow your guide through the Ata Darvaza (West Gate) to begin your journey through Khiva's most iconic landmarks. Admire the turquoise-glazed Kalta Minor Minaret (the “Short Minaret”) and the nearby Muhammad Amin Khan Madrasah, the largest in Khiva. Continue to the peaceful Sayid Allauddin Mausoleum (14th century) and the Pakhlavan Makhmud Mausoleum, the holiest site in Khiva with its striking turquoise domes.</w:t>
      </w:r>
    </w:p>
    <w:p>
      <w:pPr>
        <w:widowControl/>
      </w:pPr>
      <w:r>
        <w:t>Climb (optional, self-pay) the Islam Khoja Minaret - at 57 meters tall, it offers breathtaking panoramic views over the city. Step into the Juma Mosque (Friday Mosque) with its mesmerizing forest of 218 wooden columns, and admire the intricate tilework at Allakuli Khan Madrasah. Explore the elegant Tosh Hovli Palace (Stone Palace) with its harem quarters and mirrored halls, and visit the Mohammed Rakhim Khan Madrasa for a glimpse of Khiva's cultural history.</w:t>
      </w:r>
    </w:p>
    <w:p>
      <w:pPr>
        <w:widowControl/>
      </w:pPr>
      <w:r>
        <w:t>Also, explore Kuhna Ark (Old Fortress), a 17th-century citadel where you can see the khans' harem, mint, stables, arsenal, mosque, and jail. If time permits, walk along the Itchan Kala walls (self-pay) for unforgettable panoramic views - a perfect spot to watch the sunset over Khiva's timeless skyline. (Fun fact: Itchan Kala is featured on the 100,000 Uzbekistani som banknote!)</w:t>
      </w:r>
    </w:p>
    <w:p>
      <w:pPr>
        <w:widowControl/>
      </w:pPr>
      <w:r>
        <w:t>This evening, you will stay in Khiva.</w:t>
      </w:r>
    </w:p>
    <w:p>
      <w:pPr>
        <w:widowControl/>
      </w:pPr>
      <w:r>
        <w:t>Travel Note:</w:t>
      </w:r>
    </w:p>
    <w:p>
      <w:pPr>
        <w:widowControl/>
      </w:pPr>
      <w:r>
        <w:t>This is primarily a walking tour within the walled inner city of Ichan kala. The entire complex is a pedestrian friendly historic area. Vehicles are generally not permitted inside the old city walls.</w:t>
      </w:r>
    </w:p>
    <w:p>
      <w:pPr>
        <w:widowControl/>
      </w:pPr>
      <w:r>
        <w:t>Overview: Take a morning flight from Tashkent to Urgench, then transfer to Khiva to explore the UNESCO World Heritage site of Ichan-Kala. (B)</w:t>
      </w:r>
    </w:p>
    <w:p>
      <w:pPr>
        <w:widowControl/>
      </w:pPr>
      <w:r>
        <w:t>Attractions: 1 site</w:t>
      </w:r>
    </w:p>
    <w:p>
      <w:pPr>
        <w:widowControl/>
      </w:pPr>
      <w:r>
        <w:t>Transport and activities: tourist vehicle</w:t>
      </w:r>
    </w:p>
    <w:p>
      <w:pPr>
        <w:widowControl/>
      </w:pPr>
      <w:r>
        <w:t>Meals: Breakfast</w:t>
      </w:r>
    </w:p>
    <w:p>
      <w:pPr>
        <w:widowControl/>
      </w:pPr>
      <w:r>
        <w:t>Accommodation: Khiva</w:t>
      </w:r>
    </w:p>
    <w:p>
      <w:pPr>
        <w:keepNext/>
        <w:widowControl/>
        <w:spacing w:before="240"/>
      </w:pPr>
      <w:r>
        <w:t>Day 4 Khiva - Shavat Border Point - Darvaza Gas Crater (Turkmenistan) | Dinner, Camp at the Desert</w:t>
      </w:r>
    </w:p>
    <w:p>
      <w:pPr>
        <w:widowControl/>
      </w:pPr>
      <w:r>
        <w:t>After breakfast, you will be transferred from Khiva to the Uzbekistan-Turkmenistan border, which is about one-hour drive.</w:t>
      </w:r>
    </w:p>
    <w:p>
      <w:pPr>
        <w:widowControl/>
      </w:pPr>
      <w:r>
        <w:t>Your group will cross into Turkmenistan via the Shavat-Dashoguz border point. Our local Turkmen guide will be waiting for you there to assist with customs formalities and paperwork.</w:t>
      </w:r>
    </w:p>
    <w:p>
      <w:pPr>
        <w:widowControl/>
      </w:pPr>
      <w:r>
        <w:t>Border Crossing Tip:</w:t>
      </w:r>
    </w:p>
    <w:p>
      <w:pPr>
        <w:widowControl/>
      </w:pPr>
      <w:r>
        <w:t>The border connects Shavat (Khorezm region, Uzbekistan) with Dashoguz (Dashoguz province, Turkmenistan), and is the main land route for travelers heading toward Darvaza. Customs and immigration procedures typically take about 1 hour (sometimes may last 2 hours) when entering Turkmenistan.</w:t>
      </w:r>
    </w:p>
    <w:p>
      <w:pPr>
        <w:widowControl/>
      </w:pPr>
      <w:r>
        <w:t>After passing the border, drive south through the vast Karakum Desert to Darvaza Gas Crater (276 km, about 5 hours). You've now arrived at the "Door to Hell"!</w:t>
      </w:r>
    </w:p>
    <w:p>
      <w:pPr>
        <w:widowControl/>
      </w:pPr>
      <w:r>
        <w:t>The crater was formed in 1971 when Soviet geologists were drilling for natural gas. The ground beneath their rig collapsed, leaving a large hole with a diameter of 60 meters and a depth of 20 meters. To prevent the release of poisonous gas, they decided to light it on fire, hoping it would burn itself out in a few days. The gas, however, is still burning today.</w:t>
      </w:r>
    </w:p>
    <w:p>
      <w:pPr>
        <w:widowControl/>
      </w:pPr>
      <w:r>
        <w:t>At daylight, the crater may seem like an ordinary hole in the ground, with a slight haze of smoke. We'll take a walk around the site while our barbecue dinner is being prepared. As dusk falls, the simple hole transforms into a spectacular "fire temple," creating an otherworldly atmosphere that will ignite your imagination. We'll finish the day with a taste of delicious nomadic food, with the flickering lights of the "eternal" fire.</w:t>
      </w:r>
    </w:p>
    <w:p>
      <w:pPr>
        <w:widowControl/>
      </w:pPr>
      <w:r>
        <w:t>Stay overnight in a traditional yurt camp.</w:t>
      </w:r>
    </w:p>
    <w:p>
      <w:pPr>
        <w:widowControl/>
      </w:pPr>
      <w:r>
        <w:t>Travel Note:</w:t>
      </w:r>
    </w:p>
    <w:p>
      <w:pPr>
        <w:widowControl/>
      </w:pPr>
      <w:r>
        <w:t>Yurts have no attached toilet (shared outdoor facilities), dinner is a fixed BBQ meal with soft drinks and water (dietary requests must be advised in advance), and there is little to no mobile signal, no WiFi, and limited electricity for charging at the campsite, so please bring a power bank.</w:t>
      </w:r>
    </w:p>
    <w:p>
      <w:pPr>
        <w:widowControl/>
      </w:pPr>
      <w:r>
        <w:t>Overview: Drive from Khiva to the Shavat border crossing, enter Turkmenistan, proceed to the Darvaza Gas Crater and overnight camping experience in the desert. (B+D)</w:t>
      </w:r>
    </w:p>
    <w:p>
      <w:pPr>
        <w:widowControl/>
      </w:pPr>
      <w:r>
        <w:t>Attractions: 1 site</w:t>
      </w:r>
    </w:p>
    <w:p>
      <w:pPr>
        <w:widowControl/>
      </w:pPr>
      <w:r>
        <w:t>Transport and activities: tourist vehicle</w:t>
      </w:r>
    </w:p>
    <w:p>
      <w:pPr>
        <w:widowControl/>
      </w:pPr>
      <w:r>
        <w:t>Meals: Breakfast, Dinner</w:t>
      </w:r>
    </w:p>
    <w:p>
      <w:pPr>
        <w:widowControl/>
      </w:pPr>
      <w:r>
        <w:t>Accommodation: Darvaza Gas Crater</w:t>
      </w:r>
    </w:p>
    <w:p>
      <w:pPr>
        <w:keepNext/>
        <w:widowControl/>
        <w:spacing w:before="240"/>
      </w:pPr>
      <w:r>
        <w:t>Day 5 Darvaza Gas Crater - Ashgabat | Ashgabat City Tour: Turkmenbashi Ruhy Mosque, Akhal-Teke Horse Stables, Gulistan Bazaar, City Night View, Featured Dinner</w:t>
      </w:r>
    </w:p>
    <w:p>
      <w:pPr>
        <w:widowControl/>
      </w:pPr>
      <w:r>
        <w:t>This morning, your group will enjoy picnic-style breakfast at Darvaza in the desert. Afterward, drive back through the vast Karakum Desert and get back to Ashgabat (about 4-5 hours).</w:t>
      </w:r>
    </w:p>
    <w:p>
      <w:pPr>
        <w:widowControl/>
      </w:pPr>
      <w:r>
        <w:t>Ashgabat, the capital, is a pure white world, truly unique. It has been recognized by the Guinness World Records as the city with the highest density of white marble buildings. More than 500 structures are decorated with shining marble. Your driver will take you on a ride through these white giants, making you feel as if you've entered film-like world, similar to The Truman Show. Today, begin your adventure in Ashgabat.</w:t>
      </w:r>
    </w:p>
    <w:p>
      <w:pPr>
        <w:widowControl/>
      </w:pPr>
      <w:r>
        <w:t>In the afternoon, your group will explore this fascinating white-marble city. Your first stop is the Turkmenbashi Ruhy Mosque (also Gypjak Mosque). The first sight comes to eye will be the massive golden dome - shimmering under the desert sun. It is the largest mosque in Central Asia, capable of accommodating 10,000 to 20,000 worshippers at a time. Built entirely from Turkmenistan's signature white marble, the structure stands with four 91-meter minarets, symbolizing the country's independence in 1991.</w:t>
      </w:r>
    </w:p>
    <w:p>
      <w:pPr>
        <w:widowControl/>
      </w:pPr>
      <w:r>
        <w:t>Its gleaming façade, grand golden dome, and towering minarets form a striking silhouette against the sky. Inside, you'll find glittering chandeliers, intricate geometric designs, and inscriptions from both the Quran and the Ruhnama (“Book of the Soul”), written by Turkmenistan's first president. (Dress Code Tips: (1) Men: Long trousers required; no shorts or sleeveless shirts. (2) Women: Headscarf required (to cover hair); long skirt or trousers that cover the ankles; sleeves must cover the wrists.)</w:t>
      </w:r>
    </w:p>
    <w:p>
      <w:pPr>
        <w:widowControl/>
      </w:pPr>
      <w:r>
        <w:t>After that, you'll visit the Horse Stables to see the national pride of Turkmenistan - the Akhal-Teke horses, often celebrated as some of the most beautiful horses in the world. Known as “heavenly horses,” they are famous for their distinctive metallic sheen. You can gently touch their silky coats and observe their shimmering, golden glow up close. (Optional Horse Riding: There is an additional fee if you wish to ride the horses.)</w:t>
      </w:r>
    </w:p>
    <w:p>
      <w:pPr>
        <w:widowControl/>
      </w:pPr>
      <w:r>
        <w:t>You will also visit Gulistan Bazaar to experience vibrant local life. Wander through stalls filled with fresh fruits, vegetables, spices, daily essentials, and even traditional Turkmen carpets. If you'd like, feel free to sample some local snacks or street food here.</w:t>
      </w:r>
    </w:p>
    <w:p>
      <w:pPr>
        <w:widowControl/>
      </w:pPr>
      <w:r>
        <w:t>AOT Specially Arranged Dinner in Ashgabat:</w:t>
      </w:r>
    </w:p>
    <w:p>
      <w:pPr>
        <w:widowControl/>
      </w:pPr>
      <w:r>
        <w:t>This evening, Asia Odyssey Travel invites your group to enjoy a special dinner at the symbolic Tower Restaurant. Savor authentic local flavors while taking in the stunning night views of Ashgabat. Featured dinner includes starter, main course, dessert, water, and tea. All other beverages are charged separately based on consumption.</w:t>
      </w:r>
    </w:p>
    <w:p>
      <w:pPr>
        <w:widowControl/>
      </w:pPr>
      <w:r>
        <w:t>After dinner, continue with a night city tour to admire the beautifully illuminated landmarks of Ashgabat as you drive along the main avenues. Transfer back to your hotel for a good rest.</w:t>
      </w:r>
    </w:p>
    <w:p>
      <w:pPr>
        <w:widowControl/>
      </w:pPr>
      <w:r>
        <w:t>Overview: Get from Darvaza Gas Crater to Ashgabat and explore its city highlights. (B+D)</w:t>
      </w:r>
    </w:p>
    <w:p>
      <w:pPr>
        <w:widowControl/>
      </w:pPr>
      <w:r>
        <w:t>Attractions: 4 sites</w:t>
      </w:r>
    </w:p>
    <w:p>
      <w:pPr>
        <w:widowControl/>
      </w:pPr>
      <w:r>
        <w:t>Transport and activities: tourist vehicle</w:t>
      </w:r>
    </w:p>
    <w:p>
      <w:pPr>
        <w:widowControl/>
      </w:pPr>
      <w:r>
        <w:t>Meals: Breakfast, Dinner</w:t>
      </w:r>
    </w:p>
    <w:p>
      <w:pPr>
        <w:widowControl/>
      </w:pPr>
      <w:r>
        <w:t>Accommodation: Ashgabat</w:t>
      </w:r>
    </w:p>
    <w:p>
      <w:pPr>
        <w:keepNext/>
        <w:widowControl/>
        <w:spacing w:before="240"/>
      </w:pPr>
      <w:r>
        <w:t>Day 6 Ashgabat - Mary (by Drive) | Ashgabat City Tour: Neutrality Monument, National Museum of Turkmenistan, Independence Monument, Alem Cultural and Entertainment Center (outlook), Palace of Happiness (outlook)</w:t>
      </w:r>
    </w:p>
    <w:p>
      <w:pPr>
        <w:widowControl/>
      </w:pPr>
      <w:r>
        <w:t>After breakfast, your group will embark on a city tour of Ashgabat, the dazzling capital often called the “White City” for its grand, marble-clad architecture. As you drive through the city, admire some of its most striking landmarks, including the Wedding Palace, the Wheel of Fortune, and other impressive modern monuments. Make a brief stop at the Alem Cultural and Entertainment Center, home to the world's largest indoor Ferris wheel, and the Palace of Happiness, an iconic building designed as an eight-pointed star encircling a globe.</w:t>
      </w:r>
    </w:p>
    <w:p>
      <w:pPr>
        <w:widowControl/>
      </w:pPr>
      <w:r>
        <w:t>After seeing the architecture marvels, enjoy your city walk exploration. Begin at the Neutrality Monument, a striking 75-meter-high, tripod-shaped arch built in 1998 to symbolize Turkmenistan's permanent neutrality and its commitment to peace and goodwill. From its viewing platform, enjoy sweeping panoramas of the capital.</w:t>
      </w:r>
    </w:p>
    <w:p>
      <w:pPr>
        <w:widowControl/>
      </w:pPr>
      <w:r>
        <w:t>Continue to the National Museum of Turkmenistan, one of Central Asia's finest museums. Its white-marble exterior, crowned by a brilliant blue dome and golden statues, is as impressive as the treasures inside. With over 500,000 artifacts on display, you'll discover archaeological finds from legendary Silk Road sites like Nisa, Merv, and Gonur Depe. Admire coins, weapons, pottery, and exquisite gold jewelry, along with traditional clothing that tells the story of Turkmen heritage. Don't miss the museum's star exhibits - the ancient rhytons, ceremonial drinking vessels of extraordinary beauty.</w:t>
      </w:r>
    </w:p>
    <w:p>
      <w:pPr>
        <w:widowControl/>
      </w:pPr>
      <w:r>
        <w:t>Next, stroll through Independence Park, home to statues of poets, philosophers, and national heroes, and marvel at the soaring Independence Monument, a 118-meter masterpiece built to commemorate Turkmenistan's independence in 1991.</w:t>
      </w:r>
    </w:p>
    <w:p>
      <w:pPr>
        <w:widowControl/>
      </w:pPr>
      <w:r>
        <w:t>After the city tour, you'll set off on a scenic drive to Mary, located about 360 km southeast of Ashgabat (3.5-4 hours by road). The journey takes you along the edge of the vast Karakum Desert, offering striking views of its rolling dunes and arid landscapes. As you approach Mary, the scenery begins to change - the desert gradually gives way to the fertile Mary Oasis, a region known for its cotton fields and natural gas production. Along the way, you'll notice more greenery and cultivated farmland.</w:t>
      </w:r>
    </w:p>
    <w:p>
      <w:pPr>
        <w:widowControl/>
      </w:pPr>
      <w:r>
        <w:t>Arrive in Mary and check into your hotel here. Your group will have a good rest tonight.</w:t>
      </w:r>
    </w:p>
    <w:p>
      <w:pPr>
        <w:widowControl/>
      </w:pPr>
      <w:r>
        <w:t>Travel Note:</w:t>
      </w:r>
    </w:p>
    <w:p>
      <w:pPr>
        <w:widowControl/>
      </w:pPr>
      <w:r>
        <w:t>Mary is a small provincial city with very few hotel options local 4-star properties offering approximately 3-star service by international standards and WiFi is available but can be slow or unreliable.</w:t>
      </w:r>
    </w:p>
    <w:p>
      <w:pPr>
        <w:widowControl/>
      </w:pPr>
      <w:r>
        <w:t>Overview: Explore some attractions in Ashgabat and then drive to Mary for accommodation. (B)</w:t>
      </w:r>
    </w:p>
    <w:p>
      <w:pPr>
        <w:widowControl/>
      </w:pPr>
      <w:r>
        <w:t>Attractions: 5 sites</w:t>
      </w:r>
    </w:p>
    <w:p>
      <w:pPr>
        <w:widowControl/>
      </w:pPr>
      <w:r>
        <w:t>Transport and activities: tourist vehicle</w:t>
      </w:r>
    </w:p>
    <w:p>
      <w:pPr>
        <w:widowControl/>
      </w:pPr>
      <w:r>
        <w:t>Meals: Breakfast</w:t>
      </w:r>
    </w:p>
    <w:p>
      <w:pPr>
        <w:widowControl/>
      </w:pPr>
      <w:r>
        <w:t>Accommodation: Mary</w:t>
      </w:r>
    </w:p>
    <w:p>
      <w:pPr>
        <w:keepNext/>
        <w:widowControl/>
        <w:spacing w:before="240"/>
      </w:pPr>
      <w:r>
        <w:t>Day 7 Mary (Turkmenistan) - Ancient Merv (UNESCO Site) - Farap Border - Bhuhara (Uzbekistan)</w:t>
      </w:r>
    </w:p>
    <w:p>
      <w:pPr>
        <w:widowControl/>
      </w:pPr>
      <w:r>
        <w:t>After breakfast, your group will be driven from Mary city to Ancient Merv, located 33km northeast of Mary. This UNESCO World Heritage site is the oldest and best-preserved of the oasis-cities along the Silk Route in Central Asia. It has spanned over 4,000 years' history. During the medieval period, its population exceeded one million, making it one of the largest cities in the world. It was known as the "Queen of the World" and the "Jewel of the Silk Road."</w:t>
      </w:r>
    </w:p>
    <w:p>
      <w:pPr>
        <w:widowControl/>
      </w:pPr>
      <w:r>
        <w:t>Within the vast 1,200-hectare archaeological park, you'll have the chance to observe all the constituent parts of this "wandering city." The site consists of a series of adjacent cities, roughly divided into the ancient (Erk Kala and Gyaur Kala), the medieval (Sultan Kala), and the post-medieval (Abdulla-Khan Kala and Bayram-Ali-Khan Kala). Besides these remnants, you'll also visit the 6th-9th century AD forts of Big and Little Kyz-Kalas, which are excellent examples of the so-called "corrugated Koshks." You'll also explore the splendid 12th-century mausoleums of Sultan Sanjar and Muhammed ibn-Zeyd, which demonstrate exquisite Seljuk-period brickwork and architectural décor.</w:t>
      </w:r>
    </w:p>
    <w:p>
      <w:pPr>
        <w:widowControl/>
      </w:pPr>
      <w:r>
        <w:t>This afternoon, depart Merv for the Farap border crossing on the Turkmenistan-Uzbekistan frontier, located northeast of Merv (about 239 km, 3 hours' drive). Note: This border operates 24 hours a day and is convenient for travelers.</w:t>
      </w:r>
    </w:p>
    <w:p>
      <w:pPr>
        <w:widowControl/>
      </w:pPr>
      <w:r>
        <w:t>After completing customs and passport control on both sides of the border, proceed to the exit of the border control area, where your Uzbekistan guide/driver will be waiting to greet your group.</w:t>
      </w:r>
    </w:p>
    <w:p>
      <w:pPr>
        <w:widowControl/>
      </w:pPr>
      <w:r>
        <w:t>From here, continue your journey to Bukhara (about 123 km, 2 hours). Upon arrival in Bukhara, check in to your hotel and enjoy good rest before tomorrow's exploration of this legendary Silk Road city.</w:t>
      </w:r>
    </w:p>
    <w:p>
      <w:pPr>
        <w:widowControl/>
      </w:pPr>
      <w:r>
        <w:t>Overview: Explore the ancient UNESCO site of Merv, then proceed to the Farap border crossing, and drive on to Bukhara, Uzbekistan. (B)</w:t>
      </w:r>
    </w:p>
    <w:p>
      <w:pPr>
        <w:widowControl/>
      </w:pPr>
      <w:r>
        <w:t>Attractions: 1 site</w:t>
      </w:r>
    </w:p>
    <w:p>
      <w:pPr>
        <w:widowControl/>
      </w:pPr>
      <w:r>
        <w:t>Transport and activities: tourist vehicle</w:t>
      </w:r>
    </w:p>
    <w:p>
      <w:pPr>
        <w:widowControl/>
      </w:pPr>
      <w:r>
        <w:t>Meals: Breakfast</w:t>
      </w:r>
    </w:p>
    <w:p>
      <w:pPr>
        <w:widowControl/>
      </w:pPr>
      <w:r>
        <w:t>Accommodation: Bhuhara</w:t>
      </w:r>
    </w:p>
    <w:p>
      <w:pPr>
        <w:keepNext/>
        <w:widowControl/>
        <w:spacing w:before="240"/>
      </w:pPr>
      <w:r>
        <w:t>Day 8 Bukhara Tour | Chor Minor Madrasah (Four Minarets), Lyabi Hauz Ensemble (Afandi Statue), Magoki Attori Mosque, Trading Domes, Po-i-Kalyan Complex (Kalyan Minaret), Ark of Bukhara (Ark Fortress), Bolo Hauz Mosque</w:t>
      </w:r>
    </w:p>
    <w:p>
      <w:pPr>
        <w:widowControl/>
      </w:pPr>
      <w:r>
        <w:t>Today, follow our guide to fully explore Bukhara, a UNESCO World Heritage Site and one of the most atmospheric cities along the Silk Road. Often called the “Second Mecca,” Bukhara has been a center of Islamic learning for centuries and is famous for its 2,500-year-old history as a Silk Road hub, from the era of the Samanids to the Timurids. This legendary city is also tied to the tales of One Thousand and One Nights and is the home of the beloved folk character Afandi.</w:t>
      </w:r>
    </w:p>
    <w:p>
      <w:pPr>
        <w:widowControl/>
      </w:pPr>
      <w:r>
        <w:t>Bukhara is wonderfully walkable - most of its landmarks are within a compact 6 km stretch - making it easy to immerse yourself in its living history, lively bazaars, and warm local atmosphere.</w:t>
      </w:r>
    </w:p>
    <w:p>
      <w:pPr>
        <w:widowControl/>
      </w:pPr>
      <w:r>
        <w:t>Your exploration begins at Chor Minor Madrasah, the four-towered gem that once graced the cover of Lonely Planet Central Asia. Built in 1807 by the wealthy merchant Khalif Niyazkul, its four unique minarets are believed to represent the four major religions of the world, with decorations that some interpret as Buddhist prayer wheels, Christian crosses, Zoroastrian motifs, and Islamic patterns. This charming structure is all that remains of a once-grand madrasa complex.</w:t>
      </w:r>
    </w:p>
    <w:p>
      <w:pPr>
        <w:widowControl/>
      </w:pPr>
      <w:r>
        <w:t>Continue to Lyabi Hauz Ensemble, the beating heart of Bukhara since the 17th century. Built around a peaceful pool shaded by mulberry trees, this square was once a lively Silk Road trading hub. Its three surrounding monuments — the Nadir Divan-Beghi Madrasah, the Nadir Divan-Beghi Khanaka (Sufi hospice), and the Kukeldash Madrasah - are masterpieces of Central Asian architecture. Today, Lyabi Hauz remains the social center of the city, lined with cafes where locals sip tea and travelers watch the world go by. Don't miss the playful statue of Khodja Nasreddin (Afandi), the wise fool of Sufi legend, riding his donkey.</w:t>
      </w:r>
    </w:p>
    <w:p>
      <w:pPr>
        <w:widowControl/>
      </w:pPr>
      <w:r>
        <w:t>Nearby is the Magoki Attori Mosque, Bukhara's oldest surviving mosque, dating back to the 9th–10th centuries. Situated 4.5 meters below ground level, this mosque is a true archaeological wonder, displaying ancient brickwork and terracotta ornamentation. It now houses a small carpet museum (admission self-pay).</w:t>
      </w:r>
    </w:p>
    <w:p>
      <w:pPr>
        <w:widowControl/>
      </w:pPr>
      <w:r>
        <w:t>From there, stroll through Bukhara's famous Trading Domes, a network of 16th-century domed bazaars - Toki-Zargaron, Toki-Sarrofon, Telpak-Furushon, and Tim Abdullah Khan. Once bustling hubs for jewelers, money changers, and silk merchants, they still sell traditional crafts, carpets, and souvenirs, allowing you to experience Bukhara's mercantile spirit firsthand.</w:t>
      </w:r>
    </w:p>
    <w:p>
      <w:pPr>
        <w:widowControl/>
      </w:pPr>
      <w:r>
        <w:t>Next, reach the Po-i-Kalyan Complex, the iconic centerpiece of Bukhara's skyline. Here you will admire the 47-meter-high Kalyan Minaret - so magnificent that Genghis Khan spared it from destruction. The adjacent Kalyan Mosque, with its 288 domes and capacity for 10,000 worshippers, and the Mir-i-Arab Madrasah, with its turquoise domes and active Islamic school, together form one of Central Asia's most stunning architectural ensembles.</w:t>
      </w:r>
    </w:p>
    <w:p>
      <w:pPr>
        <w:widowControl/>
      </w:pPr>
      <w:r>
        <w:t>Your final stops are the Ark of Bukhara, the ancient fortress that served as the royal residence for centuries, and the nearby Bolo Hauz Mosque, known as the “Mosque of Forty Columns” for its 20 exquisitely carved wooden pillars reflected in the pool in front. Inside the Ark, explore its throne room, coronation mosque, and museums, or climb to the top for sweeping views over the city.</w:t>
      </w:r>
    </w:p>
    <w:p>
      <w:pPr>
        <w:widowControl/>
      </w:pPr>
      <w:r>
        <w:t>Optional sunset tip: For an unforgettable end to your day, watch the sunset from the Ark's walls or a rooftop near Po-i-Kalyan. As the minarets glow golden and the call to prayer echoes across the old city, Bukhara feels truly timeless.</w:t>
      </w:r>
    </w:p>
    <w:p>
      <w:pPr>
        <w:widowControl/>
      </w:pPr>
      <w:r>
        <w:t>Travel Note:</w:t>
      </w:r>
    </w:p>
    <w:p>
      <w:pPr>
        <w:widowControl/>
      </w:pPr>
      <w:r>
        <w:t>This is primarily a walking tour through the historic old town of Bukhara. Most sites are pedestrian-only zones with no vehicle access.</w:t>
      </w:r>
    </w:p>
    <w:p>
      <w:pPr>
        <w:widowControl/>
      </w:pPr>
      <w:r>
        <w:t>Overview: Spend one full day exploring Bukhara for its amazing UNESCO attractions. (B)</w:t>
      </w:r>
    </w:p>
    <w:p>
      <w:pPr>
        <w:widowControl/>
      </w:pPr>
      <w:r>
        <w:t>Attractions: 7 sites</w:t>
      </w:r>
    </w:p>
    <w:p>
      <w:pPr>
        <w:widowControl/>
      </w:pPr>
      <w:r>
        <w:t>Transport and activities: tourist vehicle</w:t>
      </w:r>
    </w:p>
    <w:p>
      <w:pPr>
        <w:widowControl/>
      </w:pPr>
      <w:r>
        <w:t>Meals: Breakfast</w:t>
      </w:r>
    </w:p>
    <w:p>
      <w:pPr>
        <w:widowControl/>
      </w:pPr>
      <w:r>
        <w:t>Accommodation: Bukhara</w:t>
      </w:r>
    </w:p>
    <w:p>
      <w:pPr>
        <w:keepNext/>
        <w:widowControl/>
        <w:spacing w:before="240"/>
      </w:pPr>
      <w:r>
        <w:t>Day 9 Bukhara - Samarkand | Scenery on the Way, Samarkand Hotel Check-in</w:t>
      </w:r>
    </w:p>
    <w:p>
      <w:pPr>
        <w:widowControl/>
      </w:pPr>
      <w:r>
        <w:t>After breakfast, your group will leave Bukhara and drive toward Samarkand. The journey takes about 4.5-5 hours (about 278km).</w:t>
      </w:r>
    </w:p>
    <w:p>
      <w:pPr>
        <w:widowControl/>
      </w:pPr>
      <w:r>
        <w:t>Shortly after departing Bukhara, you'll enter a vast, flat landscape - a semi-desert steppe painted in soft gray-yellow tones, dotted with drought-tolerant shrubs and camel-thorn bushes. Around the halfway point, the scenery shifts to endless cotton fields stretching to the horizon. In harvest season (September–October), you may see fluffy white cotton bolls opening across the fields and local farmers hand-picking the crop - an iconic sight of Uzbekistan.</w:t>
      </w:r>
    </w:p>
    <w:p>
      <w:pPr>
        <w:widowControl/>
      </w:pPr>
      <w:r>
        <w:t>As you get closer to Samarkand, the land becomes greener and more fertile. Orchards of apricot and mulberry trees, vineyards, and well-kept farmlands line the road, signaling your approach to one of the Silk Road's greatest cities.</w:t>
      </w:r>
    </w:p>
    <w:p>
      <w:pPr>
        <w:widowControl/>
      </w:pPr>
      <w:r>
        <w:t>Upon arrival in Samarkand, check in to your hotel and enjoy a comfortable stay in this legendary Silk Road destination.</w:t>
      </w:r>
    </w:p>
    <w:p>
      <w:pPr>
        <w:widowControl/>
      </w:pPr>
      <w:r>
        <w:t>Overview: Travel from Bukhara to Samarkand, enjoying the scenery along the way, followed by check-in at our hotel in Samarkand. (B)</w:t>
      </w:r>
    </w:p>
    <w:p>
      <w:pPr>
        <w:widowControl/>
      </w:pPr>
      <w:r>
        <w:t>Attractions: none</w:t>
      </w:r>
    </w:p>
    <w:p>
      <w:pPr>
        <w:widowControl/>
      </w:pPr>
      <w:r>
        <w:t>Transport and activities: tourist vehicle</w:t>
      </w:r>
    </w:p>
    <w:p>
      <w:pPr>
        <w:widowControl/>
      </w:pPr>
      <w:r>
        <w:t>Meals: Breakfast</w:t>
      </w:r>
    </w:p>
    <w:p>
      <w:pPr>
        <w:widowControl/>
      </w:pPr>
      <w:r>
        <w:t>Accommodation: Samarkand</w:t>
      </w:r>
    </w:p>
    <w:p>
      <w:pPr>
        <w:keepNext/>
        <w:widowControl/>
        <w:spacing w:before="240"/>
      </w:pPr>
      <w:r>
        <w:t>Day 10 Samarkand Tour | Gur Emir Mausoleum (Timur's Tomb), Registan Square, Bibi Khanim Mosque, Siyab Bazaar, Shahi Zinda Necropolis, Farewell Dinner</w:t>
      </w:r>
    </w:p>
    <w:p>
      <w:pPr>
        <w:widowControl/>
      </w:pPr>
      <w:r>
        <w:t>Today, immerse yourself in Samarkand, a UNESCO World Heritage Site and the former capital of the Timurid Empire (14th–15th centuries). Known as Uzbekistan's cultural heart and second-largest city, Samarkand dazzles visitors with its monumental architecture, Silk Road legends, and vibrant bazaars. From the majestic Gur-e Amir Mausoleum to the iconic Registan Square, the grand Bibi Khanim Mosque, the breathtaking Shahi Zinda Necropolis, and the lively Siyab Bazaar, you will discover a city that celebrates the glory and power of the Timurid dynasty.</w:t>
      </w:r>
    </w:p>
    <w:p>
      <w:pPr>
        <w:widowControl/>
      </w:pPr>
      <w:r>
        <w:t>Begin at Gur-e Amir Mausoleum, the final resting place of Amir Timur (Tamerlane), completed in 1404. This striking monument, crowned with a ribbed azure dome, served as a prototype for later Mughal architecture, including India's Taj Mahal. Step inside to marvel at its gilded interior, intricate jade tombstones, and delicate calligraphy. Look for Timur's legendary grave marker, said to carry a warning: “Whosoever disturbs my tomb will unleash an invader more terrible than I.” When Soviet archaeologists opened the tomb in June 1941, Nazi Germany invaded the USSR days later - a story that adds an air of mystery to your visit.</w:t>
      </w:r>
    </w:p>
    <w:p>
      <w:pPr>
        <w:widowControl/>
      </w:pPr>
      <w:r>
        <w:t>Next, head to Registan Square, the heart of Samarkand and one of the Silk Road's most magnificent sights. Once a sandy gathering place for royal decrees, military parades, and festivals, it is now flanked by three resplendent madrasahs: Ulugh Beg Madrasa (1420), with its starry celestial mosaics; Sher-Dor Madrasa (1619), famed for its unique lion mosaics; and Tilya-Kori Madrasa (1660), with a dazzling gold-leaf dome that graces the cover of many guidebooks. By day, Registan is a masterpiece of symmetry and tilework; by night, it transforms under magical illuminations - a perfect spot for photography.</w:t>
      </w:r>
    </w:p>
    <w:p>
      <w:pPr>
        <w:widowControl/>
      </w:pPr>
      <w:r>
        <w:t>Continue to the monumental Bibi Khanim Mosque, one of the largest in the Islamic world. Built in 1404 to honor Timur's wife, the mosque is steeped in legend - including the tale of the architect who dared to kiss Bibi Khanim and met Timur's wrath. Step inside to admire gilded decorations inspired by local embroidery traditions.</w:t>
      </w:r>
    </w:p>
    <w:p>
      <w:pPr>
        <w:widowControl/>
      </w:pPr>
      <w:r>
        <w:t>Right nearby lies Siyab Bazaar, where you can sample Samarkand's famous round bread, dried fruits, and spices while mingling with locals - a lively reminder that Samarkand was once a key Silk Road trading hub.</w:t>
      </w:r>
    </w:p>
    <w:p>
      <w:pPr>
        <w:widowControl/>
      </w:pPr>
      <w:r>
        <w:t>End your day with a stroll through Shahi Zinda Necropolis, an extraordinary “avenue of mausoleums” climbing a hillside. This necropolis, dating from the 11th to 15th centuries, contains some of the finest examples of Timurid-era tilework and the tombs of Timur's female relatives and high-ranking nobles. The site is also believed to house the grave of Qutham ibn Abbas, cousin of Prophet Muhammad, making it a revered pilgrimage site. With its brilliant turquoise domes and intricate mosaics, Shahi Zinda is not just a spiritual landmark but also one of Samarkand's most photogenic spots.</w:t>
      </w:r>
    </w:p>
    <w:p>
      <w:pPr>
        <w:widowControl/>
      </w:pPr>
      <w:r>
        <w:t>AOT Specially Arranged Dinner in Samarkand:</w:t>
      </w:r>
    </w:p>
    <w:p>
      <w:pPr>
        <w:widowControl/>
      </w:pPr>
      <w:r>
        <w:t>This evening, enjoy a memorable meal hosted by Asia Odyssey Travel at a renowned local restaurant. Savor authentic Uzbek dishes and Central Asian fusion cuisine. Featured dinner includes starter, main course, dessert, water, and tea. All other beverages are charged separately based on consumption.</w:t>
      </w:r>
    </w:p>
    <w:p>
      <w:pPr>
        <w:widowControl/>
      </w:pPr>
      <w:r>
        <w:t>Overview: Take enough time to explore Silk Road legacies in Samarkand. Enjoy farewell dinner together. (B+D)</w:t>
      </w:r>
    </w:p>
    <w:p>
      <w:pPr>
        <w:widowControl/>
      </w:pPr>
      <w:r>
        <w:t>Attractions: 5 sites</w:t>
      </w:r>
    </w:p>
    <w:p>
      <w:pPr>
        <w:widowControl/>
      </w:pPr>
      <w:r>
        <w:t>Transport and activities: tourist vehicle</w:t>
      </w:r>
    </w:p>
    <w:p>
      <w:pPr>
        <w:widowControl/>
      </w:pPr>
      <w:r>
        <w:t>Meals: Breakfast, Dinner</w:t>
      </w:r>
    </w:p>
    <w:p>
      <w:pPr>
        <w:widowControl/>
      </w:pPr>
      <w:r>
        <w:t>Accommodation: Samarkand</w:t>
      </w:r>
    </w:p>
    <w:p>
      <w:pPr>
        <w:keepNext/>
        <w:widowControl/>
        <w:spacing w:before="240"/>
      </w:pPr>
      <w:r>
        <w:t>Day 11 Samarkand Departure | Hotel Check-out &amp; See-off</w:t>
      </w:r>
    </w:p>
    <w:p>
      <w:pPr>
        <w:widowControl/>
      </w:pPr>
      <w:r>
        <w:t>After breakfast, it's time to conclude your 11-day Central Asia (Uzbekistan Turkmenistan) group tour. Our local driver in Samarkand will escort you to the airport or train station for your departure to your next destination.</w:t>
      </w:r>
    </w:p>
    <w:p>
      <w:pPr>
        <w:widowControl/>
      </w:pPr>
      <w:r>
        <w:t>Travel Tip: Please share your flight or train details with us in advance so we can arrange your transfer smoothly.</w:t>
      </w:r>
    </w:p>
    <w:p>
      <w:pPr>
        <w:widowControl/>
      </w:pPr>
      <w:r>
        <w:t>Additional Transfer Service (Extra Fee Required):</w:t>
      </w:r>
    </w:p>
    <w:p>
      <w:pPr>
        <w:widowControl/>
      </w:pPr>
      <w:r>
        <w:t>If you need transfer services from Samarkand to Tashkent, please let us know in advance. While the tour officially ends in Samarkand (as it has its own airport and train station), we'll be happy to help you book train tickets to Tashkent and arrange transfers in Tashkent.</w:t>
      </w:r>
    </w:p>
    <w:p>
      <w:pPr>
        <w:widowControl/>
      </w:pPr>
      <w:r>
        <w:t>Central Asia Trip Extension:</w:t>
      </w:r>
    </w:p>
    <w:p>
      <w:pPr>
        <w:widowControl/>
      </w:pPr>
      <w:r>
        <w:t>Uzbekistan and Turkmenistan are part of “Five Stans” tour. If you have more time, you are welcome to join group tours to Kyrgyzstan, Kazakhstan, and Tajikistan. More landscapes and adventures await you.</w:t>
      </w:r>
    </w:p>
    <w:p>
      <w:pPr>
        <w:widowControl/>
      </w:pPr>
      <w:r>
        <w:t>Thank you for choosing Asia Odyssey Travel for your Central Asia Group tour. We look forward to welcoming you back for your next adventure!</w:t>
      </w:r>
    </w:p>
    <w:p>
      <w:pPr>
        <w:widowControl/>
      </w:pPr>
      <w:r>
        <w:t>Overview: Say goodbye to Samarkand. Transfer to the airport or train station for departure. (B)</w:t>
      </w:r>
    </w:p>
    <w:p>
      <w:pPr>
        <w:widowControl/>
      </w:pPr>
      <w:r>
        <w:t>Attractions: none</w:t>
      </w:r>
    </w:p>
    <w:p>
      <w:pPr>
        <w:widowControl/>
      </w:pPr>
      <w:r>
        <w:t>Transport and activities: tourist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Days Uzbekistan Turkmenistan Tour: Classic Silk Road &amp; Gates of Hell Small Group Tour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