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中亚三国经典13日跟团游：乌兹别克斯坦、土库曼斯坦、塔吉克斯坦</w:t>
      </w:r>
    </w:p>
    <w:p>
      <w:pPr>
        <w:widowControl/>
      </w:pPr>
      <w:r>
        <w:t>线路编号：AOT-CAGT-06</w:t>
      </w:r>
    </w:p>
    <w:p>
      <w:pPr>
        <w:keepNext/>
        <w:widowControl/>
        <w:spacing w:before="240"/>
      </w:pPr>
      <w:r>
        <w:t>第1天 抵达塔什干（乌兹别克斯坦）接机与酒店入住</w:t>
      </w:r>
    </w:p>
    <w:p>
      <w:pPr>
        <w:widowControl/>
      </w:pPr>
      <w:r>
        <w:t>旅行者们，大家好！欢迎来到乌兹别克斯坦充满活力的首都和最大城市——塔什干！这座现代化大都市是通往该国丝绸之路胜景的理想门户，将苏联时代的宏伟风貌与当代气息自然融合。</w:t>
      </w:r>
    </w:p>
    <w:p>
      <w:pPr>
        <w:widowControl/>
      </w:pPr>
      <w:r>
        <w:t>当您的团队抵达塔什干国际机场时，我们的当地司机会在到达口迎接您。随后，您将舒适地乘车前往市中心的酒店，安顿下来并休息，缓解旅途疲劳。（旅行小贴士：机场位置便利，位于市中心东南约7公里处，接送快捷方便。）</w:t>
      </w:r>
    </w:p>
    <w:p>
      <w:pPr>
        <w:widowControl/>
      </w:pPr>
      <w:r>
        <w:t>抵达塔什干</w:t>
      </w:r>
    </w:p>
    <w:p>
      <w:pPr>
        <w:widowControl/>
      </w:pPr>
      <w:r>
        <w:t>飞抵塔什干国际机场（TAS），这是乌兹别克斯坦的主要门户，由乌兹别克斯坦航空、土耳其航空和汉莎航空等主要航空公司运营，有从莫斯科、迪拜、伊斯坦布尔、首尔和北京直飞的航班。为了行程顺利，请在预订前与亚洲奥德赛旅游核实航班选项。</w:t>
      </w:r>
    </w:p>
    <w:p>
      <w:pPr>
        <w:widowControl/>
      </w:pPr>
      <w:r>
        <w:t>签证与入境要求</w:t>
      </w:r>
    </w:p>
    <w:p>
      <w:pPr>
        <w:widowControl/>
      </w:pPr>
      <w:r>
        <w:t>旅行手续简便：超过60个国家的公民可免签入境，其他国家则可以轻松在线申请电子签证。请确保护照有效期至少还有六个月，并在出发前通过乌兹别克斯坦官方电子签证门户确认最新的入境规定。</w:t>
      </w:r>
    </w:p>
    <w:p>
      <w:pPr>
        <w:widowControl/>
      </w:pPr>
      <w:r>
        <w:t>iTravel提示：</w:t>
      </w:r>
    </w:p>
    <w:p>
      <w:pPr>
        <w:widowControl/>
      </w:pPr>
      <w:r>
        <w:t>可选观光（如果时间允许）：阿利舍尔·纳沃伊剧院（自费）——走进中亚最宏伟的剧院之一，在装饰华丽的大厅里欣赏歌剧、芭蕾舞或音乐会。</w:t>
      </w:r>
    </w:p>
    <w:p>
      <w:pPr>
        <w:widowControl/>
      </w:pPr>
      <w:r>
        <w:t>晚餐建议：如果您在傍晚抵达，可以品尝乌兹别克美食犒劳自己。除了经典的抓饭（plov）和烤肉串（shashlik），还可以尝试拉格曼（lagman，浓肉菜汤面）、曼蒂（manti，蒸饺）和刚从泥炉烤出的新鲜馕。</w:t>
      </w:r>
    </w:p>
    <w:p>
      <w:pPr>
        <w:widowControl/>
      </w:pPr>
      <w:r>
        <w:t>概述：抵达塔什干国际机场后，与您会面并送往酒店。</w:t>
      </w:r>
    </w:p>
    <w:p>
      <w:pPr>
        <w:widowControl/>
      </w:pPr>
      <w:r>
        <w:t>景点：无</w:t>
      </w:r>
    </w:p>
    <w:p>
      <w:pPr>
        <w:widowControl/>
      </w:pPr>
      <w:r>
        <w:t>交通与活动：旅游车辆</w:t>
      </w:r>
    </w:p>
    <w:p>
      <w:pPr>
        <w:widowControl/>
      </w:pPr>
      <w:r>
        <w:t>住宿：塔什干</w:t>
      </w:r>
    </w:p>
    <w:p>
      <w:pPr>
        <w:keepNext/>
        <w:widowControl/>
        <w:spacing w:before="240"/>
      </w:pPr>
      <w:r>
        <w:t>第2天 塔什干一日游：哈兹拉提伊玛目建筑群、楚苏集市、应用艺术国家博物馆、塔什干地铁（苏联时期）、阿米尔·帖木尔广场、欢迎晚宴</w:t>
      </w:r>
    </w:p>
    <w:p>
      <w:pPr>
        <w:widowControl/>
      </w:pPr>
      <w:r>
        <w:t>早餐后，您的团队将有一整天时间探索乌兹别克斯坦充满活力的首都塔什干。您将对这座城市留下初步印象。</w:t>
      </w:r>
    </w:p>
    <w:p>
      <w:pPr>
        <w:widowControl/>
      </w:pPr>
      <w:r>
        <w:t>从老城区的哈兹拉提伊玛目建筑群开始您的一天，这里是塔什干重要的宗教中心。这片宁静的建筑群由蓝顶清真寺、陵墓和经学院组成，让人仿佛回到过去。在这里，您将看到优雅的哈兹拉提伊玛目清真寺，其两座53米高的宣礼塔和金叶圆顶雄踞广场，还有提利亚谢赫清真寺、巴拉克汗经学院，以及阿布·巴克尔·卡法尔·沙希陵墓——这位10世纪的学者、诗人兼锁匠圣人正是该建筑群名称的由来。一定要参观穆伊·穆博拉克图书馆，这里珍藏着一部备受尊崇的7世纪奥斯曼古兰经——世界上最古老的版本之一。</w:t>
      </w:r>
    </w:p>
    <w:p>
      <w:pPr>
        <w:widowControl/>
      </w:pPr>
      <w:r>
        <w:t>感受了建筑群的宁静氛围后，漫步穿过巴拉克汗经学院，这里如今是手工艺作坊和精品店的所在地。观看当地大师制作伊卡特织物、木雕、陶器和珠宝，您有机会带一件独特的手工纪念品回家。</w:t>
      </w:r>
    </w:p>
    <w:p>
      <w:pPr>
        <w:widowControl/>
      </w:pPr>
      <w:r>
        <w:t>继续感受当地文化，参观楚苏集市，这是塔什干最大、最具标志性的市场。在绿松石色的圆顶下，商贩们出售色彩缤纷的香料、干果、刚从馕坑里取出还热乎的面包以及充满活力的手工艺品。品尝街头小吃，与友好的当地人聊天，体验塔什干日常生活的节奏。</w:t>
      </w:r>
    </w:p>
    <w:p>
      <w:pPr>
        <w:widowControl/>
      </w:pPr>
      <w:r>
        <w:t>接下来，探索应用艺术国家博物馆，这里7000多件展品展示了乌兹别克斯坦从19世纪至今最精湛的工艺。欣赏精美的金线刺绣、苏扎尼纺织品、陶瓷、珠宝、地毯和木雕，更深入地了解该国的艺术传统。</w:t>
      </w:r>
    </w:p>
    <w:p>
      <w:pPr>
        <w:widowControl/>
      </w:pPr>
      <w:r>
        <w:t>下午，乘坐塔什干地铁，深入地下感受一番——这本身就是一种体验。作为中亚第一个地铁系统，它是一座苏联建筑和乌兹别克装饰艺术的活博物馆。每个车站都有独特的设计，从以宇航员为主题的马赛克装饰的宇航员站，到以棉花图案装饰的棉花工人站。</w:t>
      </w:r>
    </w:p>
    <w:p>
      <w:pPr>
        <w:widowControl/>
      </w:pPr>
      <w:r>
        <w:t>从阿米尔·帖木尔广场出站，这里是现代塔什干的心脏。广场周围环绕着乌兹别克斯坦酒店、国际论坛宫和法学院等地标，广场中央矗立着阿米尔·帖木尔的青铜骑马雕像，这位伟大的中亚征服者和帖木尔帝国的缔造者。花些时间在喷泉旁放松，漫步于绿地之间，如果时间允许，可以参观阿米尔·帖木尔博物馆（周一闭馆），其引人注目的圆顶被印在1000索姆纸币上。馆内，您可以了解关于帖木尔生平与遗产的精彩展览。</w:t>
      </w:r>
    </w:p>
    <w:p>
      <w:pPr>
        <w:widowControl/>
      </w:pPr>
      <w:r>
        <w:t>iAOT特别安排晚宴：</w:t>
      </w:r>
    </w:p>
    <w:p>
      <w:pPr>
        <w:widowControl/>
      </w:pPr>
      <w:r>
        <w:t>今晚，亚洲奥德赛旅游邀请您的团队享用特色晚餐。在欣赏传统当地舞蹈表演和现场音乐的同时，品尝地道的乌兹别克风味。欢迎晚宴包括开胃菜、主菜、甜点、水和茶。所有其他饮料按消费另行收费。</w:t>
      </w:r>
    </w:p>
    <w:p>
      <w:pPr>
        <w:widowControl/>
      </w:pPr>
      <w:r>
        <w:t>游览结束后，送您返回塔什干的酒店。</w:t>
      </w:r>
    </w:p>
    <w:p>
      <w:pPr>
        <w:widowControl/>
      </w:pPr>
      <w:r>
        <w:t>概述：花一整天探索塔什干，概览其清真寺、标志性地标和当地生活。（含早餐+晚餐）</w:t>
      </w:r>
    </w:p>
    <w:p>
      <w:pPr>
        <w:widowControl/>
      </w:pPr>
      <w:r>
        <w:t>景点：5个景点</w:t>
      </w:r>
    </w:p>
    <w:p>
      <w:pPr>
        <w:widowControl/>
      </w:pPr>
      <w:r>
        <w:t>交通与活动：旅游车辆</w:t>
      </w:r>
    </w:p>
    <w:p>
      <w:pPr>
        <w:widowControl/>
      </w:pPr>
      <w:r>
        <w:t>用餐：早餐、晚餐</w:t>
      </w:r>
    </w:p>
    <w:p>
      <w:pPr>
        <w:widowControl/>
      </w:pPr>
      <w:r>
        <w:t>住宿：塔什干</w:t>
      </w:r>
    </w:p>
    <w:p>
      <w:pPr>
        <w:keepNext/>
        <w:widowControl/>
        <w:spacing w:before="240"/>
      </w:pPr>
      <w:r>
        <w:t>第3天 塔什干晨飞乌尔根奇，转往希瓦（世界遗产），游览伊钦卡拉（卡尔塔米诺尔宣礼塔、帕赫拉万·马哈茂德陵墓、伊斯兰霍贾宣礼塔、朱玛清真寺、托什霍夫利宫、库赫纳阿克）</w:t>
      </w:r>
    </w:p>
    <w:p>
      <w:pPr>
        <w:widowControl/>
      </w:pPr>
      <w:r>
        <w:t>这一天，您的团队需要早起，搭乘早班飞机从塔什干飞往乌尔根奇国际机场，然后乘车约36公里短途转往希瓦——联合国教科文组织世界遗产。对比鲜明：告别现代化的塔什干——丝绸之路的门户，您将踏入一座仿佛凝固在时光中的城市。16世纪时，希瓦曾是繁荣的丝绸之路枢纽，融合了波斯、突厥和俄罗斯的影响，成为商人和学者的安全避风港。</w:t>
      </w:r>
    </w:p>
    <w:p>
      <w:pPr>
        <w:widowControl/>
      </w:pPr>
      <w:r>
        <w:t>“我愿献上一袋黄金，只为看一眼希瓦。”这句中亚名言完美地捕捉了这座城市传奇般的魅力。希瓦是一座活生生的“露天博物馆”，穿过城门，仿佛回到中世纪。</w:t>
      </w:r>
    </w:p>
    <w:p>
      <w:pPr>
        <w:widowControl/>
      </w:pPr>
      <w:r>
        <w:t>希瓦的亮点是伊钦卡拉，这座保存完好的花剌子模帝国（10至17世纪）内城墙城市。它被10米高的泥砖墙环绕，作为联合国教科文组织世界遗产，占地仅26公顷，约有2000名居民。所有珍宝——宫殿、清真寺、经学院、宣礼塔和陵墓——都在步行1公里范围内，半天即可轻松徒步游览完毕。</w:t>
      </w:r>
    </w:p>
    <w:p>
      <w:pPr>
        <w:widowControl/>
      </w:pPr>
      <w:r>
        <w:t>早餐后，跟随导游穿过阿塔达尔瓦扎（西门），开始穿越希瓦最具标志性地标的旅程。欣赏覆有绿松石釉面的卡尔塔米诺尔宣礼塔（“短宣礼塔”）以及附近希瓦最大的穆罕默德·阿明·汗经学院。继续前往宁静的赛义德·阿拉乌丁陵墓（14世纪）和帕赫拉万·马哈茂德陵墓——希瓦最神圣的遗址，拥有引人注目的绿松石穹顶。</w:t>
      </w:r>
    </w:p>
    <w:p>
      <w:pPr>
        <w:widowControl/>
      </w:pPr>
      <w:r>
        <w:t>攀登（可选，自费）伊斯兰霍贾宣礼塔——高57米，可饱览城市全景。步入朱玛清真寺（星期五清真寺），欣赏由218根木柱构成的迷人森林，并赞叹阿拉库利汗经学院的精美瓷砖。探索优雅的托什霍夫利宫（石头宫）及其后宫和镜厅，参观穆罕默德·拉希姆汗经学院，一窥希瓦的文化历史。</w:t>
      </w:r>
    </w:p>
    <w:p>
      <w:pPr>
        <w:widowControl/>
      </w:pPr>
      <w:r>
        <w:t>此外，探索库赫纳阿克（古堡），这座17世纪的城堡内可看到可汗的后宫、造币厂、马厩、军械库、清真寺和监狱。如果时间允许，沿着伊钦卡拉城墙漫步（自费），欣赏难忘的全景——这是在希瓦永恒天际线下观赏日落的完美地点。（趣闻：伊钦卡拉被印在10万乌兹别克斯坦索姆纸币上！）</w:t>
      </w:r>
    </w:p>
    <w:p>
      <w:pPr>
        <w:widowControl/>
      </w:pPr>
      <w:r>
        <w:t>今晚，您将入住希瓦。</w:t>
      </w:r>
    </w:p>
    <w:p>
      <w:pPr>
        <w:widowControl/>
      </w:pPr>
      <w:r>
        <w:t>iTravel备注：</w:t>
      </w:r>
    </w:p>
    <w:p>
      <w:pPr>
        <w:widowControl/>
      </w:pPr>
      <w:r>
        <w:t>这主要是在伊钦卡拉城墙内进行的徒步游览。整个建筑群是适合步行的历史区域。旧城墙内通常不允许车辆通行。</w:t>
      </w:r>
    </w:p>
    <w:p>
      <w:pPr>
        <w:widowControl/>
      </w:pPr>
      <w:r>
        <w:t>概述：搭乘早班飞机从塔什干飞往乌尔根奇，然后转往希瓦，探索联合国教科文组织世界遗产伊钦卡拉。（含早餐）</w:t>
      </w:r>
    </w:p>
    <w:p>
      <w:pPr>
        <w:widowControl/>
      </w:pPr>
      <w:r>
        <w:t>景点：1个景点</w:t>
      </w:r>
    </w:p>
    <w:p>
      <w:pPr>
        <w:widowControl/>
      </w:pPr>
      <w:r>
        <w:t>交通与活动：旅游车辆</w:t>
      </w:r>
    </w:p>
    <w:p>
      <w:pPr>
        <w:widowControl/>
      </w:pPr>
      <w:r>
        <w:t>用餐：早餐</w:t>
      </w:r>
    </w:p>
    <w:p>
      <w:pPr>
        <w:widowControl/>
      </w:pPr>
      <w:r>
        <w:t>住宿：希瓦</w:t>
      </w:r>
    </w:p>
    <w:p>
      <w:pPr>
        <w:keepNext/>
        <w:widowControl/>
        <w:spacing w:before="240"/>
      </w:pPr>
      <w:r>
        <w:t>第4天 希瓦—沙瓦特边境—达瓦扎天然气坑（土库曼斯坦）｜晚餐，沙漠露营</w:t>
      </w:r>
    </w:p>
    <w:p>
      <w:pPr>
        <w:widowControl/>
      </w:pPr>
      <w:r>
        <w:t>早餐后，您将从希瓦乘车前往乌兹别克斯坦—土库曼斯坦边境，车程约1小时。</w:t>
      </w:r>
    </w:p>
    <w:p>
      <w:pPr>
        <w:widowControl/>
      </w:pPr>
      <w:r>
        <w:t>您的团队将通过沙瓦特—达沙古兹边境点进入土库曼斯坦。我们的土库曼当地导游将在那里等候，协助办理海关手续和文件。</w:t>
      </w:r>
    </w:p>
    <w:p>
      <w:pPr>
        <w:widowControl/>
      </w:pPr>
      <w:r>
        <w:t>边境过境提示：</w:t>
      </w:r>
    </w:p>
    <w:p>
      <w:pPr>
        <w:widowControl/>
      </w:pPr>
      <w:r>
        <w:t>该边境连接沙瓦特（乌兹别克斯坦花剌子模地区）与达沙古兹（土库曼斯坦达沙古兹省），是前往达瓦扎的旅行者的主要陆路通道。进入土库曼斯坦时，海关和移民手续通常需要约1小时（有时可能长达2小时）。</w:t>
      </w:r>
    </w:p>
    <w:p>
      <w:pPr>
        <w:widowControl/>
      </w:pPr>
      <w:r>
        <w:t>过境后，驱车向南穿越广袤的卡拉库姆沙漠，前往达瓦扎天然气坑（276公里，约5小时）。您现在已抵达“地狱之门”！</w:t>
      </w:r>
    </w:p>
    <w:p>
      <w:pPr>
        <w:widowControl/>
      </w:pPr>
      <w:r>
        <w:t>该气坑形成于1971年，当时苏联地质学家正在钻探天然气。钻井平台下方的地面坍塌，留下一个直径60米、深20米的大坑。为防止有毒气体释放，他们决定将其点燃，希望几天内自行烧尽。然而，天然气至今仍在燃烧。</w:t>
      </w:r>
    </w:p>
    <w:p>
      <w:pPr>
        <w:widowControl/>
      </w:pPr>
      <w:r>
        <w:t>白天，气坑可能看起来像地上一个普通的洞，带有轻微的烟雾。我们将在准备烧烤晚餐时，在周边散步。黄昏降临时，这个简单的洞变成了壮观的“火神庙”，营造出超凡脱俗的氛围，激发您的想象力。我们将在“永恒”之火的闪烁光芒中，品尝美味的游牧食物，结束这一天。</w:t>
      </w:r>
    </w:p>
    <w:p>
      <w:pPr>
        <w:widowControl/>
      </w:pPr>
      <w:r>
        <w:t>夜宿传统毡房营地。</w:t>
      </w:r>
    </w:p>
    <w:p>
      <w:pPr>
        <w:widowControl/>
      </w:pPr>
      <w:r>
        <w:t>旅行须知：</w:t>
      </w:r>
    </w:p>
    <w:p>
      <w:pPr>
        <w:widowControl/>
      </w:pPr>
      <w:r>
        <w:t>毡房没有独立卫生间（共用户外设施），晚餐是固定的烧烤餐，含软饮料和水（饮食要求必须提前告知），营地几乎没有移动信号，无WiFi，充电电力有限，请携带移动电源。</w:t>
      </w:r>
    </w:p>
    <w:p>
      <w:pPr>
        <w:widowControl/>
      </w:pPr>
      <w:r>
        <w:t>概述：从希瓦驱车前往沙瓦特边境，进入土库曼斯坦，前往达瓦扎天然气坑，并在沙漠中过夜露营。（含早餐+晚餐）</w:t>
      </w:r>
    </w:p>
    <w:p>
      <w:pPr>
        <w:widowControl/>
      </w:pPr>
      <w:r>
        <w:t>景点：1个景点</w:t>
      </w:r>
    </w:p>
    <w:p>
      <w:pPr>
        <w:widowControl/>
      </w:pPr>
      <w:r>
        <w:t>交通与活动：旅游车辆</w:t>
      </w:r>
    </w:p>
    <w:p>
      <w:pPr>
        <w:widowControl/>
      </w:pPr>
      <w:r>
        <w:t>用餐：早餐,晚餐</w:t>
      </w:r>
    </w:p>
    <w:p>
      <w:pPr>
        <w:widowControl/>
      </w:pPr>
      <w:r>
        <w:t>住宿：达瓦扎天然气坑</w:t>
      </w:r>
    </w:p>
    <w:p>
      <w:pPr>
        <w:keepNext/>
        <w:widowControl/>
        <w:spacing w:before="240"/>
      </w:pPr>
      <w:r>
        <w:t>第5天 达尔瓦扎天然气坑至阿什哈巴德：阿什哈巴德城市游，含土库曼巴希鲁希清真寺、阿哈尔捷金马厩、古利斯坦巴扎、城市夜景与特色晚餐</w:t>
      </w:r>
    </w:p>
    <w:p>
      <w:pPr>
        <w:widowControl/>
      </w:pPr>
      <w:r>
        <w:t>今天上午，您的团队将在沙漠中的达尔瓦扎享用野餐式早餐。之后，驱车穿越广阔的卡拉库姆沙漠，返回阿什哈巴德（约4-5小时）。</w:t>
      </w:r>
    </w:p>
    <w:p>
      <w:pPr>
        <w:widowControl/>
      </w:pPr>
      <w:r>
        <w:t>阿什哈巴德是首都，一个纯白的世界，真正独一无二。它被吉尼斯世界纪录认定为白色大理石建筑密度最高的城市。超过500座建筑装饰着闪亮的大理石。司机会带您乘车穿过这些白色建筑，让您仿佛进入了电影般的世界，类似于《楚门的世界》。今天，开始在阿什哈巴德的旅程。</w:t>
      </w:r>
    </w:p>
    <w:p>
      <w:pPr>
        <w:widowControl/>
      </w:pPr>
      <w:r>
        <w:t>下午，您的团队将探索这座迷人的白色大理石城市。第一站是土库曼巴希鲁希清真寺（又称吉普贾克清真寺）。首先映入眼帘的是巨大的金色圆顶——在沙漠阳光下闪闪发光。它是中亚最大的清真寺，可同时容纳10,000至20,000名礼拜者。建筑完全由土库曼斯坦标志性的白色大理石建成，矗立着四座91米高的宣礼塔，象征着该国1991年的独立。</w:t>
      </w:r>
    </w:p>
    <w:p>
      <w:pPr>
        <w:widowControl/>
      </w:pPr>
      <w:r>
        <w:t>其闪亮的外观、宏伟的金色圆顶和高耸的宣礼塔在天空中形成引人注目的轮廓。内部，您会发现闪闪发光的吊灯、复杂的几何图案以及《古兰经》和土库曼斯坦首任总统所著《鲁赫纳玛》（“灵魂之书”）的铭文。（着装要求提示：（1）男性：需穿长裤；不得穿短裤或无袖衬衫。（2）女性：需戴头巾（遮盖头发）；长裙或长裤需盖住脚踝；袖子必须盖住手腕。）</w:t>
      </w:r>
    </w:p>
    <w:p>
      <w:pPr>
        <w:widowControl/>
      </w:pPr>
      <w:r>
        <w:t>之后，您将参观马厩，观看土库曼斯坦的民族骄傲——阿哈尔捷金马，常被誉为世界上最美丽的马匹之一。它们被称为“天马”，以其独特的金属光泽而闻名。您可以轻轻抚摸它们丝滑的皮毛，近距离观察它们闪烁的金色光芒。（可选骑马：如果您想骑马，需额外付费。）</w:t>
      </w:r>
    </w:p>
    <w:p>
      <w:pPr>
        <w:widowControl/>
      </w:pPr>
      <w:r>
        <w:t>您还将参观古利斯坦巴扎，体验充满活力的当地生活。漫步于摆满新鲜水果、蔬菜、香料、日用品甚至传统土库曼地毯的摊位之间。如果您愿意，可以在这里随意品尝一些当地小吃或街头美食。</w:t>
      </w:r>
    </w:p>
    <w:p>
      <w:pPr>
        <w:widowControl/>
      </w:pPr>
      <w:r>
        <w:t>亚洲奥德赛旅游在阿什哈巴德特别安排的晚餐：</w:t>
      </w:r>
    </w:p>
    <w:p>
      <w:pPr>
        <w:widowControl/>
      </w:pPr>
      <w:r>
        <w:t>今晚，亚洲奥德赛旅游邀请您的团队在标志性的塔楼餐厅享用特别晚餐。在品尝正宗当地风味的同时，欣赏阿什哈巴德令人惊叹的夜景。特色晚餐包括开胃菜、主菜、甜点、水和茶。所有其他饮料按消费另行收费。</w:t>
      </w:r>
    </w:p>
    <w:p>
      <w:pPr>
        <w:widowControl/>
      </w:pPr>
      <w:r>
        <w:t>晚餐后，继续夜游城市，沿着主要大道行驶，欣赏阿什哈巴德灯火辉煌的地标。随后送您前往酒店，好好休息。</w:t>
      </w:r>
    </w:p>
    <w:p>
      <w:pPr>
        <w:widowControl/>
      </w:pPr>
      <w:r>
        <w:t>概述：从天然气坑驱车前往阿什哈巴德，并在这座大理石城市进行半日游。（含早餐+晚餐）</w:t>
      </w:r>
    </w:p>
    <w:p>
      <w:pPr>
        <w:widowControl/>
      </w:pPr>
      <w:r>
        <w:t>景点：4个景点</w:t>
      </w:r>
    </w:p>
    <w:p>
      <w:pPr>
        <w:widowControl/>
      </w:pPr>
      <w:r>
        <w:t>交通与活动：旅游车辆</w:t>
      </w:r>
    </w:p>
    <w:p>
      <w:pPr>
        <w:widowControl/>
      </w:pPr>
      <w:r>
        <w:t>用餐：早餐,晚餐</w:t>
      </w:r>
    </w:p>
    <w:p>
      <w:pPr>
        <w:widowControl/>
      </w:pPr>
      <w:r>
        <w:t>住宿：阿什哈巴德</w:t>
      </w:r>
    </w:p>
    <w:p>
      <w:pPr>
        <w:keepNext/>
        <w:widowControl/>
        <w:spacing w:before="240"/>
      </w:pPr>
      <w:r>
        <w:t>第6天 阿什哈巴德至马雷（驱车）｜阿什哈巴德城市游：中立纪念碑、土库曼斯坦国家博物馆、独立纪念碑、阿莱姆文化娱乐中心（外观）、幸福宫（外观）</w:t>
      </w:r>
    </w:p>
    <w:p>
      <w:pPr>
        <w:widowControl/>
      </w:pPr>
      <w:r>
        <w:t>早餐后，您的团队将开始游览阿什哈巴德。这座耀眼的都城因其宏伟的大理石建筑而常被称为“白色之城”。驱车穿行城市时，您可欣赏一些最引人注目的地标，包括婚礼宫、幸运摩天轮以及其他令人印象深刻的现代纪念碑。途中将在阿莱姆文化娱乐中心稍作停留，这里拥有世界上最大的室内摩天轮；还会看到幸福宫，这座标志性建筑被设计成环绕地球的八角星形状。</w:t>
      </w:r>
    </w:p>
    <w:p>
      <w:pPr>
        <w:widowControl/>
      </w:pPr>
      <w:r>
        <w:t>欣赏完这些建筑奇观后，您将开始城市徒步探索。首先来到中立纪念碑，这是一座引人注目的75米高三脚架形拱门，建于1998年，象征土库曼斯坦的永久中立及其对和平与善意的承诺。从观景台可欣赏首都的全景。</w:t>
      </w:r>
    </w:p>
    <w:p>
      <w:pPr>
        <w:widowControl/>
      </w:pPr>
      <w:r>
        <w:t>接着前往土库曼斯坦国家博物馆，这是中亚最好的博物馆之一。它的白色大理石外墙顶部配有明亮的蓝色圆顶和金色雕像，与馆内珍宝一样令人印象深刻。馆内展出超过50万件文物，您将看到来自尼萨、梅尔夫和戈努尔代佩等传奇丝绸之路遗址的考古发现。还可欣赏硬币、武器、陶器、精美的黄金珠宝，以及讲述土库曼遗产故事的传统服饰。不要错过博物馆的明星展品——古老的来通杯，这些仪式饮酒器极为精美。</w:t>
      </w:r>
    </w:p>
    <w:p>
      <w:pPr>
        <w:widowControl/>
      </w:pPr>
      <w:r>
        <w:t>随后漫步独立公园，园内有诗人、哲学家和民族英雄的雕像，并可观赏高耸的独立纪念碑。这座118米的杰作建于1991年，用于纪念土库曼斯坦独立。</w:t>
      </w:r>
    </w:p>
    <w:p>
      <w:pPr>
        <w:widowControl/>
      </w:pPr>
      <w:r>
        <w:t>城市游览结束后，您将乘车前往马雷，沿途欣赏风景。马雷位于阿什哈巴德东南约360公里处（公路约3.5-4小时）。旅程沿广阔的卡拉库姆沙漠边缘行进，可看到连绵沙丘和干旱景观的壮丽景色。接近马雷时，景色开始变化——沙漠逐渐过渡为肥沃的马雷绿洲，该地区以棉田和天然气生产而闻名。沿途您会注意到更多绿地和耕作农田。</w:t>
      </w:r>
    </w:p>
    <w:p>
      <w:pPr>
        <w:widowControl/>
      </w:pPr>
      <w:r>
        <w:t>抵达马雷后入住酒店。您的团队今晚将好好休息。</w:t>
      </w:r>
    </w:p>
    <w:p>
      <w:pPr>
        <w:widowControl/>
      </w:pPr>
      <w:r>
        <w:t>旅行须知：</w:t>
      </w:r>
    </w:p>
    <w:p>
      <w:pPr>
        <w:widowControl/>
      </w:pPr>
      <w:r>
        <w:t>马雷是一座小型省级城市，酒店选择非常少；当地四星级酒店的服务按国际标准大约相当于三星级。WiFi可用，但可能较慢或不稳定。</w:t>
      </w:r>
    </w:p>
    <w:p>
      <w:pPr>
        <w:widowControl/>
      </w:pPr>
      <w:r>
        <w:t>概述：在阿什哈巴德进行半日城市游，参观地标，然后驱车前往马雷。（含早餐）</w:t>
      </w:r>
    </w:p>
    <w:p>
      <w:pPr>
        <w:widowControl/>
      </w:pPr>
      <w:r>
        <w:t>景点：6个景点</w:t>
      </w:r>
    </w:p>
    <w:p>
      <w:pPr>
        <w:widowControl/>
      </w:pPr>
      <w:r>
        <w:t>交通与活动：旅游车辆</w:t>
      </w:r>
    </w:p>
    <w:p>
      <w:pPr>
        <w:widowControl/>
      </w:pPr>
      <w:r>
        <w:t>用餐：早餐</w:t>
      </w:r>
    </w:p>
    <w:p>
      <w:pPr>
        <w:widowControl/>
      </w:pPr>
      <w:r>
        <w:t>住宿：马雷</w:t>
      </w:r>
    </w:p>
    <w:p>
      <w:pPr>
        <w:keepNext/>
        <w:widowControl/>
        <w:spacing w:before="240"/>
      </w:pPr>
      <w:r>
        <w:t>第7天 玛丽（土库曼斯坦）至古梅尔夫（联合国教科文组织世界遗产）至法拉普边境至布哈拉（乌兹别克斯坦）</w:t>
      </w:r>
    </w:p>
    <w:p>
      <w:pPr>
        <w:widowControl/>
      </w:pPr>
      <w:r>
        <w:t>早餐后，您的团队将从玛丽市乘车前往位于玛丽东北33公里处的古梅尔夫。这处联合国教科文组织世界遗产是中亚丝绸之路上最古老、保存最完好的绿洲城市。它拥有超过4000年的历史。在中世纪时期，其人口超过一百万，使其成为世界上最大的城市之一。它被称为“世界女王”和“丝绸之路的明珠”。</w:t>
      </w:r>
    </w:p>
    <w:p>
      <w:pPr>
        <w:widowControl/>
      </w:pPr>
      <w:r>
        <w:t>在这片占地1200公顷的广阔考古公园内，您将有机会观察这座“流浪之城”的所有组成部分。该遗址由一系列相邻的城市组成，大致分为古代（埃尔克卡拉和贾乌尔卡拉）、中世纪（苏丹卡拉）和后中世纪（阿卜杜拉-汗卡拉和拜拉姆-阿里-汗卡拉）。除了这些遗迹，您还将参观公元6至9世纪的大小克孜卡拉堡垒，它们是所谓“波纹科什克”的杰出范例。您还将探索宏伟的12世纪苏丹桑贾尔和穆罕默德·伊本·扎伊德陵墓，它们展示了精美的塞尔柱时期砖砌工艺和建筑装饰。</w:t>
      </w:r>
    </w:p>
    <w:p>
      <w:pPr>
        <w:widowControl/>
      </w:pPr>
      <w:r>
        <w:t>今天下午，从梅尔夫出发前往位于土库曼斯坦-乌兹别克斯坦边境的法拉普边境口岸，该口岸位于梅尔夫东北方向（约239公里，3小时车程）。注意：该边境口岸24小时开放，对旅行者来说很方便。</w:t>
      </w:r>
    </w:p>
    <w:p>
      <w:pPr>
        <w:widowControl/>
      </w:pPr>
      <w:r>
        <w:t>在完成边境两侧的海关和护照检查后，前往边境控制区的出口，您的乌兹别克斯坦导游/司机将在那里等候迎接您的团队。</w:t>
      </w:r>
    </w:p>
    <w:p>
      <w:pPr>
        <w:widowControl/>
      </w:pPr>
      <w:r>
        <w:t>从这里继续前往布哈拉（约123公里，2小时）。抵达布哈拉后，入住酒店，好好休息，为明天探索这座传奇的丝绸之路城市做准备。</w:t>
      </w:r>
    </w:p>
    <w:p>
      <w:pPr>
        <w:widowControl/>
      </w:pPr>
      <w:r>
        <w:t>概述：从土库曼斯坦的玛丽出发，探索联合国教科文组织遗址古梅尔夫，然后前往法拉普边境口岸，继续驱车前往乌兹别克斯坦的布哈拉。（含早餐）</w:t>
      </w:r>
    </w:p>
    <w:p>
      <w:pPr>
        <w:widowControl/>
      </w:pPr>
      <w:r>
        <w:t>景点：1个景点</w:t>
      </w:r>
    </w:p>
    <w:p>
      <w:pPr>
        <w:widowControl/>
      </w:pPr>
      <w:r>
        <w:t>交通与活动：旅游车辆</w:t>
      </w:r>
    </w:p>
    <w:p>
      <w:pPr>
        <w:widowControl/>
      </w:pPr>
      <w:r>
        <w:t>用餐：早餐</w:t>
      </w:r>
    </w:p>
    <w:p>
      <w:pPr>
        <w:widowControl/>
      </w:pPr>
      <w:r>
        <w:t>住宿：布哈拉</w:t>
      </w:r>
    </w:p>
    <w:p>
      <w:pPr>
        <w:keepNext/>
        <w:widowControl/>
        <w:spacing w:before="240"/>
      </w:pPr>
      <w:r>
        <w:t>第8天 布哈拉之旅：查尔米纳尔神学院（四座宣礼塔）、利亚比豪兹广场（阿凡提雕像）、马戈基阿托里清真寺、贸易穹顶、波依卡兰建筑群（卡兰宣礼塔）、布哈拉方舟（方舟堡垒）、波罗豪兹清真寺</w:t>
      </w:r>
    </w:p>
    <w:p>
      <w:pPr>
        <w:widowControl/>
      </w:pPr>
      <w:r>
        <w:t>今天，跟随我们的导游全面探索布哈拉，这座联合国教科文组织世界遗产，也是丝绸之路上最具氛围的城市之一。布哈拉常被称为“第二麦加”，几个世纪以来一直是伊斯兰学术中心，以其2500年作为丝绸之路枢纽的历史而闻名，从萨曼王朝到帖木儿王朝。这座传奇城市还与《一千零一夜》的故事紧密相连，是深受喜爱的民间人物阿凡提的故乡。</w:t>
      </w:r>
    </w:p>
    <w:p>
      <w:pPr>
        <w:widowControl/>
      </w:pPr>
      <w:r>
        <w:t>布哈拉非常适合步行游览——其大多数地标都在紧凑的6公里范围内——让您轻松沉浸在鲜活的历史、热闹的集市和温暖的当地氛围中。</w:t>
      </w:r>
    </w:p>
    <w:p>
      <w:pPr>
        <w:widowControl/>
      </w:pPr>
      <w:r>
        <w:t>您的探索从查尔米纳尔神学院开始，这座四塔瑰宝曾登上《孤独星球：中亚》的封面。它由富商哈利夫·尼亚兹库尔于1807年建造，其四座独特的宣礼塔被认为代表世界四大宗教，装饰图案被一些人解读为佛教祈祷轮、基督教十字架、琐罗亚斯德教图案和伊斯兰纹样。这座迷人的建筑是曾经宏伟的神学院建筑群仅存的部分。</w:t>
      </w:r>
    </w:p>
    <w:p>
      <w:pPr>
        <w:widowControl/>
      </w:pPr>
      <w:r>
        <w:t>继续前往利亚比豪兹广场，这是自17世纪以来布哈拉跳动的心脏。这个广场围绕一个宁静的池塘而建，桑树成荫，曾是热闹的丝绸之路贸易中心。周围的三座纪念碑——纳迪尔·迪万-贝吉神学院、纳迪尔·迪万-贝吉哈纳卡（苏菲住所）和库克尔达什神学院——是中亚建筑的杰作。如今，利亚比豪兹仍是城市的社交中心，咖啡馆林立，当地人在此品茶，旅行者看着人来人往。不要错过霍加·纳斯尔丁（阿凡提）的顽皮雕像，这位苏菲传说中的智者骑着他的驴。</w:t>
      </w:r>
    </w:p>
    <w:p>
      <w:pPr>
        <w:widowControl/>
      </w:pPr>
      <w:r>
        <w:t>附近是马戈基阿托里清真寺，布哈拉现存最古老的清真寺，可追溯至9至10世纪。这座清真寺位于地面以下4.5米，是真正的考古奇观，展示着古老的砖砌和陶土装饰。现在这里设有一个小型地毯博物馆（门票自理）。</w:t>
      </w:r>
    </w:p>
    <w:p>
      <w:pPr>
        <w:widowControl/>
      </w:pPr>
      <w:r>
        <w:t>从那里漫步穿过布哈拉著名的贸易穹顶，这是16世纪穹顶集市网络——托基-扎尔加隆、托基-萨罗丰、特尔帕克-富鲁尚和蒂姆·阿卜杜拉汗。这里曾是珠宝商、货币兑换商和丝绸商人的繁华中心，如今仍出售传统工艺品、地毯和纪念品，让您亲身体验布哈拉的商业精神。</w:t>
      </w:r>
    </w:p>
    <w:p>
      <w:pPr>
        <w:widowControl/>
      </w:pPr>
      <w:r>
        <w:t>接下来到达波依卡兰建筑群，布哈拉天际线的标志性中心。在此欣赏47米高的卡兰宣礼塔——如此壮丽，以至于成吉思汗都免于将其摧毁。相邻的卡兰清真寺拥有288个穹顶，可容纳10000名礼拜者，以及米尔-伊-阿拉伯神学院拥有绿松石穹顶和活跃的伊斯兰学校，共同构成中亚最令人惊叹的建筑群之一。</w:t>
      </w:r>
    </w:p>
    <w:p>
      <w:pPr>
        <w:widowControl/>
      </w:pPr>
      <w:r>
        <w:t>最后两站是布哈拉方舟，这座古老堡垒曾作为皇家住所数百年，以及附近的波罗豪兹清真寺，因其20根精美雕刻的木柱倒映在前方水池中而被称为“四十柱清真寺”。在方舟内，探索其王座室、加冕清真寺和博物馆，或爬上顶部欣赏城市全景。</w:t>
      </w:r>
    </w:p>
    <w:p>
      <w:pPr>
        <w:widowControl/>
      </w:pPr>
      <w:r>
        <w:t>可选日落提示：为了给一天画上难忘的句号，从方舟城墙或波依卡兰附近的屋顶观看日落。当宣礼塔闪耀金光，祈祷声在老城回荡，布哈拉感觉真正永恒。</w:t>
      </w:r>
    </w:p>
    <w:p>
      <w:pPr>
        <w:widowControl/>
      </w:pPr>
      <w:r>
        <w:t>iTravel备注：</w:t>
      </w:r>
    </w:p>
    <w:p>
      <w:pPr>
        <w:widowControl/>
      </w:pPr>
      <w:r>
        <w:t>这主要是一次徒步游览布哈拉历史老城的旅行。大多数景点是步行区，车辆无法进入。</w:t>
      </w:r>
    </w:p>
    <w:p>
      <w:pPr>
        <w:widowControl/>
      </w:pPr>
      <w:r>
        <w:t>概述：全天探索布哈拉、波依卡兰建筑群、陵墓和其他景点。（含早餐）</w:t>
      </w:r>
    </w:p>
    <w:p>
      <w:pPr>
        <w:widowControl/>
      </w:pPr>
      <w:r>
        <w:t>景点：7个景点</w:t>
      </w:r>
    </w:p>
    <w:p>
      <w:pPr>
        <w:widowControl/>
      </w:pPr>
      <w:r>
        <w:t>交通与活动：旅游车辆</w:t>
      </w:r>
    </w:p>
    <w:p>
      <w:pPr>
        <w:widowControl/>
      </w:pPr>
      <w:r>
        <w:t>用餐：早餐</w:t>
      </w:r>
    </w:p>
    <w:p>
      <w:pPr>
        <w:widowControl/>
      </w:pPr>
      <w:r>
        <w:t>住宿：布哈拉</w:t>
      </w:r>
    </w:p>
    <w:p>
      <w:pPr>
        <w:keepNext/>
        <w:widowControl/>
        <w:spacing w:before="240"/>
      </w:pPr>
      <w:r>
        <w:t>第9天 布哈拉至撒马尔罕：沿途风光与撒马尔罕酒店入住</w:t>
      </w:r>
    </w:p>
    <w:p>
      <w:pPr>
        <w:widowControl/>
      </w:pPr>
      <w:r>
        <w:t>早餐后，您的团队将离开布哈拉，驱车前往撒马尔罕。车程约4.5-5小时（约278公里）。</w:t>
      </w:r>
    </w:p>
    <w:p>
      <w:pPr>
        <w:widowControl/>
      </w:pPr>
      <w:r>
        <w:t>离开布哈拉不久，您将进入一片广阔平坦的地貌——半沙漠草原，呈现出柔和的灰黄色调，点缀着耐旱灌木和骆驼刺丛。大约行程过半时，景色变为一望无际的棉田，一直延伸到地平线。在收获季节（9月至10月），您可能会看到田野里绽放的蓬松白色棉铃，以及当地农民手工采摘棉花——这是乌兹别克斯坦的标志性景象。</w:t>
      </w:r>
    </w:p>
    <w:p>
      <w:pPr>
        <w:widowControl/>
      </w:pPr>
      <w:r>
        <w:t>随着您接近撒马尔罕，土地变得更加翠绿肥沃。杏树和桑树果园、葡萄园以及精心照料的农田沿路排列，标志着您即将抵达丝绸之路上最伟大的城市之一。</w:t>
      </w:r>
    </w:p>
    <w:p>
      <w:pPr>
        <w:widowControl/>
      </w:pPr>
      <w:r>
        <w:t>抵达撒马尔罕后，入住酒店，在这个传奇的丝绸之路目的地享受舒适的住宿。</w:t>
      </w:r>
    </w:p>
    <w:p>
      <w:pPr>
        <w:widowControl/>
      </w:pPr>
      <w:r>
        <w:t>概述：从布哈拉前往撒马尔罕，沿途欣赏风光，随后在撒马尔罕的酒店入住。（含早餐）</w:t>
      </w:r>
    </w:p>
    <w:p>
      <w:pPr>
        <w:widowControl/>
      </w:pPr>
      <w:r>
        <w:t>景点：无</w:t>
      </w:r>
    </w:p>
    <w:p>
      <w:pPr>
        <w:widowControl/>
      </w:pPr>
      <w:r>
        <w:t>交通与活动：旅游车辆</w:t>
      </w:r>
    </w:p>
    <w:p>
      <w:pPr>
        <w:widowControl/>
      </w:pPr>
      <w:r>
        <w:t>用餐：早餐</w:t>
      </w:r>
    </w:p>
    <w:p>
      <w:pPr>
        <w:widowControl/>
      </w:pPr>
      <w:r>
        <w:t>住宿：撒马尔罕</w:t>
      </w:r>
    </w:p>
    <w:p>
      <w:pPr>
        <w:keepNext/>
        <w:widowControl/>
        <w:spacing w:before="240"/>
      </w:pPr>
      <w:r>
        <w:t>第10天 撒马尔罕之旅：古尔·埃米尔陵墓（帖木儿陵墓）、雷吉斯坦广场、比比·哈努姆清真寺、西亚布集市、沙赫静达陵墓群、欢送晚宴</w:t>
      </w:r>
    </w:p>
    <w:p>
      <w:pPr>
        <w:widowControl/>
      </w:pPr>
      <w:r>
        <w:t>今天，您将深入游览撒马尔罕——联合国教科文组织世界遗产地，也是帖木儿帝国（14至15世纪）的前首都。作为乌兹别克斯坦的文化中心和第二大城市，撒马尔罕以其宏伟的建筑、丝绸之路的传说和热闹的集市令游客惊叹。从庄严的古尔·埃米尔陵墓到标志性的雷吉斯坦广场、宏伟的比比·哈努姆清真寺、令人惊叹的沙赫静达陵墓群，以及热闹的西亚布集市，您将发现一座展现帖木儿王朝荣耀与权力的城市。</w:t>
      </w:r>
    </w:p>
    <w:p>
      <w:pPr>
        <w:widowControl/>
      </w:pPr>
      <w:r>
        <w:t>首先参观古尔·埃米尔陵墓，这是阿米尔·帖木儿（征服者帖木儿）的安息之地，于1404年完工。这座引人注目的建筑顶部冠有棱纹天青石穹顶，是后来莫卧儿建筑（包括印度泰姬陵）的原型。走进去，欣赏镀金内饰、精美的碧玉墓碑和精致的书法。寻找帖木儿传奇的墓碑，据说上面刻有警告：“谁打扰我的坟墓，将释放一个比我更可怕的入侵者。”1941年6月，苏联考古学家打开陵墓后几天，纳粹德国入侵了苏联——这个故事为您的参观增添了一丝神秘气息。</w:t>
      </w:r>
    </w:p>
    <w:p>
      <w:pPr>
        <w:widowControl/>
      </w:pPr>
      <w:r>
        <w:t>接下来，前往雷吉斯坦广场，撒马尔罕的中心，也是丝绸之路上最壮丽的景观之一。这里曾是皇家法令、军事阅兵和节庆活动的沙质聚集地，现在两侧矗立着三座辉煌的神学院：兀鲁伯神学院（1420年），饰有星空天体马赛克；希尔·多尔神学院（1619年），以其独特的狮子马赛克闻名；以及提拉·卡里神学院（1660年），拥有耀眼的金箔穹顶，曾登上许多旅游指南的封面。白天，雷吉斯坦是对称和瓷砖工艺的杰作；夜晚，在迷人的灯光下变换模样——是摄影的绝佳地点。</w:t>
      </w:r>
    </w:p>
    <w:p>
      <w:pPr>
        <w:widowControl/>
      </w:pPr>
      <w:r>
        <w:t>继续前往宏伟的比比·哈努姆清真寺，这是伊斯兰世界最大的清真寺之一。建于1404年，以纪念帖木儿的妻子，这座清真寺充满了传说——包括敢于亲吻比比·哈努姆并遭到帖木儿愤怒的建筑师的故事。走进去，欣赏受当地刺绣传统启发的镀金装饰。</w:t>
      </w:r>
    </w:p>
    <w:p>
      <w:pPr>
        <w:widowControl/>
      </w:pPr>
      <w:r>
        <w:t>附近就是西亚布集市，您可以品尝撒马尔罕著名的圆面包、干果和香料，同时与当地人交流——生动地提醒人们撒马尔罕曾是丝绸之路的重要贸易枢纽。</w:t>
      </w:r>
    </w:p>
    <w:p>
      <w:pPr>
        <w:widowControl/>
      </w:pPr>
      <w:r>
        <w:t>最后，漫步沙赫静达陵墓群，这是一个非凡的“陵墓大道”，沿着山坡延伸。这座陵墓群可追溯到11至15世纪，包含帖木儿时代瓷砖工艺的一些最佳范例，以及帖木儿女性亲属和高官贵族的坟墓。该遗址还被认为安葬着先知穆罕默德的表弟库萨姆·伊本·阿巴斯，使其成为受人尊敬的朝圣地。凭借其明亮的绿松石穹顶和复杂的马赛克，沙赫静达不仅是一个精神地标，也是撒马尔罕最上镜的地点之一。</w:t>
      </w:r>
    </w:p>
    <w:p>
      <w:pPr>
        <w:widowControl/>
      </w:pPr>
      <w:r>
        <w:t>iAOT在撒马尔罕特别安排的晚餐：</w:t>
      </w:r>
    </w:p>
    <w:p>
      <w:pPr>
        <w:widowControl/>
      </w:pPr>
      <w:r>
        <w:t>今晚，享受由亚洲奥德赛旅游在著名当地餐厅主办的难忘一餐。品尝正宗的乌兹别克菜肴和中亚融合美食。特色晚餐包括开胃菜、主菜、甜点、水和茶。所有其他饮料根据消费另行收费。</w:t>
      </w:r>
    </w:p>
    <w:p>
      <w:pPr>
        <w:widowControl/>
      </w:pPr>
      <w:r>
        <w:t>概述：花一整天探索撒马尔罕的宏伟建筑。一起享用特色晚餐。（含早餐+晚餐）</w:t>
      </w:r>
    </w:p>
    <w:p>
      <w:pPr>
        <w:widowControl/>
      </w:pPr>
      <w:r>
        <w:t>景点：5个景点</w:t>
      </w:r>
    </w:p>
    <w:p>
      <w:pPr>
        <w:widowControl/>
      </w:pPr>
      <w:r>
        <w:t>交通与活动：旅游车辆</w:t>
      </w:r>
    </w:p>
    <w:p>
      <w:pPr>
        <w:widowControl/>
      </w:pPr>
      <w:r>
        <w:t>用餐：早餐,晚餐</w:t>
      </w:r>
    </w:p>
    <w:p>
      <w:pPr>
        <w:widowControl/>
      </w:pPr>
      <w:r>
        <w:t>住宿：撒马尔罕</w:t>
      </w:r>
    </w:p>
    <w:p>
      <w:pPr>
        <w:keepNext/>
        <w:widowControl/>
        <w:spacing w:before="240"/>
      </w:pPr>
      <w:r>
        <w:t>第11天 撒马尔罕（乌兹别克斯坦）—贾尔捷帕边境—七湖（塔吉克斯坦）—彭吉肯特｜七湖第六湖至第七湖轻松徒步，野餐午餐</w:t>
      </w:r>
    </w:p>
    <w:p>
      <w:pPr>
        <w:widowControl/>
      </w:pPr>
      <w:r>
        <w:t>今天早上，您的行程从撒马尔罕的酒店出发，乘车前往乌兹别克斯坦与塔吉克斯坦边境的贾尔捷帕（50公里，约1小时）。抵达后，您将办理两国海关和护照检查手续。手续完成后，步行至边境检查区出口，您的塔吉克导游和司机将在那里迎接您。</w:t>
      </w:r>
    </w:p>
    <w:p>
      <w:pPr>
        <w:widowControl/>
      </w:pPr>
      <w:r>
        <w:t>随后短途驱车前往彭吉肯特地区，这里是轻松徒步之旅的门户。您将探索塔吉克斯坦著名的七湖，当地称为哈夫特库尔或马尔古佐尔湖。这七个冰川湖泊沿山谷依次分布，由一条河流相连，宛如一条闪亮的项链横贯大地。每个湖泊都有独特的颜色和风貌，景色令人惊叹，让人在自然中感受宁静。</w:t>
      </w:r>
    </w:p>
    <w:p>
      <w:pPr>
        <w:widowControl/>
      </w:pPr>
      <w:r>
        <w:t>行程从颠簸但风景优美的山路开始。虽然七湖距离彭吉肯特不远，但道路崎岖，因此这是一整天的行程。随着您深入山谷，将依次经过前五个湖泊——涅吉贡、索亚、古肖尔、诺芬和胡尔达克，每个湖泊颜色各异，从淡绿色到鲜艳的蓝绿色和深蓝色，就像大自然自己的调色板。</w:t>
      </w:r>
    </w:p>
    <w:p>
      <w:pPr>
        <w:widowControl/>
      </w:pPr>
      <w:r>
        <w:t>从七湖第六湖到第七湖的轻松徒步：</w:t>
      </w:r>
    </w:p>
    <w:p>
      <w:pPr>
        <w:widowControl/>
      </w:pPr>
      <w:r>
        <w:t>您将到达马尔古佐尔湖，这是第六个也是最大的湖泊，一片耀眼的蓝宝石色水域，被壮观的山峰环绕。从这里出发，轻松往返徒步2小时前往哈佐尔查什马湖，这是第七个也是最高的湖泊，名称意为“千泉”。这里的水清澈见底，周围环境宁静，未受破坏。</w:t>
      </w:r>
    </w:p>
    <w:p>
      <w:pPr>
        <w:widowControl/>
      </w:pPr>
      <w:r>
        <w:t>在湖畔享用野餐，欣赏高山景色，也可以到附近村庄短暂漫步，感受塔吉克山区生活简单而真实的节奏。</w:t>
      </w:r>
    </w:p>
    <w:p>
      <w:pPr>
        <w:widowControl/>
      </w:pPr>
      <w:r>
        <w:t>游览结束后，团队将乘车前往彭吉肯特住宿。</w:t>
      </w:r>
    </w:p>
    <w:p>
      <w:pPr>
        <w:widowControl/>
      </w:pPr>
      <w:r>
        <w:t>iTravel提示：</w:t>
      </w:r>
    </w:p>
    <w:p>
      <w:pPr>
        <w:widowControl/>
      </w:pPr>
      <w:r>
        <w:t>前往七湖的道路崎岖、未铺砌、颠簸且尘土飞扬（不适合有严重背部问题或怀孕的客人）。野餐午餐为固定套餐，无法单独替换或定制，请提前告知我们您的特定饮食要求（素食、纯素食、清真、过敏）。</w:t>
      </w:r>
    </w:p>
    <w:p>
      <w:pPr>
        <w:widowControl/>
      </w:pPr>
      <w:r>
        <w:t>彭吉肯特是一个小型省级城市，酒店选择非常有限，网络覆盖差，城市和酒店房间内的移动信号都不可靠，因此请不要依赖稳定的移动数据进行重要通信。</w:t>
      </w:r>
    </w:p>
    <w:p>
      <w:pPr>
        <w:widowControl/>
      </w:pPr>
      <w:r>
        <w:t>概述：过境进入塔吉克斯坦，轻松徒步七湖。（含早餐+午餐）</w:t>
      </w:r>
    </w:p>
    <w:p>
      <w:pPr>
        <w:widowControl/>
      </w:pPr>
      <w:r>
        <w:t>景点：1个景点</w:t>
      </w:r>
    </w:p>
    <w:p>
      <w:pPr>
        <w:widowControl/>
      </w:pPr>
      <w:r>
        <w:t>交通与活动：旅游车辆</w:t>
      </w:r>
    </w:p>
    <w:p>
      <w:pPr>
        <w:widowControl/>
      </w:pPr>
      <w:r>
        <w:t>用餐：早餐,午餐</w:t>
      </w:r>
    </w:p>
    <w:p>
      <w:pPr>
        <w:widowControl/>
      </w:pPr>
      <w:r>
        <w:t>住宿：彭吉肯特</w:t>
      </w:r>
    </w:p>
    <w:p>
      <w:pPr>
        <w:keepNext/>
        <w:widowControl/>
        <w:spacing w:before="240"/>
      </w:pPr>
      <w:r>
        <w:t>第12天 彭吉肯特（塔吉克斯坦）—亚尔提帕边境—撒马尔罕（乌兹别克斯坦）｜鲁达基博物馆、古城彭吉肯特遗址</w:t>
      </w:r>
    </w:p>
    <w:p>
      <w:pPr>
        <w:widowControl/>
      </w:pPr>
      <w:r>
        <w:t>早餐后，您将有充足的时间游览彭吉肯特。彭吉肯特被誉为“中亚的庞贝”，曾是古代粟特文明的重要中心。在5世纪至8世纪之间，这座城市作为丝绸之路上的文化和商业枢纽繁荣一时。粟特人被称为“丝绸之路的灵魂”，主导着欧亚大陆的贸易——从中国丝绸到西方玻璃器皿和印度香料。</w:t>
      </w:r>
    </w:p>
    <w:p>
      <w:pPr>
        <w:widowControl/>
      </w:pPr>
      <w:r>
        <w:t>首先参观鲁达基博物馆（周日闭馆），这里收藏了数千件从当地考古发掘出土的文物——陶器、钱币、雕塑和工具，生动地描绘了粟特人的生活方式。在这里，您将发现他们的艺术、服饰、神话，甚至宴饮和仪式的场景。</w:t>
      </w:r>
    </w:p>
    <w:p>
      <w:pPr>
        <w:widowControl/>
      </w:pPr>
      <w:r>
        <w:t>接下来，参观古城彭吉肯特遗址，这是保存完好的5至8世纪粟特城市遗址。当您漫步在宫殿、住宅区、寺庙和防御工事的泥砖地基之间，可以清晰地想象出城市的原始布局，并想象丝绸之路时代繁华的生活。</w:t>
      </w:r>
    </w:p>
    <w:p>
      <w:pPr>
        <w:widowControl/>
      </w:pPr>
      <w:r>
        <w:t>下午，您的团队将过境进入乌兹别克斯坦，然后转乘至撒马尔罕过夜。</w:t>
      </w:r>
    </w:p>
    <w:p>
      <w:pPr>
        <w:widowControl/>
      </w:pPr>
      <w:r>
        <w:t>概述：探索彭吉肯特亮点，如鲁达基博物馆、古城遗址；过境进入撒马尔罕。（含早餐）</w:t>
      </w:r>
    </w:p>
    <w:p>
      <w:pPr>
        <w:widowControl/>
      </w:pPr>
      <w:r>
        <w:t>景点：2个景点</w:t>
      </w:r>
    </w:p>
    <w:p>
      <w:pPr>
        <w:widowControl/>
      </w:pPr>
      <w:r>
        <w:t>交通与活动：旅游车辆</w:t>
      </w:r>
    </w:p>
    <w:p>
      <w:pPr>
        <w:widowControl/>
      </w:pPr>
      <w:r>
        <w:t>用餐：早餐</w:t>
      </w:r>
    </w:p>
    <w:p>
      <w:pPr>
        <w:widowControl/>
      </w:pPr>
      <w:r>
        <w:t>住宿：撒马尔罕</w:t>
      </w:r>
    </w:p>
    <w:p>
      <w:pPr>
        <w:keepNext/>
        <w:widowControl/>
        <w:spacing w:before="240"/>
      </w:pPr>
      <w:r>
        <w:t>第13天 撒马尔罕离团 酒店退房与送行</w:t>
      </w:r>
    </w:p>
    <w:p>
      <w:pPr>
        <w:widowControl/>
      </w:pPr>
      <w:r>
        <w:t>早餐后，您为期13天的乌兹别克斯坦、土库曼斯坦、塔吉克斯坦三国团体游即将结束。我们在撒马尔罕的当地司机会送您前往机场或火车站，前往下一个目的地。</w:t>
      </w:r>
    </w:p>
    <w:p>
      <w:pPr>
        <w:widowControl/>
      </w:pPr>
      <w:r>
        <w:t>旅行提示：请提前将您的航班或火车信息告知我们，以便我们顺利安排送站服务。</w:t>
      </w:r>
    </w:p>
    <w:p>
      <w:pPr>
        <w:widowControl/>
      </w:pPr>
      <w:r>
        <w:t>额外接送服务（需支付额外费用）：</w:t>
      </w:r>
    </w:p>
    <w:p>
      <w:pPr>
        <w:widowControl/>
      </w:pPr>
      <w:r>
        <w:t>如果您需要从撒马尔罕到塔什干的接送服务，请提前告知我们。虽然行程在撒马尔罕正式结束（因为撒马尔罕有自己的机场和火车站），但我们很乐意帮您预订前往塔什干的火车票，并安排在塔什干的接送服务。</w:t>
      </w:r>
    </w:p>
    <w:p>
      <w:pPr>
        <w:widowControl/>
      </w:pPr>
      <w:r>
        <w:t>中亚行程延伸：</w:t>
      </w:r>
    </w:p>
    <w:p>
      <w:pPr>
        <w:widowControl/>
      </w:pPr>
      <w:r>
        <w:t>乌兹别克斯坦、土库曼斯坦和塔吉克斯坦是“五个斯坦”之旅的一部分。如果您有更多时间，欢迎您参加前往吉尔吉斯斯坦、哈萨克斯坦的团体游。更多的风景和冒险正等着您。</w:t>
      </w:r>
    </w:p>
    <w:p>
      <w:pPr>
        <w:widowControl/>
      </w:pPr>
      <w:r>
        <w:t>感谢您选择亚洲奥德赛旅游作为您的中亚团体游服务商。我们期待在您的下一次冒险中再次欢迎您！</w:t>
      </w:r>
    </w:p>
    <w:p>
      <w:pPr>
        <w:widowControl/>
      </w:pPr>
      <w:r>
        <w:t>概述：告别撒马尔罕，送往机场或火车站离团。（含早餐）</w:t>
      </w:r>
    </w:p>
    <w:p>
      <w:pPr>
        <w:widowControl/>
      </w:pPr>
      <w:r>
        <w:t>景点：无</w:t>
      </w:r>
    </w:p>
    <w:p>
      <w:pPr>
        <w:widowControl/>
      </w:pPr>
      <w:r>
        <w:t>交通与活动：旅游车辆</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中亚三国经典13日跟团游：乌兹别克斯坦、土库曼斯坦、塔吉克斯坦</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