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20天中亚之旅：小团畅游五大斯坦高性价比路线</w:t>
      </w:r>
    </w:p>
    <w:p>
      <w:pPr>
        <w:widowControl/>
      </w:pPr>
      <w:r>
        <w:t>线路编号：AOT-CAGT-08</w:t>
      </w:r>
    </w:p>
    <w:p>
      <w:pPr>
        <w:keepNext/>
        <w:widowControl/>
        <w:spacing w:before="240"/>
      </w:pPr>
      <w:r>
        <w:t>第1天 抵达阿拉木图（哈萨克斯坦）机场接机与酒店入住</w:t>
      </w:r>
    </w:p>
    <w:p>
      <w:pPr>
        <w:widowControl/>
      </w:pPr>
      <w:r>
        <w:t>旅行者们，你们好！欢迎来到哈萨克斯坦的旧都及最大城市——阿拉木图！抵达阿拉木图国际机场后，我们的当地司机会在到达口迎接您。从那里到市中心约20公里车程。入住酒店。今天剩余时间您在阿拉木图自由活动。</w:t>
      </w:r>
    </w:p>
    <w:p>
      <w:pPr>
        <w:widowControl/>
      </w:pPr>
      <w:r>
        <w:t>阿拉木图坐落于雄伟的外伊犁阿拉套山脉脚下，以令人惊叹的自然环境吸引着旅行者，这里终年可见白雪皑皑的山峰。它被称为“苹果之父”和“苹果之城”，据信是现代苹果的基因发源地。在阿拉木图各处都能看到奇趣的苹果艺术——甜美、俏皮，非常适合拍照打卡！</w:t>
      </w:r>
    </w:p>
    <w:p>
      <w:pPr>
        <w:widowControl/>
      </w:pPr>
      <w:r>
        <w:t>阿拉木图曾是丝绸之路上的重要城市，以其轻松友好的氛围而闻名，是徒步旅行者、美食爱好者和文化爱好者的天堂。作为哈萨克斯坦的前首都（1929-1997年），它保留了独特的苏联时代魅力，绿树成荫的街道、宏伟的大道和令人印象深刻的文化地标。</w:t>
      </w:r>
    </w:p>
    <w:p>
      <w:pPr>
        <w:widowControl/>
      </w:pPr>
      <w:r>
        <w:t>阿拉木图感觉像是欧洲和亚洲影响的融合——干净、安全、充满活力，拥有哈萨克人、俄罗斯人、维吾尔人和朝鲜族等多民族人口。一定要品尝当地美食，如别什巴尔马克（一种丰盛的肉和面条菜肴）和舒巴特（发酵骆驼奶），体验地道的游牧传统。</w:t>
      </w:r>
    </w:p>
    <w:p>
      <w:pPr>
        <w:widowControl/>
      </w:pPr>
      <w:r>
        <w:t>抵达建议：</w:t>
      </w:r>
    </w:p>
    <w:p>
      <w:pPr>
        <w:widowControl/>
      </w:pPr>
      <w:r>
        <w:t>1. 航班：阿拉木图国际机场（ALA）是哈萨克斯坦最繁忙的枢纽，提供从伊斯坦布尔、迪拜、法兰克福、首尔、北京和莫斯科等主要城市的直飞航班。请查看汉莎航空、土耳其航空或阿斯塔纳航空等航空公司的最新航班时刻和转机信息。</w:t>
      </w:r>
    </w:p>
    <w:p>
      <w:pPr>
        <w:widowControl/>
      </w:pPr>
      <w:r>
        <w:t>2. 签证：哈萨克斯坦对包括美国、欧盟国家、英国、加拿大、澳大利亚和大多数亚洲国家在内的80多个国家的公民提供免签入境。其他国家可在线申请电子签证——快速、简单，为您的冒险做好准备！旅行前请务必向官方政府来源确认要求。</w:t>
      </w:r>
    </w:p>
    <w:p>
      <w:pPr>
        <w:widowControl/>
      </w:pPr>
      <w:r>
        <w:t>阿拉木图旅行小贴士：</w:t>
      </w:r>
    </w:p>
    <w:p>
      <w:pPr>
        <w:widowControl/>
      </w:pPr>
      <w:r>
        <w:t>如果您提前抵达阿拉木图并有空闲时间，您或您的团队可以自行探索城市。以下建议供您参考：</w:t>
      </w:r>
    </w:p>
    <w:p>
      <w:pPr>
        <w:widowControl/>
      </w:pPr>
      <w:r>
        <w:t>阿拉木图地铁体验：这是一个18米深的苏联时代奇迹。乘坐价格实惠、风景优美的线路：阿拜站的文化壁画、热别克若雷站的艺术。参观装饰着美丽马赛克、壁画和华美吊灯的独特主题车站。它是一座艺术地下博物馆，也是功能性的交通枢纽。</w:t>
      </w:r>
    </w:p>
    <w:p>
      <w:pPr>
        <w:widowControl/>
      </w:pPr>
      <w:r>
        <w:t>阿拜歌剧芭蕾舞剧院：在中亚最古老的歌剧院之一观看晚间演出（价格实惠）。它展示世界级的芭蕾舞和歌剧作品。其优雅的苏联时代建筑和宏伟的内部装饰提供真正难忘的文化体验。</w:t>
      </w:r>
    </w:p>
    <w:p>
      <w:pPr>
        <w:widowControl/>
      </w:pPr>
      <w:r>
        <w:t>阿尔巴特街夜生活：这是一个充满活力的步行区。欣赏街头表演者，浏览当地艺术和手工艺品，在众多舒适咖啡馆之一放松身心。这是感受当地文化的完美场所。</w:t>
      </w:r>
    </w:p>
    <w:p>
      <w:pPr>
        <w:widowControl/>
      </w:pPr>
      <w:r>
        <w:t>概述：抵达阿拉木图国际机场后，我们的司机将送您前往酒店。</w:t>
      </w:r>
    </w:p>
    <w:p>
      <w:pPr>
        <w:widowControl/>
      </w:pPr>
      <w:r>
        <w:t>景点：无</w:t>
      </w:r>
    </w:p>
    <w:p>
      <w:pPr>
        <w:widowControl/>
      </w:pPr>
      <w:r>
        <w:t>交通与活动：旅游车辆</w:t>
      </w:r>
    </w:p>
    <w:p>
      <w:pPr>
        <w:widowControl/>
      </w:pPr>
      <w:r>
        <w:t>住宿：阿拉木图</w:t>
      </w:r>
    </w:p>
    <w:p>
      <w:pPr>
        <w:keepNext/>
        <w:widowControl/>
        <w:spacing w:before="240"/>
      </w:pPr>
      <w:r>
        <w:t>第2天 阿拉木图城市游：28位潘菲洛夫勇士公园（升天大教堂、军事历史博物馆）、民族乐器博物馆、绿色巴扎、科克托别山（缆车）、欢迎晚宴</w:t>
      </w:r>
    </w:p>
    <w:p>
      <w:pPr>
        <w:widowControl/>
      </w:pPr>
      <w:r>
        <w:t>今天，您的团队将参加阿拉木图经典城市亮点的全天游览。对于初次到访的游客，这是了解这座城市“历史记忆、民族文化、活力当地生活和全景城市风光”的绝佳方式。</w:t>
      </w:r>
    </w:p>
    <w:p>
      <w:pPr>
        <w:widowControl/>
      </w:pPr>
      <w:r>
        <w:t>早餐后，游览从28位潘菲洛夫勇士公园开始。这是一片宁静的绿色绿洲，以伊万·潘菲洛夫将军及其28名士兵命名，他们在第二次世界大战期间英勇保卫了莫斯科。他们传奇的遗言——“伟大的俄罗斯，但已无处可退。莫斯科就在我们身后。”——在历史中回荡。沿着林荫小径漫步，在光荣纪念碑和长明火前驻足，向象征和平珍贵的英勇行为致敬。</w:t>
      </w:r>
    </w:p>
    <w:p>
      <w:pPr>
        <w:widowControl/>
      </w:pPr>
      <w:r>
        <w:t>走到公园中心，您将看到阿拉木图最具标志性的地标——升天大教堂（泽恩科夫大教堂）。由建筑师安德烈·泽恩科夫设计，于1907年竣工，这座56米高的建筑瑰宝是世界上第二高的木制教堂，完全不用钉子建造。令人惊叹的是，它在1911年的毁灭性地震中几乎毫发无损。走进内部，欣赏其色彩斑斓的壁画、镀金的圣像壁和宁静的氛围——这是一处值得静心感受和拍照留念的地方。</w:t>
      </w:r>
    </w:p>
    <w:p>
      <w:pPr>
        <w:widowControl/>
      </w:pPr>
      <w:r>
        <w:t>离开公园后，您将参观军事历史博物馆，这里展示了哈萨克斯坦战士的故事——从古代的塞迦人和突厥游牧民族到现代的哈萨克武装部队。在第二次世界大战展区停留片刻，那里陈列着珍贵的照片、信件、制服和奖章。在这里，您将更深入地了解28位潘菲洛夫英雄和其他在战争中表现出非凡勇气的哈萨克士兵。</w:t>
      </w:r>
    </w:p>
    <w:p>
      <w:pPr>
        <w:widowControl/>
      </w:pPr>
      <w:r>
        <w:t>接下来，步行片刻前往哈萨克民族乐器博物馆，同样由泽恩科夫设计。这座迷人的木制建筑收藏了1000多件传统乐器，包括木制竖琴、号角、风笛、两根弦的冬不拉和弓弦乐器库布兹——每一件都承载着哈萨克斯坦游牧传统的精神。如果时间允许，您甚至可以欣赏一场简短的现场表演，让草原之声栩栩如生。</w:t>
      </w:r>
    </w:p>
    <w:p>
      <w:pPr>
        <w:widowControl/>
      </w:pPr>
      <w:r>
        <w:t>随后，您的团队将参观热闹的绿色巴扎（Zeleny Bazar），一个熙熙攘攘的市场，提供真正的当地生活体验。浏览摆满香料、干果和手工艺品的五彩摊位，或品尝地方美食，如多汁的萨姆萨（肉饼）、酸爽的库尔特（干奶酪）、卡兹（马肠）和传统奶制甜点。</w:t>
      </w:r>
    </w:p>
    <w:p>
      <w:pPr>
        <w:widowControl/>
      </w:pPr>
      <w:r>
        <w:t>下午，乘车前往科克托别山，这是阿拉木图的象征，海拔1100米。乘坐风景优美的缆车，欣赏城市和雪山希姆布拉克山的全景。参观著名的披头士纪念碑，欣赏372米高的电视塔，并体验摩天轮、迷你动物园或舒适咖啡馆等设施。这里是日落摄影和在大自然中放松的理想场所。游览结束后，下山返回阿拉木图。</w:t>
      </w:r>
    </w:p>
    <w:p>
      <w:pPr>
        <w:widowControl/>
      </w:pPr>
      <w:r>
        <w:t>iAOT特别欢迎晚宴：</w:t>
      </w:r>
    </w:p>
    <w:p>
      <w:pPr>
        <w:widowControl/>
      </w:pPr>
      <w:r>
        <w:t>晚上，亚洲奥德赛旅游将为您的团队提供特别欢迎晚宴。享用正宗的哈萨克风味美食，伴随当地舞蹈或现场音乐。这是放松身心、与其他旅行者交流的完美方式。欢迎晚宴包括开胃菜、主菜、甜点、水和茶。所有其他饮料根据消费单独收费。</w:t>
      </w:r>
    </w:p>
    <w:p>
      <w:pPr>
        <w:widowControl/>
      </w:pPr>
      <w:r>
        <w:t>概述：参加全天阿拉木图城市游，体验历史、当地生活、音乐和全景城市风光。享用欢迎晚宴。（含早餐+晚餐）</w:t>
      </w:r>
    </w:p>
    <w:p>
      <w:pPr>
        <w:widowControl/>
      </w:pPr>
      <w:r>
        <w:t>景点：5个景点</w:t>
      </w:r>
    </w:p>
    <w:p>
      <w:pPr>
        <w:widowControl/>
      </w:pPr>
      <w:r>
        <w:t>交通与活动：旅游车辆</w:t>
      </w:r>
    </w:p>
    <w:p>
      <w:pPr>
        <w:widowControl/>
      </w:pPr>
      <w:r>
        <w:t>用餐：早餐、晚餐</w:t>
      </w:r>
    </w:p>
    <w:p>
      <w:pPr>
        <w:widowControl/>
      </w:pPr>
      <w:r>
        <w:t>住宿：阿拉木图</w:t>
      </w:r>
    </w:p>
    <w:p>
      <w:pPr>
        <w:keepNext/>
        <w:widowControl/>
        <w:spacing w:before="240"/>
      </w:pPr>
      <w:r>
        <w:t>第3天 阿拉木图 - 恰伦峡谷 - 阿拉木图 约2小时徒步，野餐午餐</w:t>
      </w:r>
    </w:p>
    <w:p>
      <w:pPr>
        <w:widowControl/>
      </w:pPr>
      <w:r>
        <w:t>今天上午，离开阿拉木图，乘车前往恰伦峡谷国家公园（约210公里，4-5小时）。这里常被称为“中亚大峡谷”，这处令人惊叹的自然奇观由风和恰伦河在过去的1200万年中雕琢而成。色彩斑斓的沉积岩层揭示了地球深远的地质历史——从古老的湖床到早已消失的河流系统。</w:t>
      </w:r>
    </w:p>
    <w:p>
      <w:pPr>
        <w:widowControl/>
      </w:pPr>
      <w:r>
        <w:t>公园的亮点是城堡谷（Dolina Zamkov），风雕琢的悬崖和石柱宛如古代堡垒和神奇塔楼。沿着峡谷底部悠闲地步行2-3公里，周围是红色、橙色和金色交相辉映的岩壁。在小径的尽头，路径通向恰伦河，您可以在那里放松身心，享用打包午餐，或只是沉浸在这片不可思议的风景的宁静之中。</w:t>
      </w:r>
    </w:p>
    <w:p>
      <w:pPr>
        <w:widowControl/>
      </w:pPr>
      <w:r>
        <w:t>恰伦峡谷沿河绵延150多公里，地形多样得令人惊讶——从半沙漠悬崖到点缀着小片白蜡树丛的茂密河岸，远处是白雪皑皑的天山山脉。如果运气好，沿途您可能会看到狐狸、鹰、野兔或蜥蜴等野生动物。</w:t>
      </w:r>
    </w:p>
    <w:p>
      <w:pPr>
        <w:widowControl/>
      </w:pPr>
      <w:r>
        <w:t>iTravel提示：</w:t>
      </w:r>
    </w:p>
    <w:p>
      <w:pPr>
        <w:widowControl/>
      </w:pPr>
      <w:r>
        <w:t>最佳游览时间：春季（4月至6月）和秋季（9月至10月）天气最宜人。夏季（7月至8月），峡谷底部温度可能超过40°C——尽可能避免在正午徒步。</w:t>
      </w:r>
    </w:p>
    <w:p>
      <w:pPr>
        <w:widowControl/>
      </w:pPr>
      <w:r>
        <w:t>徒步建议：小径大多平坦但暴露；穿舒适、防滑的徒步鞋，并携带充足的饮用水。</w:t>
      </w:r>
    </w:p>
    <w:p>
      <w:pPr>
        <w:widowControl/>
      </w:pPr>
      <w:r>
        <w:t>野餐午餐：由于峡谷内没有餐厅，我们将为您的团队提供野餐或简单午餐盒，通常包括三明治、水果和瓶装水。野餐午餐是固定套餐，无法进行个人替换或定制，因此请提前告知我们任何特定的饮食要求（素食、纯素食、清真、过敏）。</w:t>
      </w:r>
    </w:p>
    <w:p>
      <w:pPr>
        <w:widowControl/>
      </w:pPr>
      <w:r>
        <w:t>在探索了哈萨克斯坦最壮观的自然景点之一后，傍晚返回阿拉木图。</w:t>
      </w:r>
    </w:p>
    <w:p>
      <w:pPr>
        <w:widowControl/>
      </w:pPr>
      <w:r>
        <w:t>概述：从阿拉木图出发，前往红色峡谷，享受轻松徒步一日游。返回阿拉木图。（含早餐+午餐）</w:t>
      </w:r>
    </w:p>
    <w:p>
      <w:pPr>
        <w:widowControl/>
      </w:pPr>
      <w:r>
        <w:t>景点：1个景点</w:t>
      </w:r>
    </w:p>
    <w:p>
      <w:pPr>
        <w:widowControl/>
      </w:pPr>
      <w:r>
        <w:t>交通与活动：旅游车辆</w:t>
      </w:r>
    </w:p>
    <w:p>
      <w:pPr>
        <w:widowControl/>
      </w:pPr>
      <w:r>
        <w:t>用餐：早餐，午餐</w:t>
      </w:r>
    </w:p>
    <w:p>
      <w:pPr>
        <w:widowControl/>
      </w:pPr>
      <w:r>
        <w:t>住宿：阿拉木图</w:t>
      </w:r>
    </w:p>
    <w:p>
      <w:pPr>
        <w:keepNext/>
        <w:widowControl/>
        <w:spacing w:before="240"/>
      </w:pPr>
      <w:r>
        <w:t>第4天 阿拉木图飞往比什凯克（吉尔吉斯斯坦） 接机与酒店入住</w:t>
      </w:r>
    </w:p>
    <w:p>
      <w:pPr>
        <w:widowControl/>
      </w:pPr>
      <w:r>
        <w:t>今天，您在阿拉木图有一些自由时间。可以在酒店休息，也可以自由游览这座城市。随后，团队将乘车前往阿拉木图机场，搭乘飞往吉尔吉斯斯坦比什凯克的航班。（注意：此航线通常每天有1至2班航班。我们将根据当前航班时刻表为您预订最合适的航班。）</w:t>
      </w:r>
    </w:p>
    <w:p>
      <w:pPr>
        <w:widowControl/>
      </w:pPr>
      <w:r>
        <w:t>欢迎来到吉尔吉斯斯坦！这里常被称为“中亚的瑞士”，以壮丽的自然风光和丰富的游牧文化闻名。首都比什凯克既有苏联时期的风貌，也有郁郁葱葱的绿色公园，别具特色。</w:t>
      </w:r>
    </w:p>
    <w:p>
      <w:pPr>
        <w:widowControl/>
      </w:pPr>
      <w:r>
        <w:t>抵达玛纳斯国际机场（FRU）后，我们的当地司机会迎接您，并安排私人接送到市中心的酒店。（注意：机场距离市中心约32公里，车程约40至60分钟。）</w:t>
      </w:r>
    </w:p>
    <w:p>
      <w:pPr>
        <w:widowControl/>
      </w:pPr>
      <w:r>
        <w:t>入住酒店。当天剩余时间您可以自由探索这座首都城市。（温馨提示：如果您提前抵达，可以向我们的旅行顾问索取“自由活动建议”。）</w:t>
      </w:r>
    </w:p>
    <w:p>
      <w:pPr>
        <w:widowControl/>
      </w:pPr>
      <w:r>
        <w:t>概述：从阿拉木图飞往比什凯克。接机并送往比什凯克的酒店。（含早餐）</w:t>
      </w:r>
    </w:p>
    <w:p>
      <w:pPr>
        <w:widowControl/>
      </w:pPr>
      <w:r>
        <w:t>景点：无</w:t>
      </w:r>
    </w:p>
    <w:p>
      <w:pPr>
        <w:widowControl/>
      </w:pPr>
      <w:r>
        <w:t>交通与活动：旅游车辆</w:t>
      </w:r>
    </w:p>
    <w:p>
      <w:pPr>
        <w:widowControl/>
      </w:pPr>
      <w:r>
        <w:t>用餐：早餐</w:t>
      </w:r>
    </w:p>
    <w:p>
      <w:pPr>
        <w:widowControl/>
      </w:pPr>
      <w:r>
        <w:t>住宿：比什凯克</w:t>
      </w:r>
    </w:p>
    <w:p>
      <w:pPr>
        <w:keepNext/>
        <w:widowControl/>
        <w:spacing w:before="240"/>
      </w:pPr>
      <w:r>
        <w:t>第5天 比什凯克之旅：阿拉阿尔恰国家公园、阿拉图广场（玛纳斯雕像）、橡树公园、国家历史博物馆、奥什巴扎、特色晚餐</w:t>
      </w:r>
    </w:p>
    <w:p>
      <w:pPr>
        <w:widowControl/>
      </w:pPr>
      <w:r>
        <w:t>早餐后，当地导游和司机将到酒店接您。随后团队将离开比什凯克，前往位于城市西南30公里处（约40-60分钟车程）的阿拉阿尔恰国家公园徒步。这里被称为比什凯克的“后花园”，这座天山山脉中的高山山谷风景让人联想到瑞士——雄伟的雪峰、清澈的蓝天、茂密的松林、野花草甸和风景如画的河谷。非常适合轻松徒步。您可以沿着河边小径悠闲漫步，同时呼吸山间清新的空气。留意野生动物，如松鼠、马鹿、野山羊，甚至难得一见的雪豹（罕见，但有可能遇到！）。（路线提示：共有3条徒步路线；我们推荐轻松的河边路径，景色最佳。）</w:t>
      </w:r>
    </w:p>
    <w:p>
      <w:pPr>
        <w:widowControl/>
      </w:pPr>
      <w:r>
        <w:t>下午返回比什凯克，进行城市亮点游览。从主广场阿拉图广场开始，您将看到令人印象深刻的传奇民族英雄玛纳斯雕像，以及政府大楼和国旗旗杆。在某些时间，您还可能看到换岗仪式。</w:t>
      </w:r>
    </w:p>
    <w:p>
      <w:pPr>
        <w:widowControl/>
      </w:pPr>
      <w:r>
        <w:t>从广场悠闲步行至橡树公园，这是一个宁静的地方，长满数百年树龄的橡树，还有许多雕塑。</w:t>
      </w:r>
    </w:p>
    <w:p>
      <w:pPr>
        <w:widowControl/>
      </w:pPr>
      <w:r>
        <w:t>随后前往附近的国家历史博物馆，这里能很好地了解吉尔吉斯斯坦丰富的文化与遗产。馆内藏有超过80,000件文物，包括全尺寸的吉尔吉斯毡房、传统毛毡和皮革工艺品、刺绣服装、马具，以及涵盖俄罗斯帝国和苏联时期的展品。</w:t>
      </w:r>
    </w:p>
    <w:p>
      <w:pPr>
        <w:widowControl/>
      </w:pPr>
      <w:r>
        <w:t>接下来前往奥什巴扎，这是城市中最热闹的市场之一。您可逛逛出售新鲜农产品、香料、坚果、干果、当地服装、手工艺品和精美编织地毯的摊位。</w:t>
      </w:r>
    </w:p>
    <w:p>
      <w:pPr>
        <w:widowControl/>
      </w:pPr>
      <w:r>
        <w:t>iAOT特别欢迎晚餐：</w:t>
      </w:r>
    </w:p>
    <w:p>
      <w:pPr>
        <w:widowControl/>
      </w:pPr>
      <w:r>
        <w:t>今晚，在著名的当地餐厅享用由亚洲奥德赛旅游主办的欢迎晚餐。在温暖的吉尔吉斯氛围中享受现代舒适，品尝正宗的吉尔吉斯菜肴和中亚融合美食。晚餐包括开胃菜、主菜、甜点、水和茶。所有其他饮料按实际消费另行收费。</w:t>
      </w:r>
    </w:p>
    <w:p>
      <w:pPr>
        <w:widowControl/>
      </w:pPr>
      <w:r>
        <w:t>概述：参加比什凯克全日游，探索国家公园，欣赏天山山脉景色，并参观比什凯克的亮点。（含早餐+晚餐）</w:t>
      </w:r>
    </w:p>
    <w:p>
      <w:pPr>
        <w:widowControl/>
      </w:pPr>
      <w:r>
        <w:t>景点：5个景点</w:t>
      </w:r>
    </w:p>
    <w:p>
      <w:pPr>
        <w:widowControl/>
      </w:pPr>
      <w:r>
        <w:t>交通与活动：旅游车辆</w:t>
      </w:r>
    </w:p>
    <w:p>
      <w:pPr>
        <w:widowControl/>
      </w:pPr>
      <w:r>
        <w:t>用餐：早餐、晚餐</w:t>
      </w:r>
    </w:p>
    <w:p>
      <w:pPr>
        <w:widowControl/>
      </w:pPr>
      <w:r>
        <w:t>住宿：比什凯克</w:t>
      </w:r>
    </w:p>
    <w:p>
      <w:pPr>
        <w:keepNext/>
        <w:widowControl/>
        <w:spacing w:before="240"/>
      </w:pPr>
      <w:r>
        <w:t>第6天 比什凯克—布拉纳塔—乔尔蓬阿塔｜伊塞克湖（游船）</w:t>
      </w:r>
    </w:p>
    <w:p>
      <w:pPr>
        <w:widowControl/>
      </w:pPr>
      <w:r>
        <w:t>早餐后，导游和司机将带您从比什凯克向东前往伊塞克湖。伊塞克湖是世界第二大高山湖泊。</w:t>
      </w:r>
    </w:p>
    <w:p>
      <w:pPr>
        <w:widowControl/>
      </w:pPr>
      <w:r>
        <w:t>途中会在布拉纳塔停留。布拉纳塔是一座11世纪的宣礼塔，曾是古代城市八剌沙衮的地标。八剌沙衮是喀喇汗国的首都。登上塔顶，可以眺望周围平原和远处雪山的广阔景色。在地面上，可以漫步于草原石人之间。这些石人是中世纪突厥游牧民族用作墓碑的石雕人像，为了解当地早期历史提供了有趣的线索。</w:t>
      </w:r>
    </w:p>
    <w:p>
      <w:pPr>
        <w:widowControl/>
      </w:pPr>
      <w:r>
        <w:t>之后继续驱车前往乔尔蓬阿塔（约3小时），它位于伊塞克湖北岸。入住酒店后，下午剩余时间可在湖边放松。伊塞克湖被称为“中亚明珠”，海拔1,607米。湖水略带咸味，因此冬季不结冰；清澈湛蓝的湖面让人感觉像宁静的海滨。</w:t>
      </w:r>
    </w:p>
    <w:p>
      <w:pPr>
        <w:widowControl/>
      </w:pPr>
      <w:r>
        <w:t>伊塞克湖活动：</w:t>
      </w:r>
    </w:p>
    <w:p>
      <w:pPr>
        <w:widowControl/>
      </w:pPr>
      <w:r>
        <w:t>乘船游览：前往码头，乘坐观光船，欣赏湖泊和周围山脉的全景。</w:t>
      </w:r>
    </w:p>
    <w:p>
      <w:pPr>
        <w:widowControl/>
      </w:pPr>
      <w:r>
        <w:t>放松或游泳：享受金色沙滩，在温暖清澈的湖水中日光浴或畅游。</w:t>
      </w:r>
    </w:p>
    <w:p>
      <w:pPr>
        <w:widowControl/>
      </w:pPr>
      <w:r>
        <w:t>概述：从比什凯克出发，参观历史悠久的布拉纳塔，然后继续前往乔尔蓬阿塔，在伊塞克湖上享受乘船游览。（含早餐）</w:t>
      </w:r>
    </w:p>
    <w:p>
      <w:pPr>
        <w:widowControl/>
      </w:pPr>
      <w:r>
        <w:t>景点：2个景点</w:t>
      </w:r>
    </w:p>
    <w:p>
      <w:pPr>
        <w:widowControl/>
      </w:pPr>
      <w:r>
        <w:t>交通与活动：旅游车辆</w:t>
      </w:r>
    </w:p>
    <w:p>
      <w:pPr>
        <w:widowControl/>
      </w:pPr>
      <w:r>
        <w:t>用餐：早餐</w:t>
      </w:r>
    </w:p>
    <w:p>
      <w:pPr>
        <w:widowControl/>
      </w:pPr>
      <w:r>
        <w:t>住宿：乔尔蓬阿塔</w:t>
      </w:r>
    </w:p>
    <w:p>
      <w:pPr>
        <w:keepNext/>
        <w:widowControl/>
        <w:spacing w:before="240"/>
      </w:pPr>
      <w:r>
        <w:t>第7天 乔尔蓬阿塔至比什凯克：岩画博物馆之旅</w:t>
      </w:r>
    </w:p>
    <w:p>
      <w:pPr>
        <w:widowControl/>
      </w:pPr>
      <w:r>
        <w:t>在酒店享用早餐。之后，您将参观岩画博物馆。这座露天博物馆占地42公顷，坐落在广阔的土地上，以雄伟的天山山脉为背景。在这里，您可以看到雕刻在巨大黑色玄武岩上的古代岩画，其年代从公元前2千年一直延续到公元4世纪。这些雕刻描绘了狼和雪豹等动物，以及狩猎和祭祀场景。</w:t>
      </w:r>
    </w:p>
    <w:p>
      <w:pPr>
        <w:widowControl/>
      </w:pPr>
      <w:r>
        <w:t>参观结束后，您的团队将乘车返回比什凯克（约4小时）。</w:t>
      </w:r>
    </w:p>
    <w:p>
      <w:pPr>
        <w:widowControl/>
      </w:pPr>
      <w:r>
        <w:t>抵达比什凯克后，您将有一些自由时间参观当地市场，购买纪念品。在比什凯克度过一个轻松的夜晚。</w:t>
      </w:r>
    </w:p>
    <w:p>
      <w:pPr>
        <w:widowControl/>
      </w:pPr>
      <w:r>
        <w:t>概述：参观乔尔蓬阿塔的岩画博物馆，然后乘车返回比什凯克。（含早餐）</w:t>
      </w:r>
    </w:p>
    <w:p>
      <w:pPr>
        <w:widowControl/>
      </w:pPr>
      <w:r>
        <w:t>景点：1个景点</w:t>
      </w:r>
    </w:p>
    <w:p>
      <w:pPr>
        <w:widowControl/>
      </w:pPr>
      <w:r>
        <w:t>交通与活动：旅游车</w:t>
      </w:r>
    </w:p>
    <w:p>
      <w:pPr>
        <w:widowControl/>
      </w:pPr>
      <w:r>
        <w:t>用餐：早餐</w:t>
      </w:r>
    </w:p>
    <w:p>
      <w:pPr>
        <w:widowControl/>
      </w:pPr>
      <w:r>
        <w:t>住宿：比什凯克</w:t>
      </w:r>
    </w:p>
    <w:p>
      <w:pPr>
        <w:keepNext/>
        <w:widowControl/>
        <w:spacing w:before="240"/>
      </w:pPr>
      <w:r>
        <w:t>第8天 比什凯克与飞往乌兹别克斯坦塔什干：比什凯克自由活动及机场至酒店接送服务</w:t>
      </w:r>
    </w:p>
    <w:p>
      <w:pPr>
        <w:widowControl/>
      </w:pPr>
      <w:r>
        <w:t>早餐后，您将有一些自由时间探索比什凯克。下午，团队将前往机场，搭乘飞往乌兹别克斯坦首都塔什干的航班。飞行时间约1小时20分钟。</w:t>
      </w:r>
    </w:p>
    <w:p>
      <w:pPr>
        <w:widowControl/>
      </w:pPr>
      <w:r>
        <w:t>欢迎来到塔什干！这座充满活力的乌兹别克斯坦首都和最大城市是通往该国丝绸之路珍宝的理想门户，融合了苏联时代的宏伟与现代魅力。在塔什干之行中，您将参观其标志性的地铁站、热闹的巴扎和历史悠久的清真寺，也不要错过品尝抓饭（Plov）——这道国菜。</w:t>
      </w:r>
    </w:p>
    <w:p>
      <w:pPr>
        <w:widowControl/>
      </w:pPr>
      <w:r>
        <w:t>抵达塔什干国际机场后，导游将在到达口迎接您。从那里到市中心约需1小时车程。随后送您前往酒店办理入住。当天剩余时间自由活动。</w:t>
      </w:r>
    </w:p>
    <w:p>
      <w:pPr>
        <w:widowControl/>
      </w:pPr>
      <w:r>
        <w:t>概述：在比什凯克自由活动，之后前往机场，搭乘飞往乌兹别克斯坦塔什干的航班。（含早餐）</w:t>
      </w:r>
    </w:p>
    <w:p>
      <w:pPr>
        <w:widowControl/>
      </w:pPr>
      <w:r>
        <w:t>景点：无</w:t>
      </w:r>
    </w:p>
    <w:p>
      <w:pPr>
        <w:widowControl/>
      </w:pPr>
      <w:r>
        <w:t>交通与活动：旅游车</w:t>
      </w:r>
    </w:p>
    <w:p>
      <w:pPr>
        <w:widowControl/>
      </w:pPr>
      <w:r>
        <w:t>用餐：早餐</w:t>
      </w:r>
    </w:p>
    <w:p>
      <w:pPr>
        <w:widowControl/>
      </w:pPr>
      <w:r>
        <w:t>住宿：塔什干</w:t>
      </w:r>
    </w:p>
    <w:p>
      <w:pPr>
        <w:keepNext/>
        <w:widowControl/>
        <w:spacing w:before="240"/>
      </w:pPr>
      <w:r>
        <w:t>第9天 塔什干一日游：哈兹拉提伊玛目建筑群、乔尔苏巴扎、应用艺术国家博物馆、塔什干地铁（苏联时期）、埃米尔·帖木儿广场、特色晚餐</w:t>
      </w:r>
    </w:p>
    <w:p>
      <w:pPr>
        <w:widowControl/>
      </w:pPr>
      <w:r>
        <w:t>早餐后，您的团队将有一整天的时间游览乌兹别克斯坦充满活力的首都塔什干。您将对这座城市留下第一印象。</w:t>
      </w:r>
    </w:p>
    <w:p>
      <w:pPr>
        <w:widowControl/>
      </w:pPr>
      <w:r>
        <w:t>从老城区的哈兹拉提伊玛目建筑群开始一天的行程，这里是塔什干重要的宗教中心。这片宁静的建筑群由蓝顶清真寺、陵墓和经学院组成，让人仿佛回到过去。您将在这里看到优雅的哈兹拉提伊玛目清真寺，其两座53米高的宣礼塔和金叶圆顶雄踞广场，还有蒂利亚谢赫清真寺、巴拉克汗经学院，以及阿布·巴克尔·卡法尔·沙希陵墓——这位10世纪的学者、诗人兼锁匠圣人正是该建筑群名称的由来。务必参观穆伊·穆博拉克图书馆，这里珍藏着一本备受尊崇的7世纪奥斯曼古兰经，是世界上最古老的古兰经抄本之一。</w:t>
      </w:r>
    </w:p>
    <w:p>
      <w:pPr>
        <w:widowControl/>
      </w:pPr>
      <w:r>
        <w:t>感受了建筑群的宁静氛围后，漫步穿过巴拉克汗经学院，如今这里汇聚了手工艺作坊和精品店。观看当地大师制作伊卡特织物、木雕、陶器和珠宝，您有机会带回一件独特的手工纪念品。</w:t>
      </w:r>
    </w:p>
    <w:p>
      <w:pPr>
        <w:widowControl/>
      </w:pPr>
      <w:r>
        <w:t>继续感受当地文化，前往乔尔苏巴扎，这是塔什干最大、最具标志性的集市。在绿松石色圆顶之下，摊贩们出售色彩斑斓的香料、干果、刚从馕坑中取出还热乎的面包以及鲜艳的手工艺品。品尝街头小吃，与友好的当地人聊天，感受塔什干日常生活的节奏。</w:t>
      </w:r>
    </w:p>
    <w:p>
      <w:pPr>
        <w:widowControl/>
      </w:pPr>
      <w:r>
        <w:t>接下来，参观应用艺术国家博物馆，这里7000多件展品展示了乌兹别克斯坦从19世纪至今最精湛的工艺。欣赏精美的金线刺绣、苏扎尼纺织品、陶瓷、珠宝、地毯和木雕，进一步了解该国的艺术传统。</w:t>
      </w:r>
    </w:p>
    <w:p>
      <w:pPr>
        <w:widowControl/>
      </w:pPr>
      <w:r>
        <w:t>下午，乘坐塔什干地铁，这本身就是一种体验。作为中亚第一个地铁系统，它是一座苏联建筑和乌兹别克装饰艺术的活博物馆。每个车站都独具特色，从以宇航员为主题的科斯莫纳夫托夫站到以棉花图案装饰的帕赫塔科尔站。</w:t>
      </w:r>
    </w:p>
    <w:p>
      <w:pPr>
        <w:widowControl/>
      </w:pPr>
      <w:r>
        <w:t>从埃米尔·帖木儿广场出站，这里是现代塔什干的核心区域。广场周围环绕着乌兹别克斯坦酒店、国际论坛宫和法学院等地标，广场中央矗立着埃米尔·帖木儿的青铜骑马雕像，他是伟大的中亚征服者和帖木儿帝国的缔造者。花些时间在喷泉旁放松，漫步于绿地之间，如果时间允许，还可以参观埃米尔·帖木儿博物馆（周一闭馆），其引人注目的圆顶图案印在1000索姆纸币上。馆内展示着帖木儿生平与遗产的精彩展品。</w:t>
      </w:r>
    </w:p>
    <w:p>
      <w:pPr>
        <w:widowControl/>
      </w:pPr>
      <w:r>
        <w:t>iAOT特别安排晚餐：</w:t>
      </w:r>
    </w:p>
    <w:p>
      <w:pPr>
        <w:widowControl/>
      </w:pPr>
      <w:r>
        <w:t>今晚，亚洲奥德赛旅游邀请您的团队享用特色晚餐。在品尝地道乌兹别克风味的同时，欣赏传统当地舞蹈和现场音乐表演。晚餐包含开胃菜、主菜、甜点、水和茶。所有其他饮料按消费另行收费。</w:t>
      </w:r>
    </w:p>
    <w:p>
      <w:pPr>
        <w:widowControl/>
      </w:pPr>
      <w:r>
        <w:t>游览结束后，送您返回塔什干的酒店。</w:t>
      </w:r>
    </w:p>
    <w:p>
      <w:pPr>
        <w:widowControl/>
      </w:pPr>
      <w:r>
        <w:t>概述：花一整天游览塔什干精华景点。一起享用特色晚餐。（含早餐+晚餐）</w:t>
      </w:r>
    </w:p>
    <w:p>
      <w:pPr>
        <w:widowControl/>
      </w:pPr>
      <w:r>
        <w:t>景点：5个景点</w:t>
      </w:r>
    </w:p>
    <w:p>
      <w:pPr>
        <w:widowControl/>
      </w:pPr>
      <w:r>
        <w:t>交通与活动：旅游车辆</w:t>
      </w:r>
    </w:p>
    <w:p>
      <w:pPr>
        <w:widowControl/>
      </w:pPr>
      <w:r>
        <w:t>用餐：早餐,晚餐</w:t>
      </w:r>
    </w:p>
    <w:p>
      <w:pPr>
        <w:widowControl/>
      </w:pPr>
      <w:r>
        <w:t>住宿：塔什干</w:t>
      </w:r>
    </w:p>
    <w:p>
      <w:pPr>
        <w:keepNext/>
        <w:widowControl/>
        <w:spacing w:before="240"/>
      </w:pPr>
      <w:r>
        <w:t>第10天 塔什干晨飞乌尔根奇，转往希瓦（世界遗产），游览伊钦卡拉（卡尔塔米诺尔宣礼塔、帕赫拉万·马哈茂德陵墓、伊斯兰霍贾宣礼塔、朱玛清真寺、托什霍夫利宫、库赫纳阿克）</w:t>
      </w:r>
    </w:p>
    <w:p>
      <w:pPr>
        <w:widowControl/>
      </w:pPr>
      <w:r>
        <w:t>这一天，您的团队需要早起，搭乘早班飞机从塔什干飞往乌尔根奇国际机场，然后乘车约36公里短途转往希瓦——联合国教科文组织世界遗产。对比鲜明：告别现代化的塔什干——丝绸之路的门户，您将踏入一座仿佛凝固在时光中的城市。16世纪时，希瓦曾是繁荣的丝绸之路枢纽，融合了波斯、突厥和俄罗斯的影响，成为商人和学者的安全避风港。</w:t>
      </w:r>
    </w:p>
    <w:p>
      <w:pPr>
        <w:widowControl/>
      </w:pPr>
      <w:r>
        <w:t>“我愿献上一袋黄金，只为看一眼希瓦。”这句中亚名言完美地捕捉了这座城市传奇般的魅力。希瓦是一座活生生的“露天博物馆”，穿过城门，仿佛回到中世纪。</w:t>
      </w:r>
    </w:p>
    <w:p>
      <w:pPr>
        <w:widowControl/>
      </w:pPr>
      <w:r>
        <w:t>希瓦的亮点是伊钦卡拉，这座保存完好的花剌子模帝国（10至17世纪）内城墙城市。它被10米高的泥砖墙环绕，作为联合国教科文组织世界遗产，占地仅26公顷，约有2000名居民。所有珍宝——宫殿、清真寺、经学院、宣礼塔和陵墓——都在步行1公里范围内，半天即可轻松徒步游览完毕。</w:t>
      </w:r>
    </w:p>
    <w:p>
      <w:pPr>
        <w:widowControl/>
      </w:pPr>
      <w:r>
        <w:t>早餐后，跟随导游穿过阿塔达尔瓦扎（西门），开始穿越希瓦最具标志性地标的旅程。欣赏覆有绿松石釉面的卡尔塔米诺尔宣礼塔（“短宣礼塔”）以及附近希瓦最大的穆罕默德·阿明·汗经学院。继续前往宁静的赛义德·阿拉乌丁陵墓（14世纪）和帕赫拉万·马哈茂德陵墓——希瓦最神圣的遗址，拥有引人注目的绿松石穹顶。</w:t>
      </w:r>
    </w:p>
    <w:p>
      <w:pPr>
        <w:widowControl/>
      </w:pPr>
      <w:r>
        <w:t>攀登（可选，自费）伊斯兰霍贾宣礼塔——高57米，可饱览城市全景。步入朱玛清真寺（星期五清真寺），欣赏由218根木柱构成的迷人森林，并赞叹阿拉库利汗经学院的精美瓷砖。探索优雅的托什霍夫利宫（石头宫）及其后宫和镜厅，参观穆罕默德·拉希姆汗经学院，一窥希瓦的文化历史。</w:t>
      </w:r>
    </w:p>
    <w:p>
      <w:pPr>
        <w:widowControl/>
      </w:pPr>
      <w:r>
        <w:t>此外，探索库赫纳阿克（古堡），这座17世纪的城堡内可看到可汗的后宫、造币厂、马厩、军械库、清真寺和监狱。如果时间允许，沿着伊钦卡拉城墙漫步（自费），欣赏难忘的全景——这是在希瓦永恒天际线下观赏日落的完美地点。（趣闻：伊钦卡拉被印在10万乌兹别克斯坦索姆纸币上！）</w:t>
      </w:r>
    </w:p>
    <w:p>
      <w:pPr>
        <w:widowControl/>
      </w:pPr>
      <w:r>
        <w:t>今晚，您将入住希瓦。</w:t>
      </w:r>
    </w:p>
    <w:p>
      <w:pPr>
        <w:widowControl/>
      </w:pPr>
      <w:r>
        <w:t>iTravel备注：</w:t>
      </w:r>
    </w:p>
    <w:p>
      <w:pPr>
        <w:widowControl/>
      </w:pPr>
      <w:r>
        <w:t>这主要是在伊钦卡拉城墙内进行的徒步游览。整个建筑群是适合步行的历史区域。旧城墙内通常不允许车辆通行。</w:t>
      </w:r>
    </w:p>
    <w:p>
      <w:pPr>
        <w:widowControl/>
      </w:pPr>
      <w:r>
        <w:t>概述：搭乘早班飞机从塔什干飞往乌尔根奇，然后转往希瓦，探索联合国教科文组织世界遗产伊钦卡拉。（含早餐）</w:t>
      </w:r>
    </w:p>
    <w:p>
      <w:pPr>
        <w:widowControl/>
      </w:pPr>
      <w:r>
        <w:t>景点：1个景点</w:t>
      </w:r>
    </w:p>
    <w:p>
      <w:pPr>
        <w:widowControl/>
      </w:pPr>
      <w:r>
        <w:t>交通与活动：旅游车辆</w:t>
      </w:r>
    </w:p>
    <w:p>
      <w:pPr>
        <w:widowControl/>
      </w:pPr>
      <w:r>
        <w:t>用餐：早餐</w:t>
      </w:r>
    </w:p>
    <w:p>
      <w:pPr>
        <w:widowControl/>
      </w:pPr>
      <w:r>
        <w:t>住宿：希瓦</w:t>
      </w:r>
    </w:p>
    <w:p>
      <w:pPr>
        <w:keepNext/>
        <w:widowControl/>
        <w:spacing w:before="240"/>
      </w:pPr>
      <w:r>
        <w:t>第11天 希瓦—沙瓦特边境—达瓦扎天然气坑（土库曼斯坦）｜晚餐，沙漠露营</w:t>
      </w:r>
    </w:p>
    <w:p>
      <w:pPr>
        <w:widowControl/>
      </w:pPr>
      <w:r>
        <w:t>早餐后，您将从希瓦乘车前往乌兹别克斯坦—土库曼斯坦边境，车程约1小时。</w:t>
      </w:r>
    </w:p>
    <w:p>
      <w:pPr>
        <w:widowControl/>
      </w:pPr>
      <w:r>
        <w:t>您的团队将通过沙瓦特—达沙古兹边境点进入土库曼斯坦。我们的土库曼当地导游将在那里等候，协助办理海关手续和文件。</w:t>
      </w:r>
    </w:p>
    <w:p>
      <w:pPr>
        <w:widowControl/>
      </w:pPr>
      <w:r>
        <w:t>边境过境提示：</w:t>
      </w:r>
    </w:p>
    <w:p>
      <w:pPr>
        <w:widowControl/>
      </w:pPr>
      <w:r>
        <w:t>该边境连接沙瓦特（乌兹别克斯坦花剌子模地区）与达沙古兹（土库曼斯坦达沙古兹省），是前往达瓦扎的旅行者的主要陆路通道。进入土库曼斯坦时，海关和移民手续通常需要约1小时（有时可能长达2小时）。</w:t>
      </w:r>
    </w:p>
    <w:p>
      <w:pPr>
        <w:widowControl/>
      </w:pPr>
      <w:r>
        <w:t>过境后，驱车向南穿越广袤的卡拉库姆沙漠，前往达瓦扎天然气坑（276公里，约5小时）。您现在已抵达“地狱之门”！</w:t>
      </w:r>
    </w:p>
    <w:p>
      <w:pPr>
        <w:widowControl/>
      </w:pPr>
      <w:r>
        <w:t>该气坑形成于1971年，当时苏联地质学家正在钻探天然气。钻井平台下方的地面坍塌，留下一个直径60米、深20米的大坑。为防止有毒气体释放，他们决定将其点燃，希望几天内自行烧尽。然而，天然气至今仍在燃烧。</w:t>
      </w:r>
    </w:p>
    <w:p>
      <w:pPr>
        <w:widowControl/>
      </w:pPr>
      <w:r>
        <w:t>白天，气坑可能看起来像地上一个普通的洞，带有轻微的烟雾。我们将在准备烧烤晚餐时，在周边散步。黄昏降临时，这个简单的洞变成了壮观的“火神庙”，营造出超凡脱俗的氛围，激发您的想象力。我们将在“永恒”之火的闪烁光芒中，品尝美味的游牧食物，结束这一天。</w:t>
      </w:r>
    </w:p>
    <w:p>
      <w:pPr>
        <w:widowControl/>
      </w:pPr>
      <w:r>
        <w:t>夜宿传统毡房营地。</w:t>
      </w:r>
    </w:p>
    <w:p>
      <w:pPr>
        <w:widowControl/>
      </w:pPr>
      <w:r>
        <w:t>旅行须知：</w:t>
      </w:r>
    </w:p>
    <w:p>
      <w:pPr>
        <w:widowControl/>
      </w:pPr>
      <w:r>
        <w:t>毡房没有独立卫生间（共用户外设施），晚餐是固定的烧烤餐，含软饮料和水（饮食要求必须提前告知），营地几乎没有移动信号，无WiFi，充电电力有限，请携带移动电源。</w:t>
      </w:r>
    </w:p>
    <w:p>
      <w:pPr>
        <w:widowControl/>
      </w:pPr>
      <w:r>
        <w:t>概述：从希瓦驱车前往沙瓦特边境，进入土库曼斯坦，前往达瓦扎天然气坑，并在沙漠中过夜露营。（含早餐+晚餐）</w:t>
      </w:r>
    </w:p>
    <w:p>
      <w:pPr>
        <w:widowControl/>
      </w:pPr>
      <w:r>
        <w:t>景点：1个景点</w:t>
      </w:r>
    </w:p>
    <w:p>
      <w:pPr>
        <w:widowControl/>
      </w:pPr>
      <w:r>
        <w:t>交通与活动：旅游车辆</w:t>
      </w:r>
    </w:p>
    <w:p>
      <w:pPr>
        <w:widowControl/>
      </w:pPr>
      <w:r>
        <w:t>用餐：早餐,晚餐</w:t>
      </w:r>
    </w:p>
    <w:p>
      <w:pPr>
        <w:widowControl/>
      </w:pPr>
      <w:r>
        <w:t>住宿：达瓦扎天然气坑</w:t>
      </w:r>
    </w:p>
    <w:p>
      <w:pPr>
        <w:keepNext/>
        <w:widowControl/>
        <w:spacing w:before="240"/>
      </w:pPr>
      <w:r>
        <w:t>第12天 达尔瓦扎天然气坑至阿什哈巴德｜阿什哈巴德城市游：土库曼巴希鲁希清真寺、阿哈尔捷金马厩、古利斯坦集市、城市夜景</w:t>
      </w:r>
    </w:p>
    <w:p>
      <w:pPr>
        <w:widowControl/>
      </w:pPr>
      <w:r>
        <w:t>今天早上，团队将在达尔瓦扎沙漠中享用野餐式早餐。之后驱车穿越广阔的卡拉库姆沙漠，返回阿什哈巴德（约4至5小时）。</w:t>
      </w:r>
    </w:p>
    <w:p>
      <w:pPr>
        <w:widowControl/>
      </w:pPr>
      <w:r>
        <w:t>首都阿什哈巴德是一座纯白色的城市，风格独一无二。它被吉尼斯世界纪录认定为白色大理石建筑密度最高的城市，超过500座建筑以闪亮的大理石装饰。司机会带您乘车穿行于这些白色建筑之间，让人感觉仿佛进入了电影般的世界，类似《楚门的世界》。今天，您将开始在阿什哈巴德的探索之旅。</w:t>
      </w:r>
    </w:p>
    <w:p>
      <w:pPr>
        <w:widowControl/>
      </w:pPr>
      <w:r>
        <w:t>下午，团队将游览这座迷人的白色大理石城市。第一站是土库曼巴希鲁希清真寺（也称吉普贾克清真寺）。首先映入眼帘的是巨大的金色圆顶，在沙漠阳光下闪闪发光。它是中亚最大的清真寺，一次可容纳10,000至20,000名礼拜者。整座建筑完全由土库曼斯坦标志性的白色大理石建成，拥有四座91米高的宣礼塔，象征着该国1991年独立。</w:t>
      </w:r>
    </w:p>
    <w:p>
      <w:pPr>
        <w:widowControl/>
      </w:pPr>
      <w:r>
        <w:t>其闪亮的外观、宏伟的金色圆顶和高耸的宣礼塔在天空中形成引人注目的轮廓。内部可见闪闪发光的枝形吊灯、复杂的几何图案，以及《古兰经》和土库曼斯坦首任总统所著《鲁赫纳玛》（“灵魂之书”）的铭文。（着装要求提示：（1）男士：必须穿长裤，不得穿短裤或无袖衬衫。（2）女士：必须戴头巾遮盖头发；长裙或长裤需盖住脚踝；袖子必须盖住手腕。）</w:t>
      </w:r>
    </w:p>
    <w:p>
      <w:pPr>
        <w:widowControl/>
      </w:pPr>
      <w:r>
        <w:t>之后，您将参观马厩，观看土库曼斯坦的国宝——阿哈尔捷金马，它们常被誉为世界上最美丽的马匹之一。这种马被称为“天马”，以独特的金属光泽闻名。您可以轻轻抚摸它们丝滑的皮毛，近距离观察它们闪闪发光的金色光泽。（可选骑马：如您想骑马，需额外付费。）</w:t>
      </w:r>
    </w:p>
    <w:p>
      <w:pPr>
        <w:widowControl/>
      </w:pPr>
      <w:r>
        <w:t>您还将参观古利斯坦集市，感受充满活力的当地生活。漫步于摆满新鲜水果、蔬菜、香料、日用品乃至传统土库曼地毯的摊位之间。如有兴趣，可在这里自费品尝一些当地小吃或街头食品。</w:t>
      </w:r>
    </w:p>
    <w:p>
      <w:pPr>
        <w:widowControl/>
      </w:pPr>
      <w:r>
        <w:t>亚洲奥德赛旅游在阿什哈巴德特别安排的晚餐：</w:t>
      </w:r>
    </w:p>
    <w:p>
      <w:pPr>
        <w:widowControl/>
      </w:pPr>
      <w:r>
        <w:t>今晚，亚洲奥德赛旅游邀请您的团队在标志性的塔楼餐厅享用特别晚餐。品尝地道当地风味，同时欣赏阿什哈巴德的迷人夜景。特色晚餐包括开胃菜、主菜、甜点、水和茶。所有其他饮料按实际消费另行收费。</w:t>
      </w:r>
    </w:p>
    <w:p>
      <w:pPr>
        <w:widowControl/>
      </w:pPr>
      <w:r>
        <w:t>晚餐后，继续夜游城市，沿主要大道行驶，欣赏阿什哈巴德灯火辉煌的地标建筑。随后送您回酒店好好休息。</w:t>
      </w:r>
    </w:p>
    <w:p>
      <w:pPr>
        <w:widowControl/>
      </w:pPr>
      <w:r>
        <w:t>概述：从天然气坑驱车前往阿什哈巴德，并用半天时间游览这座大理石城市的亮点。（含早餐+晚餐）</w:t>
      </w:r>
    </w:p>
    <w:p>
      <w:pPr>
        <w:widowControl/>
      </w:pPr>
      <w:r>
        <w:t>景点：4个景点</w:t>
      </w:r>
    </w:p>
    <w:p>
      <w:pPr>
        <w:widowControl/>
      </w:pPr>
      <w:r>
        <w:t>交通与活动：旅游车辆</w:t>
      </w:r>
    </w:p>
    <w:p>
      <w:pPr>
        <w:widowControl/>
      </w:pPr>
      <w:r>
        <w:t>用餐：早餐、晚餐</w:t>
      </w:r>
    </w:p>
    <w:p>
      <w:pPr>
        <w:widowControl/>
      </w:pPr>
      <w:r>
        <w:t>住宿：阿什哈巴德</w:t>
      </w:r>
    </w:p>
    <w:p>
      <w:pPr>
        <w:keepNext/>
        <w:widowControl/>
        <w:spacing w:before="240"/>
      </w:pPr>
      <w:r>
        <w:t>第13天 阿什哈巴德至玛丽（驱车）｜阿什哈巴德城市游：中立纪念碑、土库曼斯坦国家博物馆、独立纪念碑、阿莱姆文化娱乐中心（外观）、幸福宫（外观）</w:t>
      </w:r>
    </w:p>
    <w:p>
      <w:pPr>
        <w:widowControl/>
      </w:pPr>
      <w:r>
        <w:t>早餐后，您的团队将开始游览阿什哈巴德。这座耀眼的都城因宏伟的大理石建筑而常被称为“白色之城”。驱车穿行城市时，可欣赏多座引人注目的地标，包括婚礼宫、幸运摩天轮以及其他令人印象深刻的现代纪念碑。途中将短暂停留阿莱姆文化娱乐中心，这里拥有世界上最大的室内摩天轮；也会经过幸福宫，这座标志性建筑呈八角星环绕地球的造型。</w:t>
      </w:r>
    </w:p>
    <w:p>
      <w:pPr>
        <w:widowControl/>
      </w:pPr>
      <w:r>
        <w:t>欣赏完这些建筑奇观后，开始城市徒步探索。首先来到中立纪念碑，这是一座高75米、造型如三脚架的拱门，建于1998年，象征土库曼斯坦的永久中立及其对和平与善意的承诺。从观景平台可俯瞰首都全景。</w:t>
      </w:r>
    </w:p>
    <w:p>
      <w:pPr>
        <w:widowControl/>
      </w:pPr>
      <w:r>
        <w:t>接着前往土库曼斯坦国家博物馆，它是中亚最优秀的博物馆之一。白色大理石外墙顶部有亮蓝色圆顶和金色雕像，与馆内珍宝一样令人印象深刻。馆内展出超过50万件文物，可以看到来自尼萨、梅尔夫和戈努尔德佩等传奇丝绸之路遗址的考古发现。欣赏硬币、武器、陶器和精美的黄金珠宝，以及讲述土库曼传统的民族服饰。不要错过博物馆的明星展品——古代来通杯，这些仪式用饮酒器皿异常精美。</w:t>
      </w:r>
    </w:p>
    <w:p>
      <w:pPr>
        <w:widowControl/>
      </w:pPr>
      <w:r>
        <w:t>随后漫步独立公园，园内有诗人、哲学家和民族英雄的雕像，并观赏高耸的独立纪念碑。这座118米的杰作建于1991年，用于纪念土库曼斯坦独立。</w:t>
      </w:r>
    </w:p>
    <w:p>
      <w:pPr>
        <w:widowControl/>
      </w:pPr>
      <w:r>
        <w:t>城市游览结束后，将乘车前往玛丽，沿途欣赏风景。玛丽位于阿什哈巴德东南约360公里处，车程约3.5至4小时。行程沿广阔的卡拉库姆沙漠边缘行进，可看到起伏的沙丘和干旱景观。接近玛丽时，景色开始变化，沙漠逐渐过渡到肥沃的玛丽绿洲，这一地区以棉田和天然气生产闻名。沿途会看到更多绿植和耕地。</w:t>
      </w:r>
    </w:p>
    <w:p>
      <w:pPr>
        <w:widowControl/>
      </w:pPr>
      <w:r>
        <w:t>抵达玛丽后，入住酒店。您的团队今晚将好好休息。</w:t>
      </w:r>
    </w:p>
    <w:p>
      <w:pPr>
        <w:widowControl/>
      </w:pPr>
      <w:r>
        <w:t>iTravel备注：</w:t>
      </w:r>
    </w:p>
    <w:p>
      <w:pPr>
        <w:widowControl/>
      </w:pPr>
      <w:r>
        <w:t>玛丽是一座小省城，酒店选择非常少。当地4星级酒店的服务水平约相当于国际3星级标准；WiFi可用，但可能较慢或不稳定。</w:t>
      </w:r>
    </w:p>
    <w:p>
      <w:pPr>
        <w:widowControl/>
      </w:pPr>
      <w:r>
        <w:t>概述：在阿什哈巴德进行半日游，游览更多亮点，然后驱车前往玛丽。（含早餐）</w:t>
      </w:r>
    </w:p>
    <w:p>
      <w:pPr>
        <w:widowControl/>
      </w:pPr>
      <w:r>
        <w:t>景点：5个景点</w:t>
      </w:r>
    </w:p>
    <w:p>
      <w:pPr>
        <w:widowControl/>
      </w:pPr>
      <w:r>
        <w:t>交通与活动：旅游车辆</w:t>
      </w:r>
    </w:p>
    <w:p>
      <w:pPr>
        <w:widowControl/>
      </w:pPr>
      <w:r>
        <w:t>用餐：早餐</w:t>
      </w:r>
    </w:p>
    <w:p>
      <w:pPr>
        <w:widowControl/>
      </w:pPr>
      <w:r>
        <w:t>住宿：玛丽</w:t>
      </w:r>
    </w:p>
    <w:p>
      <w:pPr>
        <w:keepNext/>
        <w:widowControl/>
        <w:spacing w:before="240"/>
      </w:pPr>
      <w:r>
        <w:t>第14天 玛丽（土库曼斯坦）—古梅尔夫（联合国教科文组织世界遗产）—法拉普边境—布哈拉（乌兹别克斯坦）</w:t>
      </w:r>
    </w:p>
    <w:p>
      <w:pPr>
        <w:widowControl/>
      </w:pPr>
      <w:r>
        <w:t>早餐后，您的团队将从玛丽市乘车前往位于玛丽东北33公里处的古梅尔夫。这处联合国教科文组织世界遗产是中亚丝绸之路上最古老且保存最完好的绿洲城市。它拥有超过4000年的历史。中世纪时期，其人口超过一百万，是当时世界上最大的城市之一。它曾被称为“世界之女王”和“丝绸之路的明珠”。</w:t>
      </w:r>
    </w:p>
    <w:p>
      <w:pPr>
        <w:widowControl/>
      </w:pPr>
      <w:r>
        <w:t>在这片广阔1200公顷的考古公园内，您将有机会观赏这座“游移之城”的所有组成部分。遗址由一系列相邻的城市组成，大致分为古代（埃尔克卡拉和贾乌尔卡拉）、中世纪（苏丹卡拉）和后中世纪（阿卜杜拉-汗卡拉和拜拉姆-阿里-汗卡拉）。除了这些遗迹，您还将参观公元6至9世纪的大小基兹卡拉堡垒，它们是所谓的“波纹科什克”的绝佳范例。您还将探索宏伟的12世纪苏丹桑贾尔和穆罕默德·伊本·扎伊德陵墓，它们展示了塞尔柱时期精美的砖砌工艺和建筑装饰。</w:t>
      </w:r>
    </w:p>
    <w:p>
      <w:pPr>
        <w:widowControl/>
      </w:pPr>
      <w:r>
        <w:t>今天下午，从梅尔夫出发前往土库曼斯坦-乌兹别克斯坦边境的法拉普边境口岸，该口岸位于梅尔夫东北方向（约239公里，3小时车程）。注意：该边境口岸24小时开放，对旅行者来说十分便利。</w:t>
      </w:r>
    </w:p>
    <w:p>
      <w:pPr>
        <w:widowControl/>
      </w:pPr>
      <w:r>
        <w:t>在完成边境两侧的海关和护照检查后，前往边境管制区的出口，您的乌兹别克斯坦导游/司机将在那里等候迎接您的团队。</w:t>
      </w:r>
    </w:p>
    <w:p>
      <w:pPr>
        <w:widowControl/>
      </w:pPr>
      <w:r>
        <w:t>从这里继续前往布哈拉（约123公里，2小时）。抵达布哈拉后，入住酒店并好好休息，为明天探索这座传奇的丝绸之路城市做好准备。</w:t>
      </w:r>
    </w:p>
    <w:p>
      <w:pPr>
        <w:widowControl/>
      </w:pPr>
      <w:r>
        <w:t>概述：从玛丽出发探索联合国教科文组织世界遗产古梅尔夫，然后前往法拉普边境口岸，继续驱车前往乌兹别克斯坦的布哈拉。（含早餐）</w:t>
      </w:r>
    </w:p>
    <w:p>
      <w:pPr>
        <w:widowControl/>
      </w:pPr>
      <w:r>
        <w:t>景点：1处景点</w:t>
      </w:r>
    </w:p>
    <w:p>
      <w:pPr>
        <w:widowControl/>
      </w:pPr>
      <w:r>
        <w:t>交通与活动：旅游车辆</w:t>
      </w:r>
    </w:p>
    <w:p>
      <w:pPr>
        <w:widowControl/>
      </w:pPr>
      <w:r>
        <w:t>用餐：早餐</w:t>
      </w:r>
    </w:p>
    <w:p>
      <w:pPr>
        <w:widowControl/>
      </w:pPr>
      <w:r>
        <w:t>住宿：布哈拉</w:t>
      </w:r>
    </w:p>
    <w:p>
      <w:pPr>
        <w:keepNext/>
        <w:widowControl/>
        <w:spacing w:before="240"/>
      </w:pPr>
      <w:r>
        <w:t>第15天 布哈拉之旅：查尔米纳尔经学院（四座宣礼塔）、拉比哈乌兹建筑群（阿凡提雕像）、马戈基阿托里清真寺、贸易圆顶、波依卡兰建筑群（卡兰宣礼塔）、布哈拉方舟（方舟堡垒）、波罗哈乌兹清真寺</w:t>
      </w:r>
    </w:p>
    <w:p>
      <w:pPr>
        <w:widowControl/>
      </w:pPr>
      <w:r>
        <w:t>今天，跟随我们的导游全面探索布哈拉。布哈拉是联合国教科文组织世界遗产，也是丝绸之路上最具氛围的城市之一。它常被称为“第二麦加”，几个世纪以来一直是伊斯兰学术中心，并因其作为丝绸之路枢纽的2500年历史而闻名，从萨曼王朝到帖木儿王朝时代。这座传奇城市还与《一千零一夜》的故事相连，是深受喜爱的民间人物阿凡提的故乡。</w:t>
      </w:r>
    </w:p>
    <w:p>
      <w:pPr>
        <w:widowControl/>
      </w:pPr>
      <w:r>
        <w:t>布哈拉非常适合步行——大多数地标都在6公里的紧凑范围内——让您轻松融入其鲜活的历史、热闹的集市和温暖的当地氛围。</w:t>
      </w:r>
    </w:p>
    <w:p>
      <w:pPr>
        <w:widowControl/>
      </w:pPr>
      <w:r>
        <w:t>您的探索从查尔米纳尔经学院开始。这座四塔瑰宝曾登上《孤独星球中亚》封面。它由富商哈利夫·尼亚兹库尔于1807年建造，其四座独特的宣礼塔被认为代表世界四大宗教，装饰中有些被解读为佛教祈祷轮、基督教十字架、琐罗亚斯德教图案和伊斯兰图案。这座迷人的建筑是一座曾经宏伟的经学院建筑群仅存的部分。</w:t>
      </w:r>
    </w:p>
    <w:p>
      <w:pPr>
        <w:widowControl/>
      </w:pPr>
      <w:r>
        <w:t>继续前往拉比哈乌兹建筑群，这里自17世纪以来一直是布哈拉跳动的心脏。这个广场围绕着一个宁静的池塘而建，池塘被桑树遮荫，曾是热闹的丝绸之路贸易枢纽。其周围的三座建筑——纳迪尔·迪万-贝吉经学院、纳迪尔·迪万-贝吉哈纳卡（苏菲旅舍）和库克尔达什经学院——是中亚建筑的杰作。如今，拉比哈乌兹仍然是城市的社交中心，咖啡馆林立，当地人在此品茶，旅行者观看人来人往。不要错过霍贾·纳斯尔丁（阿凡提）的顽皮雕像，这位苏菲传说中的智者傻瓜骑着他的驴。</w:t>
      </w:r>
    </w:p>
    <w:p>
      <w:pPr>
        <w:widowControl/>
      </w:pPr>
      <w:r>
        <w:t>附近是马戈基阿托里清真寺，布哈拉现存最古老的清真寺，可追溯至9至10世纪。这座清真寺位于地面以下4.5米处，是真正的考古奇观，展示着古老的砖砌和陶土装饰。它现在设有一个小型地毯博物馆（门票自理）。</w:t>
      </w:r>
    </w:p>
    <w:p>
      <w:pPr>
        <w:widowControl/>
      </w:pPr>
      <w:r>
        <w:t>从那里，漫步穿过布哈拉著名的贸易圆顶，这是一个由16世纪圆顶集市组成的网络——托基-扎尔加隆、托基-萨罗丰、特尔帕克-富鲁尚和蒂姆·阿卜杜拉汗。这些集市曾是珠宝商、货币兑换商和丝绸商人的繁华中心，如今仍然出售传统工艺品、地毯和纪念品，让您亲身体验布哈拉的商业精神。</w:t>
      </w:r>
    </w:p>
    <w:p>
      <w:pPr>
        <w:widowControl/>
      </w:pPr>
      <w:r>
        <w:t>接下来，到达波依卡兰建筑群，布哈拉天际线的标志性中心。在这里，您将欣赏到47米高的卡兰宣礼塔——如此壮丽，以至于成吉思汗都免于将其摧毁。相邻的卡兰清真寺拥有288个圆顶，可容纳10000名礼拜者，以及米尔-伊-阿拉伯经学院，拥有绿松石圆顶和活跃的伊斯兰学校，共同构成中亚最令人惊叹的建筑群之一。</w:t>
      </w:r>
    </w:p>
    <w:p>
      <w:pPr>
        <w:widowControl/>
      </w:pPr>
      <w:r>
        <w:t>您的最后一站是布哈拉方舟，这座古老的堡垒几个世纪以来一直是皇家住所，以及附近的波罗哈乌兹清真寺，因其20根精美雕刻的木柱在前方池塘中的倒影而被称为“四十柱清真寺”。在方舟内，探索其宝座厅、加冕清真寺和博物馆，或爬到顶部俯瞰城市全景。</w:t>
      </w:r>
    </w:p>
    <w:p>
      <w:pPr>
        <w:widowControl/>
      </w:pPr>
      <w:r>
        <w:t>可选日落提示：为了给您的旅程画上难忘的句号，从方舟城墙或波依卡兰附近的屋顶观看日落。当宣礼塔闪耀金光，祈祷的召唤在古城中回荡，布哈拉感觉真正永恒。</w:t>
      </w:r>
    </w:p>
    <w:p>
      <w:pPr>
        <w:widowControl/>
      </w:pPr>
      <w:r>
        <w:t>iTravel备注：</w:t>
      </w:r>
    </w:p>
    <w:p>
      <w:pPr>
        <w:widowControl/>
      </w:pPr>
      <w:r>
        <w:t>这主要是一次穿越布哈拉历史老城的步行游览。大多数景点是步行区，车辆无法进入。</w:t>
      </w:r>
    </w:p>
    <w:p>
      <w:pPr>
        <w:widowControl/>
      </w:pPr>
      <w:r>
        <w:t>概述：花一整天探索布哈拉丝绸之路遗址的所有亮点。（含早餐）</w:t>
      </w:r>
    </w:p>
    <w:p>
      <w:pPr>
        <w:widowControl/>
      </w:pPr>
      <w:r>
        <w:t>景点：7个景点</w:t>
      </w:r>
    </w:p>
    <w:p>
      <w:pPr>
        <w:widowControl/>
      </w:pPr>
      <w:r>
        <w:t>交通与活动：旅游车辆</w:t>
      </w:r>
    </w:p>
    <w:p>
      <w:pPr>
        <w:widowControl/>
      </w:pPr>
      <w:r>
        <w:t>用餐：早餐</w:t>
      </w:r>
    </w:p>
    <w:p>
      <w:pPr>
        <w:widowControl/>
      </w:pPr>
      <w:r>
        <w:t>住宿：布哈拉</w:t>
      </w:r>
    </w:p>
    <w:p>
      <w:pPr>
        <w:keepNext/>
        <w:widowControl/>
        <w:spacing w:before="240"/>
      </w:pPr>
      <w:r>
        <w:t>第16天 布哈拉至撒马尔罕：沿途风光与撒马尔罕酒店入住</w:t>
      </w:r>
    </w:p>
    <w:p>
      <w:pPr>
        <w:widowControl/>
      </w:pPr>
      <w:r>
        <w:t>早餐后，您的团队将离开布哈拉，驱车前往撒马尔罕。车程约4.5-5小时（约278公里）。</w:t>
      </w:r>
    </w:p>
    <w:p>
      <w:pPr>
        <w:widowControl/>
      </w:pPr>
      <w:r>
        <w:t>离开布哈拉不久，您将进入一片广阔平坦的地貌——半沙漠草原，呈现出柔和的灰黄色调，点缀着耐旱灌木和骆驼刺丛。大约行程过半时，景色变为一望无际的棉田，一直延伸到地平线。在收获季节（9月至10月），您可能会看到田野里绽放的蓬松白色棉铃，以及当地农民手工采摘棉花——这是乌兹别克斯坦的标志性景象。</w:t>
      </w:r>
    </w:p>
    <w:p>
      <w:pPr>
        <w:widowControl/>
      </w:pPr>
      <w:r>
        <w:t>随着您接近撒马尔罕，土地变得更加翠绿肥沃。杏树和桑树果园、葡萄园以及精心照料的农田沿路排列，标志着您即将抵达丝绸之路上最伟大的城市之一。</w:t>
      </w:r>
    </w:p>
    <w:p>
      <w:pPr>
        <w:widowControl/>
      </w:pPr>
      <w:r>
        <w:t>抵达撒马尔罕后，入住酒店，在这个传奇的丝绸之路目的地享受舒适的住宿。</w:t>
      </w:r>
    </w:p>
    <w:p>
      <w:pPr>
        <w:widowControl/>
      </w:pPr>
      <w:r>
        <w:t>概述：从布哈拉前往撒马尔罕，沿途欣赏风光，随后在撒马尔罕的酒店入住。（含早餐）</w:t>
      </w:r>
    </w:p>
    <w:p>
      <w:pPr>
        <w:widowControl/>
      </w:pPr>
      <w:r>
        <w:t>景点：无</w:t>
      </w:r>
    </w:p>
    <w:p>
      <w:pPr>
        <w:widowControl/>
      </w:pPr>
      <w:r>
        <w:t>交通与活动：旅游车辆</w:t>
      </w:r>
    </w:p>
    <w:p>
      <w:pPr>
        <w:widowControl/>
      </w:pPr>
      <w:r>
        <w:t>用餐：早餐</w:t>
      </w:r>
    </w:p>
    <w:p>
      <w:pPr>
        <w:widowControl/>
      </w:pPr>
      <w:r>
        <w:t>住宿：撒马尔罕</w:t>
      </w:r>
    </w:p>
    <w:p>
      <w:pPr>
        <w:keepNext/>
        <w:widowControl/>
        <w:spacing w:before="240"/>
      </w:pPr>
      <w:r>
        <w:t>第17天 撒马尔罕之旅：古尔·埃米尔陵墓（帖木儿陵）、雷吉斯坦广场、比比哈努姆清真寺、西亚布巴扎、沙希·津达陵墓群、特色晚餐</w:t>
      </w:r>
    </w:p>
    <w:p>
      <w:pPr>
        <w:widowControl/>
      </w:pPr>
      <w:r>
        <w:t>今天，您将深入游览撒马尔罕。这座城市是联合国教科文组织世界遗产，也是帖木儿帝国（14至15世纪）的前首都。撒马尔罕被称为乌兹别克斯坦的文化中心和第二大城市，以宏伟的建筑、丝绸之路的传说和热闹的巴扎吸引着游客。从雄伟的古尔·埃米尔陵墓，到标志性的雷吉斯坦广场、宏伟的比比哈努姆清真寺、令人惊叹的沙希·津达陵墓群，再到热闹的西亚布巴扎，您将走进一座展现帖木儿王朝荣耀与权力的城市。</w:t>
      </w:r>
    </w:p>
    <w:p>
      <w:pPr>
        <w:widowControl/>
      </w:pPr>
      <w:r>
        <w:t>首先来到古尔·埃米尔陵墓，这是埃米尔·帖木儿（帖木儿大帝）的安息之地，于1404年竣工。这座引人注目的建筑顶部是带肋纹的蔚蓝穹顶，后来成为莫卧儿建筑的原型，其中包括印度泰姬陵。步入内部，可以欣赏镀金装饰、精美的碧玉墓碑和精致的书法。请留意帖木儿传说中的墓碑，据说上面刻着警告：“谁打扰我的陵墓，就会释放出比我更可怕的入侵者。”1941年6月，苏联考古学家打开陵墓后没过几天，纳粹德国便入侵苏联。这个故事为您的参观增添了一层神秘色彩。</w:t>
      </w:r>
    </w:p>
    <w:p>
      <w:pPr>
        <w:widowControl/>
      </w:pPr>
      <w:r>
        <w:t>接下来前往雷吉斯坦广场。这里是撒马尔罕的中心，也是丝绸之路上最壮观的景点之一。它曾是一片沙地广场，用于发布皇家诏令、举行军事阅兵和节庆活动，如今两侧矗立着三座辉煌的神学院：乌鲁伯格神学院（1420年），以星空天体马赛克闻名；谢尔多尔神学院（1619年），以独特的狮子马赛克著称；蒂利亚科里神学院（1660年），其耀眼的金箔穹顶出现在许多旅游指南的封面上。白天，雷吉斯坦广场是对称布局与瓷砖艺术的杰作；夜晚，在灯光映照下又呈现迷人景象，是拍照的理想地点。</w:t>
      </w:r>
    </w:p>
    <w:p>
      <w:pPr>
        <w:widowControl/>
      </w:pPr>
      <w:r>
        <w:t>继续前往宏伟的比比哈努姆清真寺，它是伊斯兰世界最大的清真寺之一。这座清真寺建于1404年，为纪念帖木儿的妻子而建，流传着许多传说，其中包括一位建筑师胆敢亲吻比比哈努姆，因而招致帖木儿愤怒的故事。走进内部，可以欣赏受当地刺绣传统启发的镀金装饰。</w:t>
      </w:r>
    </w:p>
    <w:p>
      <w:pPr>
        <w:widowControl/>
      </w:pPr>
      <w:r>
        <w:t>附近就是西亚布巴扎。您可以在这里品尝撒马尔罕著名的圆面包、干果和香料，同时与当地人交流。这里也生动地提醒人们，撒马尔罕曾是丝绸之路上的重要贸易中心。</w:t>
      </w:r>
    </w:p>
    <w:p>
      <w:pPr>
        <w:widowControl/>
      </w:pPr>
      <w:r>
        <w:t>今天的行程以漫步沙希·津达陵墓群结束。这是一条非凡的“陵墓大道”，沿山坡向上延伸。这座陵墓群的历史可追溯到11至15世纪，保留了一些帖木儿时代最精美的瓷砖艺术作品，以及帖木儿女性亲属和高级贵族的陵墓。这里也被认为是先知穆罕默德的堂弟库萨姆·伊本·阿巴斯的墓地，因此成为受人敬重的朝圣地。凭借明亮的绿松石穹顶和复杂的马赛克，沙希·津达不仅是重要的宗教地标，也是撒马尔罕最上镜的景点之一。</w:t>
      </w:r>
    </w:p>
    <w:p>
      <w:pPr>
        <w:widowControl/>
      </w:pPr>
      <w:r>
        <w:t>iAOT在撒马尔罕特别安排的晚餐：</w:t>
      </w:r>
    </w:p>
    <w:p>
      <w:pPr>
        <w:widowControl/>
      </w:pPr>
      <w:r>
        <w:t>今晚，您将在亚洲奥德赛旅游的安排下，于当地知名餐厅享用一顿难忘的晚餐。品尝正宗的乌兹别克菜肴和中亚融合美食。特色晚餐包括开胃菜、主菜、甜点、水和茶。所有其他饮料按实际消费另行收费。</w:t>
      </w:r>
    </w:p>
    <w:p>
      <w:pPr>
        <w:widowControl/>
      </w:pPr>
      <w:r>
        <w:t>概述：全天探索撒马尔罕的帖木儿帝国遗产。一起享用特色晚餐。（含早餐+晚餐）</w:t>
      </w:r>
    </w:p>
    <w:p>
      <w:pPr>
        <w:widowControl/>
      </w:pPr>
      <w:r>
        <w:t>景点：5个景点</w:t>
      </w:r>
    </w:p>
    <w:p>
      <w:pPr>
        <w:widowControl/>
      </w:pPr>
      <w:r>
        <w:t>交通与活动：旅游车辆</w:t>
      </w:r>
    </w:p>
    <w:p>
      <w:pPr>
        <w:widowControl/>
      </w:pPr>
      <w:r>
        <w:t>用餐：早餐,晚餐</w:t>
      </w:r>
    </w:p>
    <w:p>
      <w:pPr>
        <w:widowControl/>
      </w:pPr>
      <w:r>
        <w:t>住宿：撒马尔罕</w:t>
      </w:r>
    </w:p>
    <w:p>
      <w:pPr>
        <w:keepNext/>
        <w:widowControl/>
        <w:spacing w:before="240"/>
      </w:pPr>
      <w:r>
        <w:t>第18天 撒马尔罕（乌兹别克斯坦）—亚尔捷帕边境—七湖（塔吉克斯坦）—彭吉肯特｜七湖第六湖至第七湖短途徒步，野餐午餐</w:t>
      </w:r>
    </w:p>
    <w:p>
      <w:pPr>
        <w:widowControl/>
      </w:pPr>
      <w:r>
        <w:t>今天上午，您的旅程从撒马尔罕的酒店开始，乘车前往乌兹别克斯坦与塔吉克斯坦边境的亚尔捷帕（50公里，约1小时）。抵达后，您将办理两国海关和护照检查手续。手续完成后，步行至边境管制区出口，您的塔吉克导游和司机将在那里热情迎接您。</w:t>
      </w:r>
    </w:p>
    <w:p>
      <w:pPr>
        <w:widowControl/>
      </w:pPr>
      <w:r>
        <w:t>从这里驱车片刻即可抵达彭吉肯特地区，这里是轻松徒步探险的门户。准备探索塔吉克斯坦著名的七湖，当地称为哈夫特库尔或马尔古佐尔湖。这七个壮丽的冰川湖泊沿着山谷层叠而下，由一条河流相连，宛如一串闪耀的项链点缀在景观之中。每个湖泊都拥有独特的色彩和魅力，景色令人惊叹，让人在自然中享受宁静。</w:t>
      </w:r>
    </w:p>
    <w:p>
      <w:pPr>
        <w:widowControl/>
      </w:pPr>
      <w:r>
        <w:t>您的旅程从一段颠簸但风景优美的山路开始。虽然七湖距离彭吉肯特不远，但崎岖的道路使得这成为一整天的行程。当您深入山谷时，将经过前五个湖泊——涅吉贡、索亚、古肖尔、诺芬和胡尔达克——每个湖泊都有独特的颜色，从淡绿色到鲜艳的绿松石色和深蓝色，就像大自然自己的调色板。</w:t>
      </w:r>
    </w:p>
    <w:p>
      <w:pPr>
        <w:widowControl/>
      </w:pPr>
      <w:r>
        <w:t>七湖第六湖至第七湖轻徒步：</w:t>
      </w:r>
    </w:p>
    <w:p>
      <w:pPr>
        <w:widowControl/>
      </w:pPr>
      <w:r>
        <w:t>您将抵达马尔古佐尔，第六个也是最大的湖泊，一片耀眼的蓝宝石水域，被险峻的山峰环绕。从这里轻松往返徒步两小时前往哈佐尔恰什马，第七个也是最高的湖泊，其名称意为“千泉”。这里的水晶莹剔透，周围氛围宁静未受破坏。</w:t>
      </w:r>
    </w:p>
    <w:p>
      <w:pPr>
        <w:widowControl/>
      </w:pPr>
      <w:r>
        <w:t>在湖畔享受野餐，欣赏高山景色，或许还可以在附近村庄短途漫步，体验塔吉克山区生活简单而真实的节奏。</w:t>
      </w:r>
    </w:p>
    <w:p>
      <w:pPr>
        <w:widowControl/>
      </w:pPr>
      <w:r>
        <w:t>游览结束后，您的团队将被送往彭吉肯特住宿。</w:t>
      </w:r>
    </w:p>
    <w:p>
      <w:pPr>
        <w:widowControl/>
      </w:pPr>
      <w:r>
        <w:t>iTravel 注意事项：</w:t>
      </w:r>
    </w:p>
    <w:p>
      <w:pPr>
        <w:widowControl/>
      </w:pPr>
      <w:r>
        <w:t>前往七湖的道路崎岖、未铺砌、颠簸且多尘（不适合有严重背部问题或怀孕的客人）。野餐午餐是固定套餐，无法单独替换或定制，因此请提前告知我们任何特定的饮食要求（素食、纯素食、清真、过敏）。</w:t>
      </w:r>
    </w:p>
    <w:p>
      <w:pPr>
        <w:widowControl/>
      </w:pPr>
      <w:r>
        <w:t>彭吉肯特是一个小省城，酒店选择非常有限，网络覆盖差，城市和酒店房间内的移动信号不可靠，因此请勿依赖稳定的移动数据进行重要通信。</w:t>
      </w:r>
    </w:p>
    <w:p>
      <w:pPr>
        <w:widowControl/>
      </w:pPr>
      <w:r>
        <w:t>概述：跨境进入塔吉克斯坦。探索七湖进行徒步。（含早餐+午餐）</w:t>
      </w:r>
    </w:p>
    <w:p>
      <w:pPr>
        <w:widowControl/>
      </w:pPr>
      <w:r>
        <w:t>景点：1个景点</w:t>
      </w:r>
    </w:p>
    <w:p>
      <w:pPr>
        <w:widowControl/>
      </w:pPr>
      <w:r>
        <w:t>交通与活动：旅游车辆</w:t>
      </w:r>
    </w:p>
    <w:p>
      <w:pPr>
        <w:widowControl/>
      </w:pPr>
      <w:r>
        <w:t>用餐：早餐,午餐</w:t>
      </w:r>
    </w:p>
    <w:p>
      <w:pPr>
        <w:widowControl/>
      </w:pPr>
      <w:r>
        <w:t>住宿：彭吉肯特</w:t>
      </w:r>
    </w:p>
    <w:p>
      <w:pPr>
        <w:keepNext/>
        <w:widowControl/>
        <w:spacing w:before="240"/>
      </w:pPr>
      <w:r>
        <w:t>第19天 彭吉肯特（塔吉克斯坦）—贾尔捷帕边境—撒马尔罕（乌兹别克斯坦）｜鲁达基博物馆、古城彭吉肯特遗址</w:t>
      </w:r>
    </w:p>
    <w:p>
      <w:pPr>
        <w:widowControl/>
      </w:pPr>
      <w:r>
        <w:t>早餐后，您将有充足的时间探索彭吉肯特。彭吉肯特被称为“中亚的庞贝”，曾是古代粟特文明的重要中心。在5世纪至8世纪之间，这座城市作为丝绸之路上的文化和商业枢纽繁荣一时。粟特人被称为“丝绸之路的灵魂”，主导了欧亚大陆的贸易——从中国丝绸到西方玻璃器皿和印度香料。</w:t>
      </w:r>
    </w:p>
    <w:p>
      <w:pPr>
        <w:widowControl/>
      </w:pPr>
      <w:r>
        <w:t>首先参观鲁达基博物馆（周日闭馆），这里收藏了数千件从当地发掘出土的文物——陶器、钱币、雕塑和工具——生动地展现了粟特人的生活方式。在这里，您将了解他们的艺术、服饰、神话，甚至宴会和仪式的场景。</w:t>
      </w:r>
    </w:p>
    <w:p>
      <w:pPr>
        <w:widowControl/>
      </w:pPr>
      <w:r>
        <w:t>接下来，参观古城彭吉肯特遗址，这是一座保存完好的5至8世纪粟特城市遗址。当您漫步在宫殿、住宅区、寺庙和防御工事的泥砖地基之间时，可以清晰地看出城市的原始布局，想象丝绸之路时代繁华的生活。</w:t>
      </w:r>
    </w:p>
    <w:p>
      <w:pPr>
        <w:widowControl/>
      </w:pPr>
      <w:r>
        <w:t>下午，您的团队将过境进入乌兹别克斯坦，随后转往撒马尔罕过夜。</w:t>
      </w:r>
    </w:p>
    <w:p>
      <w:pPr>
        <w:widowControl/>
      </w:pPr>
      <w:r>
        <w:t>概述：探索彭吉肯特的鲁达基博物馆、古城遗址，然后返回撒马尔罕。（含早餐）</w:t>
      </w:r>
    </w:p>
    <w:p>
      <w:pPr>
        <w:widowControl/>
      </w:pPr>
      <w:r>
        <w:t>景点：2个景点</w:t>
      </w:r>
    </w:p>
    <w:p>
      <w:pPr>
        <w:widowControl/>
      </w:pPr>
      <w:r>
        <w:t>交通与活动：旅游车辆</w:t>
      </w:r>
    </w:p>
    <w:p>
      <w:pPr>
        <w:widowControl/>
      </w:pPr>
      <w:r>
        <w:t>用餐：早餐</w:t>
      </w:r>
    </w:p>
    <w:p>
      <w:pPr>
        <w:widowControl/>
      </w:pPr>
      <w:r>
        <w:t>住宿：撒马尔罕</w:t>
      </w:r>
    </w:p>
    <w:p>
      <w:pPr>
        <w:keepNext/>
        <w:widowControl/>
        <w:spacing w:before="240"/>
      </w:pPr>
      <w:r>
        <w:t>第20天 撒马尔罕送别：酒店退房与送站</w:t>
      </w:r>
    </w:p>
    <w:p>
      <w:pPr>
        <w:widowControl/>
      </w:pPr>
      <w:r>
        <w:t>早餐后，为期20天的中亚团体之旅就此结束。我们在撒马尔罕的当地司机将送您前往机场或火车站，以便您出发前往下一个目的地。</w:t>
      </w:r>
    </w:p>
    <w:p>
      <w:pPr>
        <w:widowControl/>
      </w:pPr>
      <w:r>
        <w:t>旅行提示：请提前将您的航班或火车信息告知我们，以便我们顺利为您安排接送。</w:t>
      </w:r>
    </w:p>
    <w:p>
      <w:pPr>
        <w:widowControl/>
      </w:pPr>
      <w:r>
        <w:t>额外接送服务（需支付额外费用）：</w:t>
      </w:r>
    </w:p>
    <w:p>
      <w:pPr>
        <w:widowControl/>
      </w:pPr>
      <w:r>
        <w:t>如果您需要从撒马尔罕到塔什干的接送服务，请提前告知我们。虽然行程正式在撒马尔罕结束（因为撒马尔罕有自己的机场和火车站），但我们很乐意帮您预订前往塔什干的火车票，并在塔什干安排接送。</w:t>
      </w:r>
    </w:p>
    <w:p>
      <w:pPr>
        <w:widowControl/>
      </w:pPr>
      <w:r>
        <w:t>感谢您选择亚洲奥德赛旅游的五大斯坦团体游。我们期待在您的下一次旅行中再次欢迎您！</w:t>
      </w:r>
    </w:p>
    <w:p>
      <w:pPr>
        <w:widowControl/>
      </w:pPr>
      <w:r>
        <w:t>概述：告别撒马尔罕。送往机场或火车站出发。（含早餐）</w:t>
      </w:r>
    </w:p>
    <w:p>
      <w:pPr>
        <w:widowControl/>
      </w:pPr>
      <w:r>
        <w:t>景点：无</w:t>
      </w:r>
    </w:p>
    <w:p>
      <w:pPr>
        <w:widowControl/>
      </w:pPr>
      <w:r>
        <w:t>交通与活动：旅游车辆</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20天中亚之旅：小团畅游五大斯坦高性价比路线</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