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16 Days China Japan Group Tour: Classic Route (Beijing to Tokyo)</w:t>
      </w:r>
    </w:p>
    <w:p>
      <w:pPr>
        <w:widowControl/>
      </w:pPr>
      <w:r>
        <w:t>Product code: AOT-CNJP-02</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Shanghai (by Flight or High Speed Train) | Shanghai Pick-up and Hotel Check-in</w:t>
      </w:r>
    </w:p>
    <w:p>
      <w:pPr>
        <w:widowControl/>
      </w:pPr>
      <w:r>
        <w:t>After breakfast, your driver will meet you at your Xi'an hotel to transfer you for your journey to Shanghai.</w:t>
      </w:r>
    </w:p>
    <w:p>
      <w:pPr>
        <w:widowControl/>
      </w:pPr>
      <w:r>
        <w:t>iTransportation Note:</w:t>
      </w:r>
    </w:p>
    <w:p>
      <w:pPr>
        <w:widowControl/>
      </w:pPr>
      <w:r>
        <w:t>High-Speed Train: Approximately 6–8 hours.</w:t>
      </w:r>
    </w:p>
    <w:p>
      <w:pPr>
        <w:widowControl/>
      </w:pPr>
      <w:r>
        <w:t>Flight: Approximately 2 hours.</w:t>
      </w:r>
    </w:p>
    <w:p>
      <w:pPr>
        <w:widowControl/>
      </w:pPr>
      <w:r>
        <w:t>Please Note: To ensure seamless connections for the group itinerary, the transit from Xi'an to Shanghai will be centrally coordinated by our operations team via either flight or high-speed rail, subject to resource availability. The exact mode of transport and departure schedule will be finalized and sent to you prior to tour departure.</w:t>
      </w:r>
    </w:p>
    <w:p>
      <w:pPr>
        <w:widowControl/>
      </w:pPr>
      <w:r>
        <w:t>Welcome to Shanghai, China's most international and vibrant city! Upon your arrival, your driver will meet you at the airport or train station exit and transfer you to your hotel in downtown Shanghai. After checking in, you will have the rest of the day to explore at your leisure.</w:t>
      </w:r>
    </w:p>
    <w:p>
      <w:pPr>
        <w:widowControl/>
      </w:pPr>
      <w:r>
        <w:t>Overview: Get to Shanghai from Xian, pick-up, and hotel check-in. (B)</w:t>
      </w:r>
    </w:p>
    <w:p>
      <w:pPr>
        <w:widowControl/>
      </w:pPr>
      <w:r>
        <w:t>Attractions: explore on your own</w:t>
      </w:r>
    </w:p>
    <w:p>
      <w:pPr>
        <w:widowControl/>
      </w:pPr>
      <w:r>
        <w:t>Transport and activities: vehicle, flight</w:t>
      </w:r>
    </w:p>
    <w:p>
      <w:pPr>
        <w:widowControl/>
      </w:pPr>
      <w:r>
        <w:t>Meals: Breakfast</w:t>
      </w:r>
    </w:p>
    <w:p>
      <w:pPr>
        <w:widowControl/>
      </w:pPr>
      <w:r>
        <w:t>Accommodation: Comfortable</w:t>
      </w:r>
    </w:p>
    <w:p>
      <w:pPr>
        <w:keepNext/>
        <w:widowControl/>
        <w:spacing w:before="240"/>
      </w:pPr>
      <w:r>
        <w:t>Day 7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Shanghai Flight to Osaka | Airport Transfers and Drive to Kyoto</w:t>
      </w:r>
    </w:p>
    <w:p>
      <w:pPr>
        <w:widowControl/>
      </w:pPr>
      <w:r>
        <w:t>You will have some free time in Shanghai to explore on your own before being escorted to the airport for your flight to Osaka.</w:t>
      </w:r>
    </w:p>
    <w:p>
      <w:pPr>
        <w:widowControl/>
      </w:pPr>
      <w:r>
        <w:t>Konnichiwa (こんにちは)! Welcome to Osaka, Japan! Upon arrival at the airport, you will be transferred from Kansai International Airport (KIX) to the designated hotel in Kyoto. Accommodation in Kyoto will be at a 4-star hotel conveniently located.</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Overview: Airport Transfers + Drive to Kyoto (B)</w:t>
      </w:r>
    </w:p>
    <w:p>
      <w:pPr>
        <w:widowControl/>
      </w:pPr>
      <w:r>
        <w:t>Attractions: 0 Site</w:t>
      </w:r>
    </w:p>
    <w:p>
      <w:pPr>
        <w:widowControl/>
      </w:pPr>
      <w:r>
        <w:t>Transport and activities: vehicle</w:t>
      </w:r>
    </w:p>
    <w:p>
      <w:pPr>
        <w:widowControl/>
      </w:pPr>
      <w:r>
        <w:t>Meals: Breakfast</w:t>
      </w:r>
    </w:p>
    <w:p>
      <w:pPr>
        <w:widowControl/>
      </w:pPr>
      <w:r>
        <w:t>Accommodation: Comfortable</w:t>
      </w:r>
    </w:p>
    <w:p>
      <w:pPr>
        <w:keepNext/>
        <w:widowControl/>
        <w:spacing w:before="240"/>
      </w:pPr>
      <w:r>
        <w:t>Day 9 Kyoto Half-day Tour | Kinkakuji Temple, Nijo Castle</w:t>
      </w:r>
    </w:p>
    <w:p>
      <w:pPr>
        <w:widowControl/>
      </w:pPr>
      <w:r>
        <w:t>After breakfast, you will have free time in the morning to explore Kyoto on your own. Your Kyoto group tour will begin in the afternoon.</w:t>
      </w:r>
    </w:p>
    <w:p>
      <w:pPr>
        <w:widowControl/>
      </w:pPr>
      <w:r>
        <w:t>In this afternoon, your guide and driver will pick you up at your hotel and your group will visit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w:t>
      </w:r>
    </w:p>
    <w:p>
      <w:pPr>
        <w:widowControl/>
      </w:pPr>
      <w:r>
        <w:t>After the tour, you will be escorted to your 4-star hotel in Kyoto. Have a good rest!</w:t>
      </w:r>
    </w:p>
    <w:p>
      <w:pPr>
        <w:widowControl/>
      </w:pPr>
      <w:r>
        <w:t>Overview: Enjoy half day tour and visit Kinkakuji Temple and Nijo Castle. (B)</w:t>
      </w:r>
    </w:p>
    <w:p>
      <w:pPr>
        <w:widowControl/>
      </w:pPr>
      <w:r>
        <w:t>Attractions: 2 Sites</w:t>
      </w:r>
    </w:p>
    <w:p>
      <w:pPr>
        <w:widowControl/>
      </w:pPr>
      <w:r>
        <w:t>Transport and activities: Vehicle</w:t>
      </w:r>
    </w:p>
    <w:p>
      <w:pPr>
        <w:widowControl/>
      </w:pPr>
      <w:r>
        <w:t>Meals: Breakfast</w:t>
      </w:r>
    </w:p>
    <w:p>
      <w:pPr>
        <w:widowControl/>
      </w:pPr>
      <w:r>
        <w:t>Accommodation: Comfortable</w:t>
      </w:r>
    </w:p>
    <w:p>
      <w:pPr>
        <w:keepNext/>
        <w:widowControl/>
        <w:spacing w:before="240"/>
      </w:pPr>
      <w:r>
        <w:t>Day 10 Kyoto Tour | Fushimi Inari Taisha Shrine, Kiyomizudera Temple, Ninenzaka &amp; Sannenzaka, Yasaka Shrine, Gion</w:t>
      </w:r>
    </w:p>
    <w:p>
      <w:pPr>
        <w:widowControl/>
      </w:pPr>
      <w:r>
        <w:t>Kyoto, once the capital of Japan, epitomizes ancient Japan. Boasting 17 UNESCO World Heritage sites, over 1,000 Buddhist temples, and more than 400 Shinto shrines, Kyoto is among the world's most culturally rich cities. Known for traditional arts like tea ceremonies, kaiseki dining, and ikebana (flower arranging), Kyoto is also one of the best places to observe geishas.</w:t>
      </w:r>
    </w:p>
    <w:p>
      <w:pPr>
        <w:widowControl/>
      </w:pPr>
      <w:r>
        <w:t>After breakfast, your group will explore Kyoto for a full day. Start the morning in Kyoto bright and early at one of its most iconic sites - the Fushimi Inari Taisha Shrine, to beat the crowds.</w:t>
      </w:r>
    </w:p>
    <w:p>
      <w:pPr>
        <w:widowControl/>
      </w:pPr>
      <w:r>
        <w:t>Fushimi Inari 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 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Next,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Yasaka Shrine, the guardian shrine of the Gion entertainment district, which dates back over 1350 years. Yasaka Shrine is particularly favored by those seeking beauty and wealth. Visiting this significant Shinto shrine in Kyoto, you may also find yourself gaining some good luck. The shrine is most famous for its Gion Matsuri in July, during which you can witness the procession where the deities of Yasaka are paraded through the city streets.</w:t>
      </w:r>
    </w:p>
    <w:p>
      <w:pPr>
        <w:widowControl/>
      </w:pPr>
      <w:r>
        <w:t>Adjacent to the shrine, Gion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After the tour, your group will be escorted back to your hotel.</w:t>
      </w:r>
    </w:p>
    <w:p>
      <w:pPr>
        <w:widowControl/>
      </w:pPr>
      <w:r>
        <w:t>Overview: Explore Kyoto on group tour that includes visits to Fushimi Inari Taisha Shrine, Kiyomizudera Temple, Ninenzaka and Sannenzaka streets, Yasaka Shrine, and the historic Gion district. (B)</w:t>
      </w:r>
    </w:p>
    <w:p>
      <w:pPr>
        <w:widowControl/>
      </w:pPr>
      <w:r>
        <w:t>Attractions: 6 Sites</w:t>
      </w:r>
    </w:p>
    <w:p>
      <w:pPr>
        <w:widowControl/>
      </w:pPr>
      <w:r>
        <w:t>Transport and activities: Vehicle</w:t>
      </w:r>
    </w:p>
    <w:p>
      <w:pPr>
        <w:widowControl/>
      </w:pPr>
      <w:r>
        <w:t>Meals: Breakfast</w:t>
      </w:r>
    </w:p>
    <w:p>
      <w:pPr>
        <w:widowControl/>
      </w:pPr>
      <w:r>
        <w:t>Accommodation: Comfortable</w:t>
      </w:r>
    </w:p>
    <w:p>
      <w:pPr>
        <w:keepNext/>
        <w:widowControl/>
        <w:spacing w:before="240"/>
      </w:pPr>
      <w:r>
        <w:t>Day 11 Kyoto - Nara - Osaka | Todaiji Temple, Nara Park, Kasuga Taisha, Osaka Castle Park, Shinsaibashi-suji Shopping Street</w:t>
      </w:r>
    </w:p>
    <w:p>
      <w:pPr>
        <w:widowControl/>
      </w:pPr>
      <w:r>
        <w:t>In this morning, your group will depart from Kyoto and head to Nara, about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16m high and consists of 437 tonnes of bronze and 130kg of gold. It represents Vairocana Buddha and is flanked by two Bodhisattvas. Todaiji's main hall, Daibutsu-den (Big Buddha Hall), is one of the world' 's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In this afternoon, visit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Overlook the Main Tower (Tenshukaku) of Osaka Castle, which stands tall against the sky at the center of the extensive castle grounds.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Last,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Free Time Ideas: visit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After the tour, your group will be escorted to the 4 star hotel in Osaka.</w:t>
      </w:r>
    </w:p>
    <w:p>
      <w:pPr>
        <w:widowControl/>
      </w:pPr>
      <w:r>
        <w:t>Overview: Travel from Kyoto to Nara and then to Osaka, visiting Todaiji Temple, Nara Park, Kasuga Taisha Shrine, Osaka Castle Park, and Shinsaibashi-suji Shopping Street. (B)</w:t>
      </w:r>
    </w:p>
    <w:p>
      <w:pPr>
        <w:widowControl/>
      </w:pPr>
      <w:r>
        <w:t>Attractions: 5 Sites</w:t>
      </w:r>
    </w:p>
    <w:p>
      <w:pPr>
        <w:widowControl/>
      </w:pPr>
      <w:r>
        <w:t>Transport and activities: Vehicle</w:t>
      </w:r>
    </w:p>
    <w:p>
      <w:pPr>
        <w:widowControl/>
      </w:pPr>
      <w:r>
        <w:t>Meals: Breakfast</w:t>
      </w:r>
    </w:p>
    <w:p>
      <w:pPr>
        <w:widowControl/>
      </w:pPr>
      <w:r>
        <w:t>Accommodation: Comfortable</w:t>
      </w:r>
    </w:p>
    <w:p>
      <w:pPr>
        <w:keepNext/>
        <w:widowControl/>
        <w:spacing w:before="240"/>
      </w:pPr>
      <w:r>
        <w:t>Day 12 Osaka - Hiroshima - Osaka by Shinkansen | Hiroshima Peace Memorial Park (Atomic Bomb Dome), Itsukushima Shrine</w:t>
      </w:r>
    </w:p>
    <w:p>
      <w:pPr>
        <w:widowControl/>
      </w:pPr>
      <w:r>
        <w:t>Today, your group will head to Hiroshima. Start your day early, as your guide will pick you up from your hotel in Osaka. The guide will assist you at the train station to board the Shinkansen (bullet train) and will accompany you to Hiroshima.</w:t>
      </w:r>
    </w:p>
    <w:p>
      <w:pPr>
        <w:widowControl/>
      </w:pPr>
      <w:r>
        <w:t>About Transportation Between Osaka and Hiroshima:</w:t>
      </w:r>
    </w:p>
    <w:p>
      <w:pPr>
        <w:widowControl/>
      </w:pPr>
      <w:r>
        <w:t>Distance: The distance between Osaka and Hiroshima is about 300 kilometers. A Shinkansen (bullet train) journey takes approximately 1.5–2 hours, while driving takes 4–5 hours. For a round trip, the Shinkansen is the most efficient option for your group.</w:t>
      </w:r>
    </w:p>
    <w:p>
      <w:pPr>
        <w:widowControl/>
      </w:pPr>
      <w:r>
        <w:t>Guide Accompaniment: To optimize time and costs, we will arrange for a guide to accompany you on the Shinkansen journey between the two cities.</w:t>
      </w:r>
    </w:p>
    <w:p>
      <w:pPr>
        <w:widowControl/>
      </w:pPr>
      <w:r>
        <w:t>Hotel to Osaka Station: For transport between your hotel and Osaka Station, if your group size exceeds 8, a private vehicle will be arranged for the transfer. Otherwise, your guide will accompany you to experience local public transportation.</w:t>
      </w:r>
    </w:p>
    <w:p>
      <w:pPr>
        <w:widowControl/>
      </w:pPr>
      <w:r>
        <w:t>Hiroshima Station to Attractions: Upon arrival at Hiroshima Train Station, your guide will take you to explore Hiroshima using local public transportation.</w:t>
      </w:r>
    </w:p>
    <w:p>
      <w:pPr>
        <w:widowControl/>
      </w:pPr>
      <w:r>
        <w:t>Hiroshima is a modern city characterized by broad, tree-lined boulevards, meandering rivers, and a bustling city center. While Hiroshima is perhaps best known for being the target of an atomic bomb attack near the end of World War II, the city is not defined by this tragic history. Instead, it has continually advocated for peace and understanding.</w:t>
      </w:r>
    </w:p>
    <w:p>
      <w:pPr>
        <w:widowControl/>
      </w:pPr>
      <w:r>
        <w:t>Your first stop is to the Hiroshima Peace Memorial Park. The park is dedicated to the victims of the atomic bomb in 1945 and is a poignant reminder of the costs of war. Hiroshima Peace Memorial Park has numerous monuments and the iconic Atomic Bomb Dome.</w:t>
      </w:r>
    </w:p>
    <w:p>
      <w:pPr>
        <w:widowControl/>
      </w:pPr>
      <w:r>
        <w:t>The Atomic Bomb Dome, officially known as the Hiroshima Peace Memorial, is one of the most iconic structures in the Hiroshima Peace Memorial Park. Originally serving as the Hiroshima Prefectural Industrial Promotion Hall, it is known for its distinctive European-style dome. On August 6, 1945, it was struck by an atomic bomb, and the dome was directly beneath the bomb's hypocenter, approximately 160 meters above ground. While the surrounding area was almost destroyed, parts of the building's structure miraculously survived, standing as a direct testament to the destructive power of the bomb. In 1996, the A-Bomb Dome was designated as a UNESCO World Heritage Site, symbolizing peace and serving as a warning against nuclear warfare.</w:t>
      </w:r>
    </w:p>
    <w:p>
      <w:pPr>
        <w:widowControl/>
      </w:pPr>
      <w:r>
        <w:t>Explore the Hiroshima Peace Memorial Museum to learn about the events leading up to the bombing, its devastating effects on the city's inhabitants, and the city's post-war recovery. The museum holds exhibits that include personal items from victims, photographs, and other significant artifacts.</w:t>
      </w:r>
    </w:p>
    <w:p>
      <w:pPr>
        <w:widowControl/>
      </w:pPr>
      <w:r>
        <w:t>Today, if time allows, you can visit the island of Miyajima, a revered sacred site known for its breathtaking scenery and the famous floating torii gate of Itsukushima Shrine. On the short ferry ride there, you'll see the renowned Itsukushima Shrine, which is situated on Miyajima. At high tide, it appears to float on the sea. It has been designated as a UNESCO World Heritage Site and is among Japan's most celebrated tourist attractions. Be sure to stand on the deck to get a good view of the giant red Torii gate rising out of the sea.</w:t>
      </w:r>
    </w:p>
    <w:p>
      <w:pPr>
        <w:widowControl/>
      </w:pPr>
      <w:r>
        <w:t>After the tour, you will take public transportation to Hiroshima Station to board the Shinkansen back to Osaka with your guide. Upon arrival at Osaka Station, you will be transferred to your hotel in Osaka. (Tip: The type of vehicle used will depend on your group's size.)</w:t>
      </w:r>
    </w:p>
    <w:p>
      <w:pPr>
        <w:widowControl/>
      </w:pPr>
      <w:r>
        <w:t>Stay overnight in 4-star hotel in Osaka.</w:t>
      </w:r>
    </w:p>
    <w:p>
      <w:pPr>
        <w:widowControl/>
      </w:pPr>
      <w:r>
        <w:t>Overview: Travel from Osaka to Hiroshima and back to Osaka by Shinkansen, visiting Hiroshima Peace Memorial Park (including the Atomic Bomb Dome) and the iconic Itsukushima Shrine. (B)</w:t>
      </w:r>
    </w:p>
    <w:p>
      <w:pPr>
        <w:widowControl/>
      </w:pPr>
      <w:r>
        <w:t>Attractions: 3 Sites</w:t>
      </w:r>
    </w:p>
    <w:p>
      <w:pPr>
        <w:widowControl/>
      </w:pPr>
      <w:r>
        <w:t>Transport and activities: Shinkansen, Vehicle</w:t>
      </w:r>
    </w:p>
    <w:p>
      <w:pPr>
        <w:widowControl/>
      </w:pPr>
      <w:r>
        <w:t>Meals: Breakfast</w:t>
      </w:r>
    </w:p>
    <w:p>
      <w:pPr>
        <w:widowControl/>
      </w:pPr>
      <w:r>
        <w:t>Accommodation: Comfortable</w:t>
      </w:r>
    </w:p>
    <w:p>
      <w:pPr>
        <w:keepNext/>
        <w:widowControl/>
        <w:spacing w:before="240"/>
      </w:pPr>
      <w:r>
        <w:t>Day 13 Osaka to Tokyo by Shinkansen (Bullet Train) | Transfer to Your Hotel in Tokyo</w:t>
      </w:r>
    </w:p>
    <w:p>
      <w:pPr>
        <w:widowControl/>
      </w:pPr>
      <w:r>
        <w:t>On this day, our driver will pick up your group from the hotel in Osaka and escort you to the train station for your Shinkansen (bullet train) journey to Tokyo.</w:t>
      </w:r>
    </w:p>
    <w:p>
      <w:pPr>
        <w:widowControl/>
      </w:pPr>
      <w:r>
        <w:t>Shinkansen Ride Experience: At Shin-Osaka Station, board the Shinkansen bound for Tokyo Station (about 2.5-3 hours). This fast and comfortable journey allows you to enjoy the scenic transition between urban and rural Japan.</w:t>
      </w:r>
    </w:p>
    <w:p>
      <w:pPr>
        <w:widowControl/>
      </w:pPr>
      <w:r>
        <w:t>Upon arrival at Tokyo Station, our local driver will meet your group and transfer you to your hotel in Tokyo. Your accommodation will be a well-located 4-star hotel.</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Overview: Get to Tokyo from Osaka by Shinkansen. Explore Tokyo on your own.</w:t>
      </w:r>
    </w:p>
    <w:p>
      <w:pPr>
        <w:widowControl/>
      </w:pPr>
      <w:r>
        <w:t>Transport and activities: Shinkansen, Vehicle</w:t>
      </w:r>
    </w:p>
    <w:p>
      <w:pPr>
        <w:widowControl/>
      </w:pPr>
      <w:r>
        <w:t>Meals: Breakfast</w:t>
      </w:r>
    </w:p>
    <w:p>
      <w:pPr>
        <w:widowControl/>
      </w:pPr>
      <w:r>
        <w:t>Accommodation: Comfortable</w:t>
      </w:r>
    </w:p>
    <w:p>
      <w:pPr>
        <w:keepNext/>
        <w:widowControl/>
        <w:spacing w:before="240"/>
      </w:pPr>
      <w:r>
        <w:t>Day 14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Begin your journey at the renowned Arakurayama Sengen Park, where you can admire the magnificent view of a five-story pagoda set against a backdrop of majestic mountains.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to enjoy views of Mount Fuji from a distance, visit Arakurayama Sengen Park, and take a cruise on Lake Kawaguchi, before returning to Tokyo. (B)</w:t>
      </w:r>
    </w:p>
    <w:p>
      <w:pPr>
        <w:widowControl/>
      </w:pPr>
      <w:r>
        <w:t>Attractions: 2 Sites</w:t>
      </w:r>
    </w:p>
    <w:p>
      <w:pPr>
        <w:widowControl/>
      </w:pPr>
      <w:r>
        <w:t>Transport and activities: Vehicle</w:t>
      </w:r>
    </w:p>
    <w:p>
      <w:pPr>
        <w:widowControl/>
      </w:pPr>
      <w:r>
        <w:t>Meals: Breakfast</w:t>
      </w:r>
    </w:p>
    <w:p>
      <w:pPr>
        <w:widowControl/>
      </w:pPr>
      <w:r>
        <w:t>Accommodation: Comfortable</w:t>
      </w:r>
    </w:p>
    <w:p>
      <w:pPr>
        <w:keepNext/>
        <w:widowControl/>
        <w:spacing w:before="240"/>
      </w:pPr>
      <w:r>
        <w:t>Day 15 Tokyo Tour | Meiji Jingu Shrine, Shibuya Crossing, Senso-ji Temple, Overlook Tokyo Skytree Tower, Tsukiji Fish Market</w:t>
      </w:r>
    </w:p>
    <w:p>
      <w:pPr>
        <w:widowControl/>
      </w:pPr>
      <w:r>
        <w:t>After breakfast, your guide and driver will pick up your group at your hotel. Start an amazing day exploring Tokyo in a small group!</w:t>
      </w:r>
    </w:p>
    <w:p>
      <w:pPr>
        <w:widowControl/>
      </w:pPr>
      <w:r>
        <w:t>First to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w:t>
      </w:r>
    </w:p>
    <w:p>
      <w:pPr>
        <w:widowControl/>
      </w:pPr>
      <w:r>
        <w:t>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In the afternoon, head to Senso-ji Temple (Asakusa Kannon Temple), a must-visit for anyone traveling to Tokyo. Senso-ji Temple (Asakusa Kannon Temple), is one of the oldest and most famous Buddhist temples in Tokyo, located in the Asakusa district of Taito, Tokyo. The temple is dedicated to Kannon Bosatsu (Avalokiteshvara), the Bodhisattva of compassion. According to legend, in 628 AD, two fishermen retrieved a statue of Kannon from the Sumida River and decided to construct a temple to enshrine it. Completed in 645 AD, Senso-ji has since become a spiritual symbol of Tokyo.</w:t>
      </w:r>
    </w:p>
    <w:p>
      <w:pPr>
        <w:widowControl/>
      </w:pPr>
      <w:r>
        <w:t>The temple's entrance is marked by the iconic Kaminarimon (Thunder Gate), featuring a massive red lantern and protective deity statues that symbolize the temple's guardians against evil spirits. This gate is a popular photo spot and marks the beginning of Nakamise Street, a lively shopping street lined with stalls offering traditional Japanese snacks, crafts, and souvenirs, which leads up to the temple's second gate, the Hozomon.</w:t>
      </w:r>
    </w:p>
    <w:p>
      <w:pPr>
        <w:widowControl/>
      </w:pPr>
      <w:r>
        <w:t>Beyond the Hozomon lies the main hall, dedicated to Kannon and adorned with exquisite decorations, where devotees pray and worship. Adjacent to the main hall is the temple's five-story pagoda, another striking feature, representing the traditional Japanese architectural style and symbolizing the five elements of Buddhist cosmology - earth, water, fire, wind, and void.</w:t>
      </w:r>
    </w:p>
    <w:p>
      <w:pPr>
        <w:widowControl/>
      </w:pPr>
      <w:r>
        <w:t>From Senso-ji looking south, you capture a photograph of Skytree Tower (Japan's Tallest Tower; 634 meters). On this street, you can see both old buildings and modern skyscrapers together, providing a visual contrast between traditional and modern.</w:t>
      </w:r>
    </w:p>
    <w:p>
      <w:pPr>
        <w:widowControl/>
      </w:pPr>
      <w:r>
        <w:t>After that, you can explore Tsukiji Fish Market (Now Toyosu Market). Tsukiji Fish Market was once the world's largest fish market, famous for its tuna auctions. However, in 2018, it relocated to a new, larger facility called Toyosu Market. You can still enjoy fresh seafood (sashimi, sushi, or seafood rice bowls), purchase kitchenware, and learn about a variety of seafood, including the characteristics, cooking methods, and nutritional value of different types of seafood.</w:t>
      </w:r>
    </w:p>
    <w:p>
      <w:pPr>
        <w:widowControl/>
      </w:pPr>
      <w:r>
        <w:t>After the tour, your group will be escorted back to your hotel in Tokyo.</w:t>
      </w:r>
    </w:p>
    <w:p>
      <w:pPr>
        <w:widowControl/>
      </w:pPr>
      <w:r>
        <w:t>Overview: During Tokyo group tour, visit Meiji Jingu Shrine, Shibuya Crossing, the Hachiko Statue, Senso-ji Temple, enjoy an overlook of Tokyo Skytree Tower, and explore Tsukiji Fish Market.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16 Tokyo Departure | Transfer to the Airport on your own</w:t>
      </w:r>
    </w:p>
    <w:p>
      <w:pPr>
        <w:widowControl/>
      </w:pPr>
      <w:r>
        <w:t>After breakfast, it's time to say goodbye to Tokyo, as your 16-day China Japan group tour comes to an end. Today, you will need to head to the airport on your own, depending on your flight schedule. Narita International Airport (NRT) in Tokyo is available for your departure flight.</w:t>
      </w:r>
    </w:p>
    <w:p>
      <w:pPr>
        <w:widowControl/>
      </w:pPr>
      <w:r>
        <w:t>Thank you for choosing Asia Odyssey Travel (AOT) for your Asia Tour. We are always committed to providing you with exceptional experiences and look forward to welcoming you again on your next trip to Asia.</w:t>
      </w:r>
    </w:p>
    <w:p>
      <w:pPr>
        <w:widowControl/>
      </w:pPr>
      <w:r>
        <w:t>Overview: Depart from Tokyo and transfer to the airport on your own.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Days China Japan Group Tour: Classic Route (Beijing to Tokyo)</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