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16天中国日本团体游：经典路线（北京至东京）</w:t>
      </w:r>
    </w:p>
    <w:p>
      <w:pPr>
        <w:widowControl/>
      </w:pPr>
      <w:r>
        <w:t>线路编号：AOT-CNJP-02</w:t>
      </w:r>
    </w:p>
    <w:p>
      <w:pPr>
        <w:keepNext/>
        <w:widowControl/>
        <w:spacing w:before="240"/>
      </w:pPr>
      <w:r>
        <w:t>第1天 抵达北京：接机并入住酒店</w:t>
      </w:r>
    </w:p>
    <w:p>
      <w:pPr>
        <w:widowControl/>
      </w:pPr>
      <w:r>
        <w:t>您好！欢迎来到中国首都北京！抵达北京的机场或火车站后，司机会在出口处迎接您，随后送您前往位于北京市中心的精选酒店。当天剩余时间由您自由安排，您可以好好休息、调整时差，也可以在酒店周边自行逛逛。</w:t>
      </w:r>
    </w:p>
    <w:p>
      <w:pPr>
        <w:widowControl/>
      </w:pPr>
      <w:r>
        <w:t>抵达方式建议：</w:t>
      </w:r>
    </w:p>
    <w:p>
      <w:pPr>
        <w:widowControl/>
      </w:pPr>
      <w:r>
        <w:t>北京的航空和高铁交通都很便利，有两个机场：北京大兴国际机场和北京首都国际机场，运营众多国际和国内航线。旅客可从中国大多数城市乘飞机前往北京，如香港、上海、广州、成都、西安、桂林、杭州、昆明、武汉、厦门、贵阳、重庆和兰州。此外，旅客也可乘坐高铁从西安（4-5小时）、上海（4.5-6小时）、郑州（2.5-3小时）、武汉（4-5小时）、哈尔滨（5-5.5小时）等地前往北京。</w:t>
      </w:r>
    </w:p>
    <w:p>
      <w:pPr>
        <w:widowControl/>
      </w:pPr>
      <w:r>
        <w:t>概述：抵达北京机场后接机，送往酒店并办理入住。</w:t>
      </w:r>
    </w:p>
    <w:p>
      <w:pPr>
        <w:widowControl/>
      </w:pPr>
      <w:r>
        <w:t>景点：今日自由探索</w:t>
      </w:r>
    </w:p>
    <w:p>
      <w:pPr>
        <w:widowControl/>
      </w:pPr>
      <w:r>
        <w:t>交通与活动：自行抵达北京；用车</w:t>
      </w:r>
    </w:p>
    <w:p>
      <w:pPr>
        <w:widowControl/>
      </w:pPr>
      <w:r>
        <w:t>住宿：舒适</w:t>
      </w:r>
    </w:p>
    <w:p>
      <w:pPr>
        <w:keepNext/>
        <w:widowControl/>
        <w:spacing w:before="240"/>
      </w:pPr>
      <w:r>
        <w:t>第2天 北京城市游：天安门广场、故宫、景山公园、颐和园</w:t>
      </w:r>
    </w:p>
    <w:p>
      <w:pPr>
        <w:widowControl/>
      </w:pPr>
      <w:r>
        <w:t>今天您将用一整天时间，通过中国著名的地标、皇家气派和园林，探索北京的古老城郭。</w:t>
      </w:r>
    </w:p>
    <w:p>
      <w:pPr>
        <w:widowControl/>
      </w:pPr>
      <w:r>
        <w:t>早餐后，导游将在酒店接您，然后前往天安门广场，这是世界上最大的公共广场，也是中国的象征。在过去的几十年里，它见证了中国历史上的许多重大事件，从这里您可以拍到天安门城楼的绝佳照片，每天都能在央视新闻中看到。</w:t>
      </w:r>
    </w:p>
    <w:p>
      <w:pPr>
        <w:widowControl/>
      </w:pPr>
      <w:r>
        <w:t>穿过广场，您将参观宏伟壮丽的故宫，这是世界上最大的宫殿建筑群，也是24位中国皇帝的前居所。故宫被列为联合国教科文组织世界遗产，拥有约500年历史，在明朝（1368-1644）和清朝（1644-1911）期间是中国的政治和礼仪中心。故宫拥有8700多个房间，不仅是中国最大、保存最完好的古建筑群，也是一座城中之城，就像罗马的梵蒂冈一样。从午门进入，沿着中轴线参观，确保您看到所有亮点。欣赏辉煌的建筑和众多古代珍宝，同时听导游讲述曾经住在这里的皇帝们的故事。之后，步行15分钟上景山公园，在那里您可以欣赏到现代北京和故宫红褐色屋顶的壮丽全景。（注意：需要走一些路，请穿舒适的鞋子。您可以根据自己的身体状况决定是否爬到山顶。）</w:t>
      </w:r>
    </w:p>
    <w:p>
      <w:pPr>
        <w:widowControl/>
      </w:pPr>
      <w:r>
        <w:t>下午，驱车前往颐和园，这是“皇家园林博物馆”，曾是皇室的避暑胜地。园内的寺庙、花园、亭台、湖泊、桥梁、城楼和长廊都是景观设计的奇迹。悠闲漫步，欣赏皇家建筑、山顶美景和美丽的湖泊，这里提供了进入中国传统山水画般景色的田园逃避。</w:t>
      </w:r>
    </w:p>
    <w:p>
      <w:pPr>
        <w:widowControl/>
      </w:pPr>
      <w:r>
        <w:t>（旅行提示：北京故宫周一闭馆。闭馆期间，您将改为参观天坛或恭王府。）</w:t>
      </w:r>
    </w:p>
    <w:p>
      <w:pPr>
        <w:widowControl/>
      </w:pPr>
      <w:r>
        <w:t>概述：北京一日游，包括天安门广场、故宫、景山公园和颐和园。（含早餐+午餐）</w:t>
      </w:r>
    </w:p>
    <w:p>
      <w:pPr>
        <w:widowControl/>
      </w:pPr>
      <w:r>
        <w:t>景点：3个标志性景点</w:t>
      </w:r>
    </w:p>
    <w:p>
      <w:pPr>
        <w:widowControl/>
      </w:pPr>
      <w:r>
        <w:t>交通与活动：车辆</w:t>
      </w:r>
    </w:p>
    <w:p>
      <w:pPr>
        <w:widowControl/>
      </w:pPr>
      <w:r>
        <w:t>用餐：早餐,午餐</w:t>
      </w:r>
    </w:p>
    <w:p>
      <w:pPr>
        <w:widowControl/>
      </w:pPr>
      <w:r>
        <w:t>住宿：舒适</w:t>
      </w:r>
    </w:p>
    <w:p>
      <w:pPr>
        <w:keepNext/>
        <w:widowControl/>
        <w:spacing w:before="240"/>
      </w:pPr>
      <w:r>
        <w:t>第3天 北京长城一日游：慕田峪长城，鸟巢和水立方外观</w:t>
      </w:r>
    </w:p>
    <w:p>
      <w:pPr>
        <w:widowControl/>
      </w:pPr>
      <w:r>
        <w:t>今天上午，您将前往北京西北方向（约1.5-2小时车程，73公里）的慕田峪长城。长城拥有超过2000年的历史，绵延3000多英里，横跨中国北方的多个省份，是地球上最令人印象深刻的古代杰作之一。慕田峪长城西接箭扣长城，东连古北口长城。慕田峪是长城最长且修复最完整的一段，游客较少，还以其23座明代敌楼和壮丽景色而闻名。乘坐缆车登上第14座敌楼，然后沿着长城西线徒步，享受难忘的时光。周围覆盖着苍松翠柏，蜿蜒的长城雄伟地矗立在广阔的土地上，您将捕捉到这一段最壮丽的自然风光。挑战自我，攀登至第20座敌楼，实现您的长城梦想。珍惜机会，尽情拍照吧！</w:t>
      </w:r>
    </w:p>
    <w:p>
      <w:pPr>
        <w:widowControl/>
      </w:pPr>
      <w:r>
        <w:t>在这段终身难忘的经历之后，返回北京市区，有机会与鸟巢（北京国家体育场）和水立方（北京国家游泳中心）的外观合影。它们都是为2008年北京奥运会设计，并用于2022年冬奥会。</w:t>
      </w:r>
    </w:p>
    <w:p>
      <w:pPr>
        <w:widowControl/>
      </w:pPr>
      <w:r>
        <w:t>之后，送您回酒店，今晚好好休息。</w:t>
      </w:r>
    </w:p>
    <w:p>
      <w:pPr>
        <w:widowControl/>
      </w:pPr>
      <w:r>
        <w:t>概述：乘坐缆车（往返）游览慕田峪长城，回程途中外观鸟巢和水立方。（含早餐+午餐）</w:t>
      </w:r>
    </w:p>
    <w:p>
      <w:pPr>
        <w:widowControl/>
      </w:pPr>
      <w:r>
        <w:t>景点：3个景点</w:t>
      </w:r>
    </w:p>
    <w:p>
      <w:pPr>
        <w:widowControl/>
      </w:pPr>
      <w:r>
        <w:t>交通与活动：乘车</w:t>
      </w:r>
    </w:p>
    <w:p>
      <w:pPr>
        <w:widowControl/>
      </w:pPr>
      <w:r>
        <w:t>用餐：早餐,午餐</w:t>
      </w:r>
    </w:p>
    <w:p>
      <w:pPr>
        <w:widowControl/>
      </w:pPr>
      <w:r>
        <w:t>住宿：舒适</w:t>
      </w:r>
    </w:p>
    <w:p>
      <w:pPr>
        <w:keepNext/>
        <w:widowControl/>
        <w:spacing w:before="240"/>
      </w:pPr>
      <w:r>
        <w:t>第4天 北京乘高铁至西安，大雁塔与回民街</w:t>
      </w:r>
    </w:p>
    <w:p>
      <w:pPr>
        <w:widowControl/>
      </w:pPr>
      <w:r>
        <w:t>早餐后，专车送您所在的团组前往火车站，搭乘高铁前往西安（约4.5-5.5小时）。欢迎来到西安，这座中国十三朝古都！抵达火车站后，司机会在出口处迎接您，随后送您前往西安的酒店。</w:t>
      </w:r>
    </w:p>
    <w:p>
      <w:pPr>
        <w:widowControl/>
      </w:pPr>
      <w:r>
        <w:t>下午，您将参观大雁塔，这是西安最具辨识度的地标之一，也是唐代辉煌的象征。这座七层宝塔矗立在宁静的大慈恩寺内，是中国唐代风格佛塔（方形而非圆形）的最佳典范之一。它建于公元652年，用于存放僧人玄奘从印度带回的佛经。玄奘的旅行启发了中国最著名的文学作品之一《西游记》。</w:t>
      </w:r>
    </w:p>
    <w:p>
      <w:pPr>
        <w:widowControl/>
      </w:pPr>
      <w:r>
        <w:t>随后，您将有机会探索充满活力、熙熙攘攘的回民街，这是西安最著名的街区之一。这片区域长约500米，是这座城市回族穆斯林社区的所在地。感受热闹的氛围，尤其是令人垂涎的街头美食。您可以品尝西安著名特色小吃，如肉夹馍、羊肉泡馍、biangbiang面和烤肉串。</w:t>
      </w:r>
    </w:p>
    <w:p>
      <w:pPr>
        <w:widowControl/>
      </w:pPr>
      <w:r>
        <w:t>概述：乘高铁离开北京抵达西安，火车站接站。参观大雁塔、回民街。（含早餐）</w:t>
      </w:r>
    </w:p>
    <w:p>
      <w:pPr>
        <w:widowControl/>
      </w:pPr>
      <w:r>
        <w:t>景点：2个景点</w:t>
      </w:r>
    </w:p>
    <w:p>
      <w:pPr>
        <w:widowControl/>
      </w:pPr>
      <w:r>
        <w:t>交通与活动：汽车、高铁</w:t>
      </w:r>
    </w:p>
    <w:p>
      <w:pPr>
        <w:widowControl/>
      </w:pPr>
      <w:r>
        <w:t>用餐：早餐</w:t>
      </w:r>
    </w:p>
    <w:p>
      <w:pPr>
        <w:widowControl/>
      </w:pPr>
      <w:r>
        <w:t>住宿：舒适</w:t>
      </w:r>
    </w:p>
    <w:p>
      <w:pPr>
        <w:keepNext/>
        <w:widowControl/>
        <w:spacing w:before="240"/>
      </w:pPr>
      <w:r>
        <w:t>第5天 西安城市游：兵马俑、古城墙、钟楼（或鼓楼）</w:t>
      </w:r>
    </w:p>
    <w:p>
      <w:pPr>
        <w:widowControl/>
      </w:pPr>
      <w:r>
        <w:t>早餐后，导游和司机将在您下榻的酒店接您。驱车约40公里（约1小时），前往探索世界最伟大的考古发现之一——兵马俑博物馆，这是中国第一位皇帝秦始皇为在地下保护自己而建造的。目前已发现约8000个栩栩如生、真人大小般的兵马俑。首先，参观最大、最气势恢宏的一号坑，据信其中包含超过6000件陶制士兵和马匹。您会惊叹于这支由数千个真人大小陶俑组成的地下军队，静静地矗立守卫着皇帝。同时，还会赞叹中国古代工匠精湛绝伦的艺术技艺。接下来，前往另一个俑坑，在那里您可以看到约1300件武士和战马。考察古代军阵，包括跪射俑和立射俑、战车阵列以及众多手持武器的士兵。</w:t>
      </w:r>
    </w:p>
    <w:p>
      <w:pPr>
        <w:widowControl/>
      </w:pPr>
      <w:r>
        <w:t>午餐后，前往参观古城墙，也被称为西安城墙，是中国最古老、规模最大、保存最完好的城墙之一。您可以从容地在城墙上漫步，欣赏其内外墙、敌楼和护城河，同时饱览现代西安的全景。在那里，您还将参观令人叹为观止的钟楼（或鼓楼），这座可追溯至600年前的明代地标，在灯光映衬下璀璨夺目，为拍摄展现西安古今交融的绝美照片营造出迷人背景。傍晚，您还有机会游览热闹的钟鼓楼广场（Zhongulou Square），让您像当地人一样沉浸在西安充满活力的夜生活中。</w:t>
      </w:r>
    </w:p>
    <w:p>
      <w:pPr>
        <w:widowControl/>
      </w:pPr>
      <w:r>
        <w:t>概述：西安历史之旅，包含兵马俑、古城墙和钟楼（或鼓楼）。（含早餐+午餐）</w:t>
      </w:r>
    </w:p>
    <w:p>
      <w:pPr>
        <w:widowControl/>
      </w:pPr>
      <w:r>
        <w:t>景点：3个景点</w:t>
      </w:r>
    </w:p>
    <w:p>
      <w:pPr>
        <w:widowControl/>
      </w:pPr>
      <w:r>
        <w:t>交通与活动：乘车</w:t>
      </w:r>
    </w:p>
    <w:p>
      <w:pPr>
        <w:widowControl/>
      </w:pPr>
      <w:r>
        <w:t>用餐：早餐,午餐</w:t>
      </w:r>
    </w:p>
    <w:p>
      <w:pPr>
        <w:widowControl/>
      </w:pPr>
      <w:r>
        <w:t>住宿：舒适</w:t>
      </w:r>
    </w:p>
    <w:p>
      <w:pPr>
        <w:keepNext/>
        <w:widowControl/>
        <w:spacing w:before="240"/>
      </w:pPr>
      <w:r>
        <w:t>第6天 西安至上海（乘飞机或高铁）</w:t>
      </w:r>
    </w:p>
    <w:p>
      <w:pPr>
        <w:widowControl/>
      </w:pPr>
      <w:r>
        <w:t>早餐后，司机将在您入住的西安酒店与您会合，送您前往上海。</w:t>
      </w:r>
    </w:p>
    <w:p>
      <w:pPr>
        <w:widowControl/>
      </w:pPr>
      <w:r>
        <w:t>交通提示：</w:t>
      </w:r>
    </w:p>
    <w:p>
      <w:pPr>
        <w:widowControl/>
      </w:pPr>
      <w:r>
        <w:t>高铁：约6至8小时。</w:t>
      </w:r>
    </w:p>
    <w:p>
      <w:pPr>
        <w:widowControl/>
      </w:pPr>
      <w:r>
        <w:t>飞机：约2小时。</w:t>
      </w:r>
    </w:p>
    <w:p>
      <w:pPr>
        <w:widowControl/>
      </w:pPr>
      <w:r>
        <w:t>请注意：为确保团队行程衔接顺畅，西安至上海的交通将由我们的运营团队统一协调安排，采用飞机或高铁，具体视资源情况而定。最终确定的交通方式及出发时间将在行程出发前发送给您。</w:t>
      </w:r>
    </w:p>
    <w:p>
      <w:pPr>
        <w:widowControl/>
      </w:pPr>
      <w:r>
        <w:t>欢迎来到上海，中国最具国际化气息、最充满活力的城市！抵达后，司机将在机场或火车站出口与您会合，送您前往上海市中心的酒店。办理入住后，当天剩余时间您可自由活动，自行探索。</w:t>
      </w:r>
    </w:p>
    <w:p>
      <w:pPr>
        <w:widowControl/>
      </w:pPr>
      <w:r>
        <w:t>概述：从西安前往上海，接机/接站并入住酒店。（含早餐）</w:t>
      </w:r>
    </w:p>
    <w:p>
      <w:pPr>
        <w:widowControl/>
      </w:pPr>
      <w:r>
        <w:t>景点：自行探索</w:t>
      </w:r>
    </w:p>
    <w:p>
      <w:pPr>
        <w:widowControl/>
      </w:pPr>
      <w:r>
        <w:t>交通与活动：用车、飞机</w:t>
      </w:r>
    </w:p>
    <w:p>
      <w:pPr>
        <w:widowControl/>
      </w:pPr>
      <w:r>
        <w:t>用餐：早餐</w:t>
      </w:r>
    </w:p>
    <w:p>
      <w:pPr>
        <w:widowControl/>
      </w:pPr>
      <w:r>
        <w:t>住宿：舒适</w:t>
      </w:r>
    </w:p>
    <w:p>
      <w:pPr>
        <w:keepNext/>
        <w:widowControl/>
        <w:spacing w:before="240"/>
      </w:pPr>
      <w:r>
        <w:t>第7天 上海城市游：上海中心大厦、上海博物馆、豫园及豫园商城、南京路和外滩</w:t>
      </w:r>
    </w:p>
    <w:p>
      <w:pPr>
        <w:widowControl/>
      </w:pPr>
      <w:r>
        <w:t>今天，您所在团队将有一整天时间体验“东方巴黎”东西方交融的魅力。探索精彩的博物馆、古典园林、充满未来感的摩天大楼和令人惊叹的建筑——都汇聚在这座充满活力的城市。</w:t>
      </w:r>
    </w:p>
    <w:p>
      <w:pPr>
        <w:widowControl/>
      </w:pPr>
      <w:r>
        <w:t>首先，前往浦东陆家嘴金融区，这里有三座标志性摩天大楼。上海中心大厦是中国最高、世界第二高的建筑，高632米（2073英尺），从底部到顶部呈120度扭转，造型醒目。乘坐世界上最快的电梯（时速64公里）登上位于第118层、离地546米的“上海之巅”观光厅。欣赏城市360度全景，金茂大厦和上海环球金融中心就在下方。</w:t>
      </w:r>
    </w:p>
    <w:p>
      <w:pPr>
        <w:widowControl/>
      </w:pPr>
      <w:r>
        <w:t>随后，参观上海博物馆（东馆），这是世界上最优秀的中国古代艺术博物馆之一。其简洁现代的设计灵感来自中国传统玉璧。馆内可参观青铜器、陶瓷、书法、绘画、玉器、家具、钱币和雕塑等展馆。不要错过标志性珍品，如大克鼎，一件有3000年历史的青铜器，与子龙鼎和晋侯稣钟一同展出——这是青铜器馆难得的亮点。还可欣赏传奇的越王勾践剑，古代工艺的杰作。</w:t>
      </w:r>
    </w:p>
    <w:p>
      <w:pPr>
        <w:widowControl/>
      </w:pPr>
      <w:r>
        <w:t>接下来，参观豫园，上海最著名的古典园林，隐藏在市中心。漫步于雅致的亭台楼阁、假山和荷花池之间，欣赏精美的雕刻和传统建筑。园外，豫园商城有当地小吃、纪念品和手工艺品。</w:t>
      </w:r>
    </w:p>
    <w:p>
      <w:pPr>
        <w:widowControl/>
      </w:pPr>
      <w:r>
        <w:t>下午，沿着南京路步行街漫步，两旁遍布全球品牌、咖啡馆和历史建筑。最后来到外滩，上海最值得一看的地标。这里被称为“万国建筑博览”，拥有52座哥特式、巴洛克式和装饰艺术风格的宏伟建筑。从这里，可以欣赏黄浦江对岸浦东天际线的壮丽景色。</w:t>
      </w:r>
    </w:p>
    <w:p>
      <w:pPr>
        <w:widowControl/>
      </w:pPr>
      <w:r>
        <w:t>旅行须知：</w:t>
      </w:r>
    </w:p>
    <w:p>
      <w:pPr>
        <w:widowControl/>
      </w:pPr>
      <w:r>
        <w:t>豫园周一闭馆。如遇闭馆，我们可能改为参观城隍庙或法租界。</w:t>
      </w:r>
    </w:p>
    <w:p>
      <w:pPr>
        <w:widowControl/>
      </w:pPr>
      <w:r>
        <w:t>上海博物馆（东馆）周二闭馆。当天您将参观上海博物馆（人民广场馆）。如果人民广场馆无法进入，我们将安排其他城市景点。</w:t>
      </w:r>
    </w:p>
    <w:p>
      <w:pPr>
        <w:widowControl/>
      </w:pPr>
      <w:r>
        <w:t>概述：通过上海博物馆、豫园、豫园商城、南京路、外滩和上海中心大厦，探索上海的古老与现代。（含早餐+午餐）</w:t>
      </w:r>
    </w:p>
    <w:p>
      <w:pPr>
        <w:widowControl/>
      </w:pPr>
      <w:r>
        <w:t>景点：5个标志性景点</w:t>
      </w:r>
    </w:p>
    <w:p>
      <w:pPr>
        <w:widowControl/>
      </w:pPr>
      <w:r>
        <w:t>交通与活动：车辆</w:t>
      </w:r>
    </w:p>
    <w:p>
      <w:pPr>
        <w:widowControl/>
      </w:pPr>
      <w:r>
        <w:t>用餐：早餐,午餐</w:t>
      </w:r>
    </w:p>
    <w:p>
      <w:pPr>
        <w:widowControl/>
      </w:pPr>
      <w:r>
        <w:t>住宿：舒适</w:t>
      </w:r>
    </w:p>
    <w:p>
      <w:pPr>
        <w:keepNext/>
        <w:widowControl/>
        <w:spacing w:before="240"/>
      </w:pPr>
      <w:r>
        <w:t>第8天 上海飞往大阪：机场接送并前往京都</w:t>
      </w:r>
    </w:p>
    <w:p>
      <w:pPr>
        <w:widowControl/>
      </w:pPr>
      <w:r>
        <w:t>您将在上海有一些自由活动时间，可自行探索，之后会送您前往机场，搭乘航班飞往大阪。</w:t>
      </w:r>
    </w:p>
    <w:p>
      <w:pPr>
        <w:widowControl/>
      </w:pPr>
      <w:r>
        <w:t>你好（こんにちは）！欢迎来到日本大阪！抵达机场后，将从关西国际机场（KIX）送您前往京都的指定酒店。京都的住宿安排在一家位置便利的4星级酒店。</w:t>
      </w:r>
    </w:p>
    <w:p>
      <w:pPr>
        <w:widowControl/>
      </w:pPr>
      <w:r>
        <w:t>京都位于日本的关西地区，曾是日本的首都。这里集中体现了古代日本的风貌，以宁静的寺庙、精美的庭园、色彩缤纷的神社、宏伟的皇家宫殿和华丽的城堡而闻名。京都拥有17处联合国教科文组织世界遗产、1000多座佛教寺庙和400多座神道教神社，是全球文化最丰富的城市之一。这里也以日本传统艺术和习俗闻名，例如茶道、怀石料理（一种传统的多道菜餐食）和花道（插花）。这里仍是观赏艺伎的最佳地点之一；艺伎是传统的日本女性表演者，以在艺术、音乐、舞蹈和交谈方面的精湛技艺而著称。</w:t>
      </w:r>
    </w:p>
    <w:p>
      <w:pPr>
        <w:widowControl/>
      </w:pPr>
      <w:r>
        <w:t>概述：机场接送 + 前往京都（含早餐）</w:t>
      </w:r>
    </w:p>
    <w:p>
      <w:pPr>
        <w:widowControl/>
      </w:pPr>
      <w:r>
        <w:t>景点：0个景点</w:t>
      </w:r>
    </w:p>
    <w:p>
      <w:pPr>
        <w:widowControl/>
      </w:pPr>
      <w:r>
        <w:t>交通与活动：车辆</w:t>
      </w:r>
    </w:p>
    <w:p>
      <w:pPr>
        <w:widowControl/>
      </w:pPr>
      <w:r>
        <w:t>用餐：早餐</w:t>
      </w:r>
    </w:p>
    <w:p>
      <w:pPr>
        <w:widowControl/>
      </w:pPr>
      <w:r>
        <w:t>住宿：舒适</w:t>
      </w:r>
    </w:p>
    <w:p>
      <w:pPr>
        <w:keepNext/>
        <w:widowControl/>
        <w:spacing w:before="240"/>
      </w:pPr>
      <w:r>
        <w:t>第9天 京都半日游：金阁寺与二条城</w:t>
      </w:r>
    </w:p>
    <w:p>
      <w:pPr>
        <w:widowControl/>
      </w:pPr>
      <w:r>
        <w:t>早餐后，上午您可以自由活动，自行探索京都。京都团体游将于下午开始。</w:t>
      </w:r>
    </w:p>
    <w:p>
      <w:pPr>
        <w:widowControl/>
      </w:pPr>
      <w:r>
        <w:t>下午，导游和司机将到酒店接您，团队将参观京都最具代表性的景点之一——金阁寺（Golden Pavilion），这是一处联合国教科文组织世界遗产。这座禅宗佛教寺庙以其引人注目的金色外观而闻名。寺庙最上面两层完全覆盖着金箔，呈现出令人惊艳的视觉效果。金色建筑在前方池塘中的倒影波光粼粼，非常适合拍照，也适合静心感受。它最初建于1397年，是足利义满将军的退休别墅。义满去世后，按照他的遗嘱，其子将别墅改为禅寺。</w:t>
      </w:r>
    </w:p>
    <w:p>
      <w:pPr>
        <w:widowControl/>
      </w:pPr>
      <w:r>
        <w:t>接下来前往二条城，另一处联合国教科文组织世界遗产，进一步了解日本的封建历史。二条城建于1603年，是江户时代第一代将军德川家康的京都住所，其广阔的庭院和华丽的建筑彰显了江户时代（1603-1867）统治武士家族的权力与财富。</w:t>
      </w:r>
    </w:p>
    <w:p>
      <w:pPr>
        <w:widowControl/>
      </w:pPr>
      <w:r>
        <w:t>城堡有两圈同心防御工事，每圈由一道墙和一条宽阔的护城河组成。穿过宏伟的唐门后，您将进入二之丸御殿，它分为五栋建筑，内有众多房间。内部装饰着狩野派大师级的画作，反映了那个时代的文化与艺术遗产。城堡以其“夜莺地板”而闻名（每走一步都会发出吱吱声，使入侵者难以安静移动），这是为防范入侵者而设计的安全措施。不要错过精美的二之丸庭园，它由茶道大师兼景观设计师小堀远州设计。</w:t>
      </w:r>
    </w:p>
    <w:p>
      <w:pPr>
        <w:widowControl/>
      </w:pPr>
      <w:r>
        <w:t>游览结束后，将送您前往京都的4星级酒店。好好休息！</w:t>
      </w:r>
    </w:p>
    <w:p>
      <w:pPr>
        <w:widowControl/>
      </w:pPr>
      <w:r>
        <w:t>概述：享受半日游，参观金阁寺和二条城。（含早餐）</w:t>
      </w:r>
    </w:p>
    <w:p>
      <w:pPr>
        <w:widowControl/>
      </w:pPr>
      <w:r>
        <w:t>景点：2个景点</w:t>
      </w:r>
    </w:p>
    <w:p>
      <w:pPr>
        <w:widowControl/>
      </w:pPr>
      <w:r>
        <w:t>交通与活动：车辆</w:t>
      </w:r>
    </w:p>
    <w:p>
      <w:pPr>
        <w:widowControl/>
      </w:pPr>
      <w:r>
        <w:t>用餐：早餐</w:t>
      </w:r>
    </w:p>
    <w:p>
      <w:pPr>
        <w:widowControl/>
      </w:pPr>
      <w:r>
        <w:t>住宿：舒适</w:t>
      </w:r>
    </w:p>
    <w:p>
      <w:pPr>
        <w:keepNext/>
        <w:widowControl/>
        <w:spacing w:before="240"/>
      </w:pPr>
      <w:r>
        <w:t>第10天 京都团队游：伏见稻荷大社、清水寺、二年坂和三年坂、八坂神社、祇园</w:t>
      </w:r>
    </w:p>
    <w:p>
      <w:pPr>
        <w:widowControl/>
      </w:pPr>
      <w:r>
        <w:t>京都曾是日本的首都，是古代日本的缩影。京都拥有17处联合国教科文组织世界遗产、1000多座佛教寺庙和400多座神社，是全球文化最丰富的城市之一。京都以茶道、怀石料理和花道等传统艺术闻名，也是观赏艺伎的最佳地点之一。</w:t>
      </w:r>
    </w:p>
    <w:p>
      <w:pPr>
        <w:widowControl/>
      </w:pPr>
      <w:r>
        <w:t>早餐后，您的团队将在京都展开一整天的探索。清晨早早出发，前往京都最具标志性的景点之一——伏见稻荷大社，以避开人群。</w:t>
      </w:r>
    </w:p>
    <w:p>
      <w:pPr>
        <w:widowControl/>
      </w:pPr>
      <w:r>
        <w:t>伏见稻荷大社以其数千座朱红色鸟居而闻名，被称为“千本鸟居”。层层叠叠的朱红色鸟居排列在郁郁葱葱、树木繁茂的山坡上，形成了一条看似无尽的走廊。鲜艳的橙色和黑色鸟居与周围的绿树形成美丽的对比，营造出一条视觉上令人惊叹、几乎超凡脱俗的小径，非常适合拍照。</w:t>
      </w:r>
    </w:p>
    <w:p>
      <w:pPr>
        <w:widowControl/>
      </w:pPr>
      <w:r>
        <w:t>伏见稻荷大社建于8世纪初（公元711年），主要供奉稻荷神，即神道中的稻米、生育、清酒、农业和工业之神。在探索神社时，您会遇到数百尊狐狸雕像。据说它们是稻荷神的使者，与谷物有关，这些狐狸雕像通常象征着这位神明。许多狐狸雕像嘴里叼着钥匙，据说可以打开粮仓。</w:t>
      </w:r>
    </w:p>
    <w:p>
      <w:pPr>
        <w:widowControl/>
      </w:pPr>
      <w:r>
        <w:t>提示：徒步到山顶再返回需要两到三个小时，但许多人只走到四辻路口，因为过了这里鸟居就少了。到达四辻需要30到40分钟。</w:t>
      </w:r>
    </w:p>
    <w:p>
      <w:pPr>
        <w:widowControl/>
      </w:pPr>
      <w:r>
        <w:t>接下来，参观清水寺，这是一处联合国教科文组织世界遗产。这座寺庙坐落于京都东部的山坡上，以其悬空的木制舞台而闻名，可以俯瞰城市和周边自然风光的壮丽景色。寺庙的主殿完全不用钉子建造，是建筑奇迹。清水寺还以其圣水而闻名，据说有许愿的力量，吸引无数游客前来饮用。不要错过本堂、地主神社、音羽瀑布，以及胎内巡游房间的精神体验。</w:t>
      </w:r>
    </w:p>
    <w:p>
      <w:pPr>
        <w:widowControl/>
      </w:pPr>
      <w:r>
        <w:t>提示：清水寺的景色在每个季节都别具美丽，全年都有独特的魅力。春天，山上点缀着迷人的樱花；夏天，绿意盎然；秋天，红叶绚烂；冬天，树木银装素裹。</w:t>
      </w:r>
    </w:p>
    <w:p>
      <w:pPr>
        <w:widowControl/>
      </w:pPr>
      <w:r>
        <w:t>然后，漫步在保存完好的二年坂和三年坂街道上。这些迷人的斜坡街道两旁排列着传统商店和古雅的茶屋，让人怀旧地一瞥京都的过去。当您在这些区域漫步时，可以购买独特的手工艺品，品尝当地小吃，或许还可以在咖啡馆停下来放松，沉浸在老京都的氛围中。</w:t>
      </w:r>
    </w:p>
    <w:p>
      <w:pPr>
        <w:widowControl/>
      </w:pPr>
      <w:r>
        <w:t>继续前往八坂神社，这是祇园艺能区的守护神社，已有超过1350年的历史。八坂神社尤其受寻求美丽和财富的人青睐。参观这座京都重要的神社，您也可能获得一些好运。神社最著名的是7月的祇园祭，期间您可以目睹神轿队伍穿过城市街道。</w:t>
      </w:r>
    </w:p>
    <w:p>
      <w:pPr>
        <w:widowControl/>
      </w:pPr>
      <w:r>
        <w:t>神社旁边是京都著名的艺伎区祇园。在这里，您可能会瞥见穿着华丽和服和传统妆容的艺伎（艺子）。当您漫步在祇园的石板街道上时，花点时间欣赏保存完好的町屋（木制联排别墅）、茶屋和独家料亭（传统日本餐厅）。祇园在黄昏时分尤其迷人，灯笼点亮，艺伎和舞伎（艺伎学徒）前往晚间约会，使狭窄的小巷充满生机。</w:t>
      </w:r>
    </w:p>
    <w:p>
      <w:pPr>
        <w:widowControl/>
      </w:pPr>
      <w:r>
        <w:t>游览结束后，您的团队将被送回酒店。</w:t>
      </w:r>
    </w:p>
    <w:p>
      <w:pPr>
        <w:widowControl/>
      </w:pPr>
      <w:r>
        <w:t>概述：参加团队游探索京都，包括参观伏见稻荷大社、清水寺、二年坂和三年坂街道、八坂神社以及历史悠久的祇园区。（含早餐）</w:t>
      </w:r>
    </w:p>
    <w:p>
      <w:pPr>
        <w:widowControl/>
      </w:pPr>
      <w:r>
        <w:t>景点：6个景点</w:t>
      </w:r>
    </w:p>
    <w:p>
      <w:pPr>
        <w:widowControl/>
      </w:pPr>
      <w:r>
        <w:t>交通与活动：车辆</w:t>
      </w:r>
    </w:p>
    <w:p>
      <w:pPr>
        <w:widowControl/>
      </w:pPr>
      <w:r>
        <w:t>用餐：早餐</w:t>
      </w:r>
    </w:p>
    <w:p>
      <w:pPr>
        <w:widowControl/>
      </w:pPr>
      <w:r>
        <w:t>住宿：舒适</w:t>
      </w:r>
    </w:p>
    <w:p>
      <w:pPr>
        <w:keepNext/>
        <w:widowControl/>
        <w:spacing w:before="240"/>
      </w:pPr>
      <w:r>
        <w:t>第11天 京都 - 奈良 - 大阪｜东大寺、奈良公园、春日大社、大阪城公园、心斋桥筋商店街</w:t>
      </w:r>
    </w:p>
    <w:p>
      <w:pPr>
        <w:widowControl/>
      </w:pPr>
      <w:r>
        <w:t>今天上午，您的团队将从京都出发前往奈良，车程约1.5小时。在京都成为首都之前，奈良是日本第一个永久首都，也是日本最值得游览的目的地之一。奈良拥有8处世界文化遗产，是日本文化底蕴仅次于京都的城市。</w:t>
      </w:r>
    </w:p>
    <w:p>
      <w:pPr>
        <w:widowControl/>
      </w:pPr>
      <w:r>
        <w:t>参观东大寺，这是日本历史上最重要的寺庙之一，也是联合国教科文组织世界遗产。它因供奉着世界上最大的青铜毗卢遮那佛像而闻名，佛像高逾16米，由437吨青铜和130公斤黄金制成，代表毗卢遮那佛，两侧各有一尊菩萨。东大寺的主殿大佛殿是世界上最大的全木结构建筑之一，尽管现在的建筑是1692年重建的，仅为原寺庙大殿的三分之二大小。</w:t>
      </w:r>
    </w:p>
    <w:p>
      <w:pPr>
        <w:widowControl/>
      </w:pPr>
      <w:r>
        <w:t>步行至奈良公园，毗邻春日大社。这个公园以数百只自由漫步的鹿而闻名，在神道教传统中它们被视为神的使者。您可以购买一些鹿仙贝喂鹿，同时漫步公园。</w:t>
      </w:r>
    </w:p>
    <w:p>
      <w:pPr>
        <w:widowControl/>
      </w:pPr>
      <w:r>
        <w:t>前往春日大社，奈良最著名的神道教神社，也是另一处联合国教科文组织世界遗产。它以其灯笼而闻名，这些灯笼由信徒捐赠。建筑物上悬挂着数百盏青铜灯笼，而数千盏石灯笼则排列在参道和周围的树林中。这些灯笼每年在2月和8月的灯笼节期间点亮两次，营造出空灵而迷人的氛围。</w:t>
      </w:r>
    </w:p>
    <w:p>
      <w:pPr>
        <w:widowControl/>
      </w:pPr>
      <w:r>
        <w:t>游览结束后，驱车前往大阪（通常需要约45分钟至1小时）。大阪是日本第三大城市和主要经济中心，以其丰富的历史、多样的美食、独特的文化和强大的经济实力而闻名。这座城市独特的幽默感和开放包容的性格使其成为一个格外有趣的地方，比大多数城市更加丰富多彩。大片混凝土建筑上覆盖着耀眼的霓虹灯和色彩鲜艳的店面。大阪是一座热爱美食的城市，被称为“国家的厨房”，拥有各种各样的美食。</w:t>
      </w:r>
    </w:p>
    <w:p>
      <w:pPr>
        <w:widowControl/>
      </w:pPr>
      <w:r>
        <w:t>今天下午，参观大阪城公园，这是日本最著名的地标之一，也是大阪历史辉煌的象征。它最初由丰臣秀吉于1583年建造，这位强大的大名旨在统一日本，它是当时最大的城堡。经过多次翻修和重建，今天的大阪城已转变为一座开放公园，总面积105.6公顷，是必游景点。</w:t>
      </w:r>
    </w:p>
    <w:p>
      <w:pPr>
        <w:widowControl/>
      </w:pPr>
      <w:r>
        <w:t>走进大阪城景区，您会惊叹于护城河、城门和石墙的庞大规模和精确度。最大的石板宽11米，许多石头上刻有1620年负责建造城堡的64位大名（封建领主）的家纹。远眺大阪城的主塔（天守阁），它高耸于广阔城堡场地的中心，直指天空。花些时间漫步西之丸庭园，那里有超过600棵樱花树，从下方可欣赏到城堡塔楼的美丽景色。这在樱花季节尤其迷人，通常在3月底和/或4月初。</w:t>
      </w:r>
    </w:p>
    <w:p>
      <w:pPr>
        <w:widowControl/>
      </w:pPr>
      <w:r>
        <w:t>最后，在心斋桥筋商店街享受购物，这是大阪最繁忙的购物拱廊。然后，前往热闹的道顿堀地区，水道两旁排列着明亮的广告和招牌。在节日期间尤其闪耀，桥梁上挂满装饰。这里遍布着出色的餐厅、俱乐部和卡拉OK酒吧，是城市娱乐的首选区域。在高利康跑者标志处拍照。尝试章鱼烧、串炸（日式油炸肉和蔬菜串）以及大阪烧，一种美味的日式煎饼，可随心添加配料。</w:t>
      </w:r>
    </w:p>
    <w:p>
      <w:pPr>
        <w:widowControl/>
      </w:pPr>
      <w:r>
        <w:t>自由活动建议：参观新世界，一个以怀旧氛围闻名的老街区，让人想起昭和时代。通天阁是该地区的标志性地标。它的灵感来自巴黎和纽约等城市。从现代角度看，这座100米高的铁塔可能不算特别高，但作为进步和创新的象征，它在当地历史中占有重要地位。参观新世界就像时光倒流，既有往昔的魅力，又有现代都市文化的兴奋。</w:t>
      </w:r>
    </w:p>
    <w:p>
      <w:pPr>
        <w:widowControl/>
      </w:pPr>
      <w:r>
        <w:t>游览结束后，您的团队将被送往大阪的4星级酒店。</w:t>
      </w:r>
    </w:p>
    <w:p>
      <w:pPr>
        <w:widowControl/>
      </w:pPr>
      <w:r>
        <w:t>概述：从京都前往奈良，然后前往大阪，参观东大寺、奈良公园、春日大社、大阪城公园和心斋桥筋商店街。（含早餐）</w:t>
      </w:r>
    </w:p>
    <w:p>
      <w:pPr>
        <w:widowControl/>
      </w:pPr>
      <w:r>
        <w:t>景点：5个景点</w:t>
      </w:r>
    </w:p>
    <w:p>
      <w:pPr>
        <w:widowControl/>
      </w:pPr>
      <w:r>
        <w:t>交通与活动：车辆</w:t>
      </w:r>
    </w:p>
    <w:p>
      <w:pPr>
        <w:widowControl/>
      </w:pPr>
      <w:r>
        <w:t>用餐：早餐</w:t>
      </w:r>
    </w:p>
    <w:p>
      <w:pPr>
        <w:widowControl/>
      </w:pPr>
      <w:r>
        <w:t>住宿：舒适</w:t>
      </w:r>
    </w:p>
    <w:p>
      <w:pPr>
        <w:keepNext/>
        <w:widowControl/>
        <w:spacing w:before="240"/>
      </w:pPr>
      <w:r>
        <w:t>第12天 大阪—广岛—大阪新干线之旅：广岛和平纪念公园（原子弹爆炸圆顶屋）与严岛神社</w:t>
      </w:r>
    </w:p>
    <w:p>
      <w:pPr>
        <w:widowControl/>
      </w:pPr>
      <w:r>
        <w:t>今天，您的团队将前往广岛。请早点出发，导游会到大阪的酒店接您。导游将协助您在火车站登上新干线（子弹头列车），并陪同您前往广岛。</w:t>
      </w:r>
    </w:p>
    <w:p>
      <w:pPr>
        <w:widowControl/>
      </w:pPr>
      <w:r>
        <w:t>关于大阪与广岛之间的交通：</w:t>
      </w:r>
    </w:p>
    <w:p>
      <w:pPr>
        <w:widowControl/>
      </w:pPr>
      <w:r>
        <w:t>距离：大阪与广岛之间的距离约为300公里。乘坐新干线（子弹头列车）大约需要1.5至2小时，而驾车则需要4至5小时。对于往返行程，新干线是您团队最高效的选择。</w:t>
      </w:r>
    </w:p>
    <w:p>
      <w:pPr>
        <w:widowControl/>
      </w:pPr>
      <w:r>
        <w:t>导游陪同：为优化时间和成本，我们将安排导游陪同您乘坐新干线往返于两座城市之间。</w:t>
      </w:r>
    </w:p>
    <w:p>
      <w:pPr>
        <w:widowControl/>
      </w:pPr>
      <w:r>
        <w:t>酒店到大阪站：从酒店到大阪站的交通，如果您的团队人数超过8人，将安排私家车接送。否则，导游将陪同您体验当地公共交通。</w:t>
      </w:r>
    </w:p>
    <w:p>
      <w:pPr>
        <w:widowControl/>
      </w:pPr>
      <w:r>
        <w:t>广岛站到景点：抵达广岛火车站后，导游将带您乘坐当地公共交通游览广岛。</w:t>
      </w:r>
    </w:p>
    <w:p>
      <w:pPr>
        <w:widowControl/>
      </w:pPr>
      <w:r>
        <w:t>广岛是一座现代化的城市，以宽阔的林荫大道、蜿蜒的河流和繁华的市中心为特色。虽然广岛最为人所知的是在二战末期遭受原子弹袭击，但这座城市并没有被这段悲惨的历史所定义。相反，它一直倡导和平与理解。</w:t>
      </w:r>
    </w:p>
    <w:p>
      <w:pPr>
        <w:widowControl/>
      </w:pPr>
      <w:r>
        <w:t>您的第一站是广岛和平纪念公园。该公园旨在纪念1945年原子弹爆炸的受害者，是对战争代价的沉痛提醒。广岛和平纪念公园内有许多纪念碑和标志性的原子弹爆炸圆顶屋。</w:t>
      </w:r>
    </w:p>
    <w:p>
      <w:pPr>
        <w:widowControl/>
      </w:pPr>
      <w:r>
        <w:t>原子弹爆炸圆顶屋，正式名称为广岛和平纪念碑，是广岛和平纪念公园内最具标志性的建筑之一。它最初是广岛县产业奖励馆，以其独特的欧式圆顶而闻名。1945年8月6日，它遭到原子弹袭击，圆顶位于炸弹爆心正下方，距地面约160米。尽管周围地区几乎被摧毁，但建筑结构的一部分奇迹般地幸存下来，直接见证了原子弹的破坏力。1996年，原子弹爆炸圆顶屋被指定为联合国教科文组织世界遗产，象征着和平，并作为对核战争的警告。</w:t>
      </w:r>
    </w:p>
    <w:p>
      <w:pPr>
        <w:widowControl/>
      </w:pPr>
      <w:r>
        <w:t>探索广岛和平纪念博物馆，了解导致轰炸的事件、其对城市居民造成的毁灭性影响以及城市的战后恢复。博物馆的展品包括受害者的个人物品、照片和其他重要文物。</w:t>
      </w:r>
    </w:p>
    <w:p>
      <w:pPr>
        <w:widowControl/>
      </w:pPr>
      <w:r>
        <w:t>今天，如果时间允许，您可以游览宫岛，这是一个受人尊敬的圣地，以其令人叹为观止的风景和严岛神社著名的海上鸟居而闻名。在短途渡轮上，您将看到位于宫岛的著名严岛神社。涨潮时，它似乎漂浮在海上。它已被指定为联合国教科文组织世界遗产，是日本最著名的旅游景点之一。一定要站在甲板上，以便好好观赏从海中升起巨大的红色鸟居。</w:t>
      </w:r>
    </w:p>
    <w:p>
      <w:pPr>
        <w:widowControl/>
      </w:pPr>
      <w:r>
        <w:t>游览结束后，您将乘坐公共交通前往广岛站，与导游一起登上新干线返回大阪。抵达大阪站后，您将被送往大阪的酒店。（提示：所用车辆类型将取决于您的团队人数。）</w:t>
      </w:r>
    </w:p>
    <w:p>
      <w:pPr>
        <w:widowControl/>
      </w:pPr>
      <w:r>
        <w:t>入住大阪4星级酒店过夜。</w:t>
      </w:r>
    </w:p>
    <w:p>
      <w:pPr>
        <w:widowControl/>
      </w:pPr>
      <w:r>
        <w:t>概述：从大阪乘坐新干线前往广岛并返回大阪，参观广岛和平纪念公园（包括原子弹爆炸圆顶屋）和标志性的严岛神社。（含早餐）</w:t>
      </w:r>
    </w:p>
    <w:p>
      <w:pPr>
        <w:widowControl/>
      </w:pPr>
      <w:r>
        <w:t>景点：3个景点</w:t>
      </w:r>
    </w:p>
    <w:p>
      <w:pPr>
        <w:widowControl/>
      </w:pPr>
      <w:r>
        <w:t>交通与活动：新干线、车辆</w:t>
      </w:r>
    </w:p>
    <w:p>
      <w:pPr>
        <w:widowControl/>
      </w:pPr>
      <w:r>
        <w:t>用餐：早餐</w:t>
      </w:r>
    </w:p>
    <w:p>
      <w:pPr>
        <w:widowControl/>
      </w:pPr>
      <w:r>
        <w:t>住宿：舒适</w:t>
      </w:r>
    </w:p>
    <w:p>
      <w:pPr>
        <w:keepNext/>
        <w:widowControl/>
        <w:spacing w:before="240"/>
      </w:pPr>
      <w:r>
        <w:t>第13天 乘新干线从大阪到东京，随后前往您在东京的酒店</w:t>
      </w:r>
    </w:p>
    <w:p>
      <w:pPr>
        <w:widowControl/>
      </w:pPr>
      <w:r>
        <w:t>这一天，司机会到大阪的酒店接您一行人，然后送您前往火车站，搭乘新干线（子弹头列车）前往东京。</w:t>
      </w:r>
    </w:p>
    <w:p>
      <w:pPr>
        <w:widowControl/>
      </w:pPr>
      <w:r>
        <w:t>新干线乘车体验：在新大阪站，搭乘开往东京站的新干线（约2.5-3小时）。这趟旅程快速舒适，让您欣赏日本城市与乡村之间变换的风景。</w:t>
      </w:r>
    </w:p>
    <w:p>
      <w:pPr>
        <w:widowControl/>
      </w:pPr>
      <w:r>
        <w:t>抵达东京站后，我们的当地司机会与您一行人会合，随后送您前往东京的酒店。您将入住一家地理位置优越的4星级酒店。</w:t>
      </w:r>
    </w:p>
    <w:p>
      <w:pPr>
        <w:widowControl/>
      </w:pPr>
      <w:r>
        <w:t>东京是日本的首都，也是日本和亚洲最大的经济中心之一。东京是日本文化与艺术的枢纽，拥有众多博物馆、美术馆、剧院和文化场所，是艺术活动和文化交流的重要平台。东京也是科技进步的重要基地，孕育了众多高科技公司和创新人才，在电子、汽车和机器人技术等领域处于全球领先地位。</w:t>
      </w:r>
    </w:p>
    <w:p>
      <w:pPr>
        <w:widowControl/>
      </w:pPr>
      <w:r>
        <w:t>东京位于关东平原南端，周围环绕着包括富士山在内的多样自然景观，为居民提供了休闲和户外活动空间。东京都市圈的人口一度达到3600万，占日本总人口的三分之一。尽管生活成本高昂，东京仍为居民提供便利的生活条件，拥有众多购物中心、娱乐设施，以及从高级餐饮到街头小吃的丰富饮食文化。</w:t>
      </w:r>
    </w:p>
    <w:p>
      <w:pPr>
        <w:widowControl/>
      </w:pPr>
      <w:r>
        <w:t>概述：搭乘新干线从大阪前往东京。自由探索东京。</w:t>
      </w:r>
    </w:p>
    <w:p>
      <w:pPr>
        <w:widowControl/>
      </w:pPr>
      <w:r>
        <w:t>交通与活动：新干线，车辆</w:t>
      </w:r>
    </w:p>
    <w:p>
      <w:pPr>
        <w:widowControl/>
      </w:pPr>
      <w:r>
        <w:t>用餐：早餐</w:t>
      </w:r>
    </w:p>
    <w:p>
      <w:pPr>
        <w:widowControl/>
      </w:pPr>
      <w:r>
        <w:t>住宿：舒适</w:t>
      </w:r>
    </w:p>
    <w:p>
      <w:pPr>
        <w:keepNext/>
        <w:widowControl/>
        <w:spacing w:before="240"/>
      </w:pPr>
      <w:r>
        <w:t>第14天 东京至河口湖富士山一日游：新仓山浅间公园与河口湖游船</w:t>
      </w:r>
    </w:p>
    <w:p>
      <w:pPr>
        <w:widowControl/>
      </w:pPr>
      <w:r>
        <w:t>今天将进行一整天的往返行程，从河口湖欣赏富士山的壮丽景色。</w:t>
      </w:r>
    </w:p>
    <w:p>
      <w:pPr>
        <w:widowControl/>
      </w:pPr>
      <w:r>
        <w:t>富士山是日本最高的山峰，是一座著名的火山，拥有完美的对称锥形。对于任何来日本的旅行者来说，参观富士山都是必不可少的。作为联合国教科文组织世界遗产，富士山（3,776米）是日本的标志性象征，是文化和精神地标（在神道教中被认定为圣山），也是自然奇观。当想象富士山时，其独特的完美锥形和白雪覆盖的山顶可能会浮现在脑海中。其中最著名的描绘之一是葛饰北斋的《富岳三十六景》。北斋是“浮世绘三杰”之一，以其杰作《神奈川冲浪里》最为著名，该作品可以在1000日元纸币上看到。</w:t>
      </w:r>
    </w:p>
    <w:p>
      <w:pPr>
        <w:widowControl/>
      </w:pPr>
      <w:r>
        <w:t>从著名的新仓山浅间公园开始您的旅程，在这里您可以欣赏到五重塔与雄伟山脉背景相映成趣的壮丽景色。徒步约15-20分钟即可到达新仓山浅间神社，该神社供奉山神。神社周围环绕着美丽的花园，氛围宁静。在著名的红富士观景台欣赏绚丽景色并拍摄标志性照片。</w:t>
      </w:r>
    </w:p>
    <w:p>
      <w:pPr>
        <w:widowControl/>
      </w:pPr>
      <w:r>
        <w:t>接下来，前往河口湖，这是另一个悠闲观赏富士山的绝佳地点。湖水清澈见底，可欣赏到标志性山脉的壮丽景色和宁静的氛围。在宁静的水面上享受游船，欣赏富士山在河口湖中的迷人倒影。此外，您可以悠闲地漫步湖边，并根据自己的兴趣探索附近的公园、画廊和博物馆。</w:t>
      </w:r>
    </w:p>
    <w:p>
      <w:pPr>
        <w:widowControl/>
      </w:pPr>
      <w:r>
        <w:t>之后，返回东京过夜并好好休息。</w:t>
      </w:r>
    </w:p>
    <w:p>
      <w:pPr>
        <w:widowControl/>
      </w:pPr>
      <w:r>
        <w:t>注意事项：</w:t>
      </w:r>
    </w:p>
    <w:p>
      <w:pPr>
        <w:widowControl/>
      </w:pPr>
      <w:r>
        <w:t>这是一次漫长的一日游，如果游览超过8小时，将收取附加费（用于导游、司机和车辆）。</w:t>
      </w:r>
    </w:p>
    <w:p>
      <w:pPr>
        <w:widowControl/>
      </w:pPr>
      <w:r>
        <w:t>如果天气晴朗，您可以很好地欣赏富士山。但是，如果天气不佳，富士山可能不可见。</w:t>
      </w:r>
    </w:p>
    <w:p>
      <w:pPr>
        <w:widowControl/>
      </w:pPr>
      <w:r>
        <w:t>观赏富士山的最佳时间通常是12月至2月，此时天空更晴朗，山顶积雪。此外，4月至5月（樱花盛开）和10月至11月（秋叶）也是好时机。</w:t>
      </w:r>
    </w:p>
    <w:p>
      <w:pPr>
        <w:widowControl/>
      </w:pPr>
      <w:r>
        <w:t>清晨通常能提供最佳的能见度，之后云层会遮挡视线。富士山周围的不同地点提供不同的视角，有些地点以其清晰的视野而闻名。</w:t>
      </w:r>
    </w:p>
    <w:p>
      <w:pPr>
        <w:widowControl/>
      </w:pPr>
      <w:r>
        <w:t>概述：旅行以远距离欣赏富士山，参观新仓山浅间公园，并在河口湖上乘船游览，然后返回东京。（含早餐）</w:t>
      </w:r>
    </w:p>
    <w:p>
      <w:pPr>
        <w:widowControl/>
      </w:pPr>
      <w:r>
        <w:t>景点：2个景点</w:t>
      </w:r>
    </w:p>
    <w:p>
      <w:pPr>
        <w:widowControl/>
      </w:pPr>
      <w:r>
        <w:t>交通与活动：车辆</w:t>
      </w:r>
    </w:p>
    <w:p>
      <w:pPr>
        <w:widowControl/>
      </w:pPr>
      <w:r>
        <w:t>用餐：早餐</w:t>
      </w:r>
    </w:p>
    <w:p>
      <w:pPr>
        <w:widowControl/>
      </w:pPr>
      <w:r>
        <w:t>住宿：舒适</w:t>
      </w:r>
    </w:p>
    <w:p>
      <w:pPr>
        <w:keepNext/>
        <w:widowControl/>
        <w:spacing w:before="240"/>
      </w:pPr>
      <w:r>
        <w:t>第15天 东京游：明治神宫、涩谷十字路口、浅草寺、远眺东京晴空塔、筑地鱼市场</w:t>
      </w:r>
    </w:p>
    <w:p>
      <w:pPr>
        <w:widowControl/>
      </w:pPr>
      <w:r>
        <w:t>早餐后，导游和司机将在您下榻的酒店接您所在的团队。开始精彩的一天小团东京探索之旅！</w:t>
      </w:r>
    </w:p>
    <w:p>
      <w:pPr>
        <w:widowControl/>
      </w:pPr>
      <w:r>
        <w:t>首先参观明治神宫，这是一座供奉明治天皇（1852-1912）和昭宪皇太后（1849-1914）的神社。明治天皇在推动日本现代化进程中发挥了至关重要的作用，同时也擅长创作和歌（日本传统诗歌，共31个音节，按5-7-5-7-7的模式排列）。明治神宫也是举办传统婚礼的热门场所，您有机会目睹日本婚礼游行，体验日本传统文化的魅力。</w:t>
      </w:r>
    </w:p>
    <w:p>
      <w:pPr>
        <w:widowControl/>
      </w:pPr>
      <w:r>
        <w:t>明治神宫坐落于一片占地70公顷的宁静森林中，为喧嚣的城市提供了一处宁静的避风港。这片森林拥有超过10万棵树，这些树是在神社建造期间由日本各地捐赠的，以纪念敬爱的明治天皇（他将神道教确立为国教）和昭宪皇太后。</w:t>
      </w:r>
    </w:p>
    <w:p>
      <w:pPr>
        <w:widowControl/>
      </w:pPr>
      <w:r>
        <w:t>沿着小径漫步，享受清新的空气和自然美景。您将穿过日本最大的木制鸟居，它保持着天然木色，重达13吨。鸟居是神社的象征，标志着从世俗到神圣的过渡。随后，您会注意到南参道旁令人印象深刻的清酒桶墙，上面展示着来自日本各地酿酒厂和信徒的供品，包括清酒桶和西式酒桶，反映了明治天皇对西方文化的喜爱。</w:t>
      </w:r>
    </w:p>
    <w:p>
      <w:pPr>
        <w:widowControl/>
      </w:pPr>
      <w:r>
        <w:t>在明治神宫的正殿，您可以看到当地人在参拜前在手水舍洗手、漱口，以示尊敬。您可以像当地人一样投入5日元硬币（象征结缘）并祈祷祝福。在日本人眼中，明治神宫被认为具有无边的神力，从新生儿的命名仪式，到成人礼、毕业典礼、寻求姻缘、祈祷世界和平、家庭幸福、旅途平安、身体健康、消灾避祸等等。</w:t>
      </w:r>
    </w:p>
    <w:p>
      <w:pPr>
        <w:widowControl/>
      </w:pPr>
      <w:r>
        <w:t>除了感受日本神道教传统和建筑，还可以欣赏周围迷人的环境，这里有茂密的树木、宁静的池塘、优雅的桥梁和石径，体现了传统日本园林艺术的精髓。您应该来这里欣赏春天绚烂的樱花、夏天翠绿的美景、秋天火红的树叶和冬天宁静的雪景。</w:t>
      </w:r>
    </w:p>
    <w:p>
      <w:pPr>
        <w:widowControl/>
      </w:pPr>
      <w:r>
        <w:t>参观明治神宫小贴士：</w:t>
      </w:r>
    </w:p>
    <w:p>
      <w:pPr>
        <w:widowControl/>
      </w:pPr>
      <w:r>
        <w:t>穿着得体：请穿着合适的服装，以尊重神社的神圣性。</w:t>
      </w:r>
    </w:p>
    <w:p>
      <w:pPr>
        <w:widowControl/>
      </w:pPr>
      <w:r>
        <w:t>注意音量：保持安静和尊重的氛围。</w:t>
      </w:r>
    </w:p>
    <w:p>
      <w:pPr>
        <w:widowControl/>
      </w:pPr>
      <w:r>
        <w:t>内苑（可选；自费；曾是皇室财产）和明治神宫博物馆（可选；自费；展示皇室夫妇使用过的物品）。</w:t>
      </w:r>
    </w:p>
    <w:p>
      <w:pPr>
        <w:widowControl/>
      </w:pPr>
      <w:r>
        <w:t>然后，前往参观涩谷十字路口，这是世界上最繁忙的十字路口之一，每分钟大约有3000人通过。作为东京的标志性地点之一，涩谷吸引了来自世界各地的游客和摄影师前来观察和捕捉其精髓。许多电影、电视节目、广告和音乐视频都在这里拍摄，例如《速度与激情3：东京漂移》。</w:t>
      </w:r>
    </w:p>
    <w:p>
      <w:pPr>
        <w:widowControl/>
      </w:pPr>
      <w:r>
        <w:t>此外，如果您对忠犬八公的故事感兴趣，还可以参观他的铜像。这座八公铜像位于涩谷站外，是为了纪念八公的忠诚而建立的。它不仅是受欢迎的会面地点，也是游客必去的景点。这座雕像象征着忠诚和爱的力量，是一个感人的致敬。</w:t>
      </w:r>
    </w:p>
    <w:p>
      <w:pPr>
        <w:widowControl/>
      </w:pPr>
      <w:r>
        <w:t>下午，前往浅草寺（浅草观音寺），这是任何来东京旅行的人必去的地方。浅草寺是东京最古老、最著名的佛教寺庙之一，位于东京都台东区浅草。该寺供奉观音菩萨（观世音菩萨），即慈悲的菩萨。根据传说，公元628年，两位渔民从隅田川捞起一尊观音像，并决定建造一座寺庙来供奉它。浅草寺于公元645年竣工，此后成为东京的精神象征。</w:t>
      </w:r>
    </w:p>
    <w:p>
      <w:pPr>
        <w:widowControl/>
      </w:pPr>
      <w:r>
        <w:t>寺庙的入口以标志性的雷门为标志，有一个巨大的红灯笼和守护神雕像，象征着寺庙抵御恶灵的守护者。这个门是一个受欢迎的拍照地点，也是仲见世商店街的起点，这条热闹的购物街两旁排列着提供传统日本小吃、工艺品和纪念品的摊位，一直延伸到寺庙的第二道门宝藏门。</w:t>
      </w:r>
    </w:p>
    <w:p>
      <w:pPr>
        <w:widowControl/>
      </w:pPr>
      <w:r>
        <w:t>宝藏门后面是正殿，供奉观音，装饰精美，信徒们在此祈祷和参拜。正殿旁边是寺庙的五重塔，另一个引人注目的特征，代表了日本传统建筑风格，象征着佛教宇宙观的五大元素——地、水、火、风、空。</w:t>
      </w:r>
    </w:p>
    <w:p>
      <w:pPr>
        <w:widowControl/>
      </w:pPr>
      <w:r>
        <w:t>从浅草寺向南看，您可以拍摄晴空塔（日本最高的塔；634米）的照片。在这条街上，您可以看到古老建筑和现代摩天大楼并存，提供了传统与现代的视觉对比。</w:t>
      </w:r>
    </w:p>
    <w:p>
      <w:pPr>
        <w:widowControl/>
      </w:pPr>
      <w:r>
        <w:t>之后，您可以探索筑地鱼市场（现为丰洲市场）。筑地鱼市场曾经是世界上最大的鱼市场，以金枪鱼拍卖而闻名。然而，在2018年，它搬迁到了一个更大规模的新设施，称为丰洲市场。您仍然可以享用新鲜的海鲜（刺身、寿司或海鲜盖饭），购买厨具，并了解各种海鲜，包括不同种类海鲜的特点、烹饪方法和营养价值。</w:t>
      </w:r>
    </w:p>
    <w:p>
      <w:pPr>
        <w:widowControl/>
      </w:pPr>
      <w:r>
        <w:t>游览结束后，您的团队将被送回东京的酒店。</w:t>
      </w:r>
    </w:p>
    <w:p>
      <w:pPr>
        <w:widowControl/>
      </w:pPr>
      <w:r>
        <w:t>概述：在东京小团游中，参观明治神宫、涩谷十字路口、八公像、浅草寺，远眺东京晴空塔，并探索筑地鱼市场。（含早餐）</w:t>
      </w:r>
    </w:p>
    <w:p>
      <w:pPr>
        <w:widowControl/>
      </w:pPr>
      <w:r>
        <w:t>景点：4个景点</w:t>
      </w:r>
    </w:p>
    <w:p>
      <w:pPr>
        <w:widowControl/>
      </w:pPr>
      <w:r>
        <w:t>交通与活动：车辆</w:t>
      </w:r>
    </w:p>
    <w:p>
      <w:pPr>
        <w:widowControl/>
      </w:pPr>
      <w:r>
        <w:t>用餐：早餐</w:t>
      </w:r>
    </w:p>
    <w:p>
      <w:pPr>
        <w:widowControl/>
      </w:pPr>
      <w:r>
        <w:t>住宿：舒适</w:t>
      </w:r>
    </w:p>
    <w:p>
      <w:pPr>
        <w:keepNext/>
        <w:widowControl/>
        <w:spacing w:before="240"/>
      </w:pPr>
      <w:r>
        <w:t>第16天 东京出发，自行前往机场</w:t>
      </w:r>
    </w:p>
    <w:p>
      <w:pPr>
        <w:widowControl/>
      </w:pPr>
      <w:r>
        <w:t>早餐后，与东京告别，您为期16天的中日团队游就此结束。今天，您需要根据航班时间自行前往机场。东京成田国际机场（NRT）可搭乘您的离境航班。</w:t>
      </w:r>
    </w:p>
    <w:p>
      <w:pPr>
        <w:widowControl/>
      </w:pPr>
      <w:r>
        <w:t>感谢您选择亚洲奥德赛旅游（AOT）的亚洲之旅。我们始终致力于为您提供优质体验，期待在您下一次亚洲之旅中再次欢迎您。</w:t>
      </w:r>
    </w:p>
    <w:p>
      <w:pPr>
        <w:widowControl/>
      </w:pPr>
      <w:r>
        <w:t>概述：从东京出发，自行前往机场。（含早餐）</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16天中国日本团体游：经典路线（北京至东京）</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