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Beijing Xian Shanghai Small Group Tour: Best Selling Group Tour</w:t>
      </w:r>
    </w:p>
    <w:p>
      <w:pPr>
        <w:widowControl/>
      </w:pPr>
      <w:r>
        <w:t>Product code: AOT-GT-001</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 Later, take a 15-minute walk up to Jingshan Park, where you can enjoy magnificent panoramic views over modern Beijing and the Forbidden City's russet roofs. (Note: It requires some walking, so please wear comfortable footwear. You can decide whether or not to climb to the top based on your physical condition.)</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w:t>
      </w:r>
    </w:p>
    <w:p>
      <w:pPr>
        <w:widowControl/>
      </w:pPr>
      <w:r>
        <w:t>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3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Shanghai (by Flight or High Speed Train) | Shanghai Pick-up and Hotel Check-in</w:t>
      </w:r>
    </w:p>
    <w:p>
      <w:pPr>
        <w:widowControl/>
      </w:pPr>
      <w:r>
        <w:t>After breakfast, your driver will meet you at your Xi'an hotel to transfer you for your journey to Shanghai.</w:t>
      </w:r>
    </w:p>
    <w:p>
      <w:pPr>
        <w:widowControl/>
      </w:pPr>
      <w:r>
        <w:t>iTransportation Note:</w:t>
      </w:r>
    </w:p>
    <w:p>
      <w:pPr>
        <w:widowControl/>
      </w:pPr>
      <w:r>
        <w:t>High-Speed Train: Approximately 6–8 hours.</w:t>
      </w:r>
    </w:p>
    <w:p>
      <w:pPr>
        <w:widowControl/>
      </w:pPr>
      <w:r>
        <w:t>Flight: Approximately 2 hours.</w:t>
      </w:r>
    </w:p>
    <w:p>
      <w:pPr>
        <w:widowControl/>
      </w:pPr>
      <w:r>
        <w:t>Please Note: To ensure seamless connections for the group itinerary, the transit from Xi'an to Shanghai will be centrally coordinated by our operations team via either flight or high-speed rail, subject to resource availability. The exact mode of transport and departure schedule will be finalized and sent to you prior to tour departure.</w:t>
      </w:r>
    </w:p>
    <w:p>
      <w:pPr>
        <w:widowControl/>
      </w:pPr>
      <w:r>
        <w:t>Welcome to Shanghai, China's most international and vibrant city! Upon your arrival, your driver will meet you at the airport or train station exit and transfer you to your hotel in downtown Shanghai. After checking in, you will have the rest of the day to explore at your leisure.</w:t>
      </w:r>
    </w:p>
    <w:p>
      <w:pPr>
        <w:widowControl/>
      </w:pPr>
      <w:r>
        <w:t>Overview: Get to Shanghai from Xian, pick-up, and hotel check-in. (B)</w:t>
      </w:r>
    </w:p>
    <w:p>
      <w:pPr>
        <w:widowControl/>
      </w:pPr>
      <w:r>
        <w:t>Attractions: explore on your own</w:t>
      </w:r>
    </w:p>
    <w:p>
      <w:pPr>
        <w:widowControl/>
      </w:pPr>
      <w:r>
        <w:t>Transport and activities: vehicle, flight</w:t>
      </w:r>
    </w:p>
    <w:p>
      <w:pPr>
        <w:widowControl/>
      </w:pPr>
      <w:r>
        <w:t>Meals: Breakfast</w:t>
      </w:r>
    </w:p>
    <w:p>
      <w:pPr>
        <w:widowControl/>
      </w:pPr>
      <w:r>
        <w:t>Accommodation: Comfortable</w:t>
      </w:r>
    </w:p>
    <w:p>
      <w:pPr>
        <w:keepNext/>
        <w:widowControl/>
        <w:spacing w:before="240"/>
      </w:pPr>
      <w:r>
        <w:t>Day 7 Shanghai City Tour | Shanghai Tower, Shanghai Museum, Yu Garden &amp; Bazaar, Nanjing Road &amp; The Bund</w:t>
      </w:r>
    </w:p>
    <w:p>
      <w:pPr>
        <w:widowControl/>
      </w:pPr>
      <w:r>
        <w:t>Today, your group will have full day to experience the perfect blend of East and West in the "Paris of the East." Explore brilliant museums, classical gardens, futuristic skyscrapers, and stunning architecture - all in one vibrant city.</w:t>
      </w:r>
    </w:p>
    <w:p>
      <w:pPr>
        <w:widowControl/>
      </w:pPr>
      <w:r>
        <w:t>First, head to Pudong and the Lujiazui financial district, home to a trio of iconic skyscrapers. The Shanghai Tower, China's tallest and the world's second-tallest building at 632 meters (2,073 ft), soars with a dramatic 120-degree twist from base to peak. Ride the world's fastest elevators (64 km/h) to the "Top of Shanghai Observatory" on the 118th floor, 546 meters above ground. Enjoy breathtaking 360-degree views of the city, with the Jin Mao Tower and Shanghai World Financial Center below.</w:t>
      </w:r>
    </w:p>
    <w:p>
      <w:pPr>
        <w:widowControl/>
      </w:pPr>
      <w:r>
        <w:t>Later, visit the Shanghai Museum (East), one of the world's finest museums of ancient Chinese art. Its sleek, modern design is inspired by the traditional Chinese jade bi disc. Inside, explore galleries of bronzes, ceramics, calligraphy, paintings, jade, furniture, coins, and sculptures. Don't miss iconic treasures like the Da Ke Ding, a 3,000-year-old bronze vessel, displayed with the Zi Long Ding and Marquis of Jin Bells - a rare highlight of the Bronze Gallery. Also, see the legendary Sword of King Goujian of Yue, a masterpiece of ancient craftsmanship.</w:t>
      </w:r>
    </w:p>
    <w:p>
      <w:pPr>
        <w:widowControl/>
      </w:pPr>
      <w:r>
        <w:t>Next, visit Yu Garden, Shanghai's most famous classical garden, hidden in the heart of the city. Stroll through elegant pavilions, rockeries, and lotus ponds, and admire exquisite carvings and traditional architecture. Outside, Yuyuan Bazaar offers local snacks, souvenirs, and handcrafted art.</w:t>
      </w:r>
    </w:p>
    <w:p>
      <w:pPr>
        <w:widowControl/>
      </w:pPr>
      <w:r>
        <w:t>In the afternoon, walk along Nanjing Road Pedestrian Street, lined with global brands, cafes, and historic buildings. End at the Bund, Shanghai's top must-see landmark. Known as the "Exhibition of International Architecture," it features 52 grand buildings in Gothic, Baroque, and Art Deco styles. From here, enjoy a stunning view of the Pudong skyline across the Huangpu River.</w:t>
      </w:r>
    </w:p>
    <w:p>
      <w:pPr>
        <w:widowControl/>
      </w:pPr>
      <w:r>
        <w:t>Travel Note:</w:t>
      </w:r>
    </w:p>
    <w:p>
      <w:pPr>
        <w:widowControl/>
      </w:pPr>
      <w:r>
        <w:t>1. Yu Garden is closed on Mondays. In this case, we may visit the City God Temple, or French Concession</w:t>
      </w:r>
    </w:p>
    <w:p>
      <w:pPr>
        <w:widowControl/>
      </w:pPr>
      <w:r>
        <w:t>2. Shanghai Museum (East) is closed on Tuesdays. You will visit Shanghai Museum (People's Square) on that day. If access to the People's Square location is unavailable, we will arrange an alternative city attraction.</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Departure from Shanghai | Hotel Check-out and Airport See-off</w:t>
      </w:r>
    </w:p>
    <w:p>
      <w:pPr>
        <w:widowControl/>
      </w:pPr>
      <w:r>
        <w:t>It's time to conclude your 8-day Beijing-Xi'an-Shanghai China group tour. You will have some free time in Shanghai to explore on your own before being escorted to the airport or train station for your flight or high-speed train to your next destination.</w:t>
      </w:r>
    </w:p>
    <w:p>
      <w:pPr>
        <w:widowControl/>
      </w:pPr>
      <w:r>
        <w:t>Trip Extension Ideas:</w:t>
      </w:r>
    </w:p>
    <w:p>
      <w:pPr>
        <w:widowControl/>
      </w:pPr>
      <w:r>
        <w:t>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Beijing Xian Shanghai Small Group Tour: Best Selling Group Tour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