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10 Days Beijing Xian Guilin Shanghai Tour: Hot Small Group Vacation</w:t>
      </w:r>
    </w:p>
    <w:p>
      <w:pPr>
        <w:widowControl/>
      </w:pPr>
      <w:r>
        <w:t>Product code: AOT-GT-002</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w:t>
      </w:r>
    </w:p>
    <w:p>
      <w:pPr>
        <w:widowControl/>
      </w:pPr>
      <w:r>
        <w:t>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5 Xian City Tour | Terracotta Warriors, Ancient City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City Wall,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Guilin by Flight | Guilin Airport Pick-up and Hotel Check-in, Elephant Trunk Hill, Reed Flute Cave</w:t>
      </w:r>
    </w:p>
    <w:p>
      <w:pPr>
        <w:widowControl/>
      </w:pPr>
      <w:r>
        <w:t>On this day, you will be transferred to the airport for your flight to Guilin (about 2.5 hours).</w:t>
      </w:r>
    </w:p>
    <w:p>
      <w:pPr>
        <w:widowControl/>
      </w:pPr>
      <w:r>
        <w:t>Welcome to Guilin, China's most picturesque paradise! Upon your arrival at Guilin Liangjiang International Airport, our local driver will meet and greet you at the exit and escort you to your carefully selected hotel in downtown Guilin.</w:t>
      </w:r>
    </w:p>
    <w:p>
      <w:pPr>
        <w:widowControl/>
      </w:pPr>
      <w:r>
        <w:t>Afternoon: Elephant Trunk Hill, Reed Flute Cave</w:t>
      </w:r>
    </w:p>
    <w:p>
      <w:pPr>
        <w:widowControl/>
      </w:pPr>
      <w:r>
        <w:t>In this afternoon, your group will head to Elephant Trunk Hill, the iconic symbol of Guilin. Located where the Li River meets the Peach Blossom River, this natural limestone formation resembles a giant elephant drinking from the water. Formed over millions of years by water erosion, it's the inspiration behind the famous saying “Guilin's scenery is the finest under heaven.” Walk to Water-Moon Cave, a semicircular opening between the trunk and body of the “elephant.” Standing 12 meters high, the cave features engraved poems from the Tang and Song dynasties - a poetic blend of nature and culture.</w:t>
      </w:r>
    </w:p>
    <w:p>
      <w:pPr>
        <w:widowControl/>
      </w:pPr>
      <w:r>
        <w:t>Next, visit the Reed Flute Cave, known as the “Palace of Nature's Art.” Inside, discover a breathtaking world of stalactites, stalagmites, stone pillars, and flowstone, sculpted by nature over millennia. Colorful LED lights illuminate formations like “Lion Peak at Dawn,” “The Primitive Forest,” “Dragon and Elephant Peak,” and “Mountain of Fruits and Flowers.”</w:t>
      </w:r>
    </w:p>
    <w:p>
      <w:pPr>
        <w:widowControl/>
      </w:pPr>
      <w:r>
        <w:t>Don't miss the Crystal Palace, where still water reflects the glowing rock walls, creating a dreamlike, otherworldly scene. Experience the Water Curtain Movie - a short film projected behind a flowing water screen, showcasing the geological evolution of the cave. It's a magical finale to an unforgettable journey.</w:t>
      </w:r>
    </w:p>
    <w:p>
      <w:pPr>
        <w:widowControl/>
      </w:pPr>
      <w:r>
        <w:t>After the tour, you'll be transferred back to your hotel in Guilin.</w:t>
      </w:r>
    </w:p>
    <w:p>
      <w:pPr>
        <w:widowControl/>
      </w:pPr>
      <w:r>
        <w:t>Overview: Get to Guilin by flight from Xian; visit Elephant Trunk Hill, Reed Flute Cave. (B)</w:t>
      </w:r>
    </w:p>
    <w:p>
      <w:pPr>
        <w:widowControl/>
      </w:pPr>
      <w:r>
        <w:t>Attractions: 2 sites</w:t>
      </w:r>
    </w:p>
    <w:p>
      <w:pPr>
        <w:widowControl/>
      </w:pPr>
      <w:r>
        <w:t>Transport and activities: vehicle, flight</w:t>
      </w:r>
    </w:p>
    <w:p>
      <w:pPr>
        <w:widowControl/>
      </w:pPr>
      <w:r>
        <w:t>Meals: Breakfast</w:t>
      </w:r>
    </w:p>
    <w:p>
      <w:pPr>
        <w:widowControl/>
      </w:pPr>
      <w:r>
        <w:t>Accommodation: Guilin downtown</w:t>
      </w:r>
    </w:p>
    <w:p>
      <w:pPr>
        <w:keepNext/>
        <w:widowControl/>
        <w:spacing w:before="240"/>
      </w:pPr>
      <w:r>
        <w:t>Day 7 Guilin to Yangshuo Tour | Li River Cruise, Yangshuo Countryside, West Street</w:t>
      </w:r>
    </w:p>
    <w:p>
      <w:pPr>
        <w:widowControl/>
      </w:pPr>
      <w:r>
        <w:t>“East or west, Guilin landscape is the best”. After breakfast, you will go to explore the most stunning natural scenery along the Li River, which is renowned as one of the “the world's top 10 watery wonders” by National Geographic. Drive about 1 hour from your hotel to the pier and start a 4.5-hour relaxing sightseeing Li River cruise trip to Yangshuo. Along the 84-kilometer scenic cruise, you will feast your eyes with endless Chinese paintings of winding rivers, numerous green limestone karst peaks, grazing water buffalo, farmers working in the fertile fields, and idyllic villages nestled at the bases of the hills.</w:t>
      </w:r>
    </w:p>
    <w:p>
      <w:pPr>
        <w:widowControl/>
      </w:pPr>
      <w:r>
        <w:t>Lunch Upgrade:</w:t>
      </w:r>
    </w:p>
    <w:p>
      <w:pPr>
        <w:widowControl/>
      </w:pPr>
      <w:r>
        <w:t>Asia Odyssey Travel has thoughtfully prepared a customized Western-style lunch exclusively for you. Your guide will bring freshly made meals prepared early that morning for you to enjoy on the boat.</w:t>
      </w:r>
    </w:p>
    <w:p>
      <w:pPr>
        <w:widowControl/>
      </w:pPr>
      <w:r>
        <w:t>After arriving in Yangshuo, the driver will pick you up from the dock and drive to your hotel in Yangshuo town for a short rest. Then, it's time to get up close to Yangshuo rural paradise. Choose the way that suits your style: (1) by driving, plus walking; (2) by bike; or (3) by scooter. (Additional prices may apply).</w:t>
      </w:r>
    </w:p>
    <w:p>
      <w:pPr>
        <w:widowControl/>
      </w:pPr>
      <w:r>
        <w:t>Let all the picturesque scenes please your eyes and souls to the maximum for total relaxation. At various points, you might also spot locals engaging in their daily chores, farmers tending to their fields, or even children playing along the riverbanks. Quaint stone houses dot the riverbanks, their grey slate roofs offering a delightful contrast against the verdant surroundings. A solitary water buffalo languidly grazes in the fields, a sight that adds an endearing touch of rural life to the panoramic display.</w:t>
      </w:r>
    </w:p>
    <w:p>
      <w:pPr>
        <w:widowControl/>
      </w:pPr>
      <w:r>
        <w:t>Later, you will stroll leisurely along the West Street, which is the most prosperous area in Yangshuo. Restaurants, bars and souvenir shops along the street are always full of guests. It is a fusion of western culture and Chinese culture and it is the best place to spend your nightlife here. Whether you want to enjoy a cup of coffee, taste some local food or just throw yourself into the vivid atmosphere... all you can get.</w:t>
      </w:r>
    </w:p>
    <w:p>
      <w:pPr>
        <w:widowControl/>
      </w:pPr>
      <w:r>
        <w:t>Overview: Take a Li River cruise from Guilin to Yangshuo, visit Yangshuo countryside and West Street at leisure. (B+L)</w:t>
      </w:r>
    </w:p>
    <w:p>
      <w:pPr>
        <w:widowControl/>
      </w:pPr>
      <w:r>
        <w:t>Attractions: 3 sites</w:t>
      </w:r>
    </w:p>
    <w:p>
      <w:pPr>
        <w:widowControl/>
      </w:pPr>
      <w:r>
        <w:t>Transport and activities: cruise</w:t>
      </w:r>
    </w:p>
    <w:p>
      <w:pPr>
        <w:widowControl/>
      </w:pPr>
      <w:r>
        <w:t>Meals: Breakfast,Lunch</w:t>
      </w:r>
    </w:p>
    <w:p>
      <w:pPr>
        <w:widowControl/>
      </w:pPr>
      <w:r>
        <w:t>Accommodation: Yangshuo Town</w:t>
      </w:r>
    </w:p>
    <w:p>
      <w:pPr>
        <w:keepNext/>
        <w:widowControl/>
        <w:spacing w:before="240"/>
      </w:pPr>
      <w:r>
        <w:t>Day 8 Yangshuo-Guilin | Guilin to Shanghai by flight, Shanghai Airport Pick-up and Hotel Check-in</w:t>
      </w:r>
    </w:p>
    <w:p>
      <w:pPr>
        <w:widowControl/>
      </w:pPr>
      <w:r>
        <w:t>On this day, you will be escorted to airport for your flight to Shanghai. Welcome to Shanghai, China's most internationalized and vibrant city! Upon your arrival in Shanghai, your driver will meet you at the exit of the airport and escort you to your hotel in downtown Shanghai. You will have free time after your hotel check-in.</w:t>
      </w:r>
    </w:p>
    <w:p>
      <w:pPr>
        <w:widowControl/>
      </w:pPr>
      <w:r>
        <w:t>Overview: Get to Shanghai by flight from Guilin, airport pick-up, and hotel check-in. (B)</w:t>
      </w:r>
    </w:p>
    <w:p>
      <w:pPr>
        <w:widowControl/>
      </w:pPr>
      <w:r>
        <w:t>Attractions: explore freely on your own</w:t>
      </w:r>
    </w:p>
    <w:p>
      <w:pPr>
        <w:widowControl/>
      </w:pPr>
      <w:r>
        <w:t>Transport and activities: vehicle, flight</w:t>
      </w:r>
    </w:p>
    <w:p>
      <w:pPr>
        <w:widowControl/>
      </w:pPr>
      <w:r>
        <w:t>Meals: Breakfast</w:t>
      </w:r>
    </w:p>
    <w:p>
      <w:pPr>
        <w:widowControl/>
      </w:pPr>
      <w:r>
        <w:t>Accommodation: Comfortable</w:t>
      </w:r>
    </w:p>
    <w:p>
      <w:pPr>
        <w:keepNext/>
        <w:widowControl/>
        <w:spacing w:before="240"/>
      </w:pPr>
      <w:r>
        <w:t>Day 9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w:t>
      </w:r>
    </w:p>
    <w:p>
      <w:pPr>
        <w:widowControl/>
      </w:pPr>
      <w:r>
        <w:t>1. Yu Garden is closed on Mondays. In this case, we may visit the City God Temple, or French Concession</w:t>
      </w:r>
    </w:p>
    <w:p>
      <w:pPr>
        <w:widowControl/>
      </w:pPr>
      <w:r>
        <w:t>2. 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10 Departure from Shanghai | Hotel Check-out and Airport See-off</w:t>
      </w:r>
    </w:p>
    <w:p>
      <w:pPr>
        <w:widowControl/>
      </w:pPr>
      <w:r>
        <w:t>It is time to end your 10-day China group tour. You will have some free time in Shanghai and explore more on your own till be escorted to the airport/train station for your flight or high speed train to your next destination.</w:t>
      </w:r>
    </w:p>
    <w:p>
      <w:pPr>
        <w:widowControl/>
      </w:pPr>
      <w:r>
        <w:t>Trip Extension Ideas:</w:t>
      </w:r>
    </w:p>
    <w:p>
      <w:pPr>
        <w:widowControl/>
      </w:pPr>
      <w:r>
        <w:t>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Days Beijing Xian Guilin Shanghai Tour: Hot Small Group Vacation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