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10天北京西安桂林上海小团游：热门小团度假</w:t>
      </w:r>
    </w:p>
    <w:p>
      <w:pPr>
        <w:widowControl/>
      </w:pPr>
      <w:r>
        <w:t>线路编号：AOT-GT-002</w:t>
      </w:r>
    </w:p>
    <w:p>
      <w:pPr>
        <w:keepNext/>
        <w:widowControl/>
        <w:spacing w:before="240"/>
      </w:pPr>
      <w:r>
        <w:t>第1天 抵达北京：接机并入住酒店</w:t>
      </w:r>
    </w:p>
    <w:p>
      <w:pPr>
        <w:widowControl/>
      </w:pPr>
      <w:r>
        <w:t>您好！欢迎来到中国首都北京！抵达北京的机场或火车站后，司机会在出口处迎接您，随后送您前往位于北京市中心的精选酒店。当天剩余时间由您自由安排，您可以好好休息、调整时差，也可以在酒店周边自行逛逛。</w:t>
      </w:r>
    </w:p>
    <w:p>
      <w:pPr>
        <w:widowControl/>
      </w:pPr>
      <w:r>
        <w:t>抵达方式建议：</w:t>
      </w:r>
    </w:p>
    <w:p>
      <w:pPr>
        <w:widowControl/>
      </w:pPr>
      <w:r>
        <w:t>北京的航空和高铁交通都很便利，有两个机场：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也可乘坐高铁从西安（4-5小时）、上海（4.5-6小时）、郑州（2.5-3小时）、武汉（4-5小时）、哈尔滨（5-5.5小时）等地前往北京。</w:t>
      </w:r>
    </w:p>
    <w:p>
      <w:pPr>
        <w:widowControl/>
      </w:pPr>
      <w:r>
        <w:t>概述：抵达北京机场后接机，送往酒店并办理入住。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北京城市一日游：天安门广场、故宫、景山公园、颐和园</w:t>
      </w:r>
    </w:p>
    <w:p>
      <w:pPr>
        <w:widowControl/>
      </w:pPr>
      <w:r>
        <w:t>今天您将用一整天时间，通过中国著名的地标建筑、皇家气派与皇家园林，探索北京的古老城郭。</w:t>
      </w:r>
    </w:p>
    <w:p>
      <w:pPr>
        <w:widowControl/>
      </w:pPr>
      <w:r>
        <w:t>早餐后，导游将在酒店接您，前往天安门广场——世界上最大的公共广场，也是中国的象征。过去几十年间，这里见证了中国历史上的许多重大事件，您可以从这里拍到天安门城楼的绝佳照片，它每天都会出现在央视新闻中。</w:t>
      </w:r>
    </w:p>
    <w:p>
      <w:pPr>
        <w:widowControl/>
      </w:pPr>
      <w:r>
        <w:t>步行穿过广场，您将参观宏伟壮丽的故宫，这是世界上最大的宫殿建筑群，也曾是24位中国皇帝的家。故宫被列为联合国教科文组织世界遗产，拥有约500年历史，在明朝（1368-1644）和清朝（1644-1911）期间是中国的政治和礼仪中心。故宫拥有超过8700个房间，不仅是中国规模最大、保存最完好的古代建筑群，也是一座城中之城，犹如罗马的梵蒂冈。从午门进入，沿中轴线参观，确保您能看到所有亮点。欣赏辉煌的建筑和众多古代珍宝，同时聆听导游讲述曾居住于此的皇帝们的故事。之后，步行15分钟前往景山公园，在那里您可以欣赏到现代北京和故宫红褐色屋顶的壮丽全景。（注意：需要步行，请穿舒适的鞋子。您可以根据自身身体状况决定是否登顶。）</w:t>
      </w:r>
    </w:p>
    <w:p>
      <w:pPr>
        <w:widowControl/>
      </w:pPr>
      <w:r>
        <w:t>下午，乘车前往颐和园，这座“皇家园林博物馆”曾是皇室的夏季度假胜地。园内的殿堂、寺庙、花园、亭台、湖泊、桥梁、门楼和长廊都是景观设计的奇迹。悠闲漫步，欣赏皇家建筑、山顶景色和美丽的湖泊，在传统中国山水画的景致中享受田园般的逃离。</w:t>
      </w:r>
    </w:p>
    <w:p>
      <w:pPr>
        <w:widowControl/>
      </w:pPr>
      <w:r>
        <w:t>iTravel 提示：</w:t>
      </w:r>
    </w:p>
    <w:p>
      <w:pPr>
        <w:widowControl/>
      </w:pPr>
      <w:r>
        <w:t>北京故宫每周一闭馆。届时，您将改为参观天坛或恭王府。</w:t>
      </w:r>
    </w:p>
    <w:p>
      <w:pPr>
        <w:widowControl/>
      </w:pPr>
      <w:r>
        <w:t>概述：北京一日游，包含天安门广场、故宫、景山公园和颐和园。（含早餐+午餐）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从北京乘高铁前往西安：大雁塔与回民街</w:t>
      </w:r>
    </w:p>
    <w:p>
      <w:pPr>
        <w:widowControl/>
      </w:pPr>
      <w:r>
        <w:t>早餐后，工作人员将送您前往火车站，搭乘高铁前往西安（车程约4.5至5.5小时）。欢迎来到西安，这座曾经是13个中国古代王朝都城的城市！抵达火车站后，司机将在出站口迎接您，并送您前往西安的酒店。</w:t>
      </w:r>
    </w:p>
    <w:p>
      <w:pPr>
        <w:widowControl/>
      </w:pPr>
      <w:r>
        <w:t>下午，您将参观大雁塔。它是西安最具代表性的地标之一，也是唐代辉煌气象的象征。这座七层宝塔坐落于宁静的大慈恩寺内，是中国唐代风格佛塔（方形而非圆形）留存至今的典范之一。大雁塔于公元652年建成，用于存放僧人玄奘从印度带回的佛教经卷。玄奘的旅行经历启发了中国最著名的文学作品之一《西游记》。</w:t>
      </w:r>
    </w:p>
    <w:p>
      <w:pPr>
        <w:widowControl/>
      </w:pPr>
      <w:r>
        <w:t>随后，您将有机会前往热闹繁华的回民街，这是西安最著名的街区之一。回民街长约500米，是西安回族穆斯林社区的聚居地。在这里可以感受活跃的市井氛围，特别是品尝令人垂涎的街头小吃。您可以试试西安著名特色美食，如肉夹馍、羊肉泡馍、biangbiang面和烤肉串。</w:t>
      </w:r>
    </w:p>
    <w:p>
      <w:pPr>
        <w:widowControl/>
      </w:pPr>
      <w:r>
        <w:t>概述：从北京出发，乘坐高铁抵达西安，火车站接站。参观大雁塔、回民街。（含早餐）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第5天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去探秘世界上最伟大的考古发现之一——兵马俑博物馆，它是由中国第一位皇帝秦始皇建造，用于在来世保护他。迄今已发现约8000个栩栩如生、真人大小般的兵马俑。首先参观最大、最气势磅礴的一号坑，据信其中包含超过6000件陶制士兵和马匹。您将惊叹于这支数千人组成、真人大小、静默伫立守卫皇帝的地下军队。同时，也惊叹于古代中国工匠的精湛艺术技艺。接下来，前往另一个俑坑，在那里您可以看到约1300件武士和战马。考察古代军阵，包括跪射俑和立射俑、战车阵列，以及众多手持武器的士兵。</w:t>
      </w:r>
    </w:p>
    <w:p>
      <w:pPr>
        <w:widowControl/>
      </w:pPr>
      <w:r>
        <w:t>午餐后，前往参观古城墙，又称西安城墙，是中国最古老、规模最大、保存最完好的城墙之一。悠闲地漫步城墙上，欣赏其内外墙、敌楼和护城河，饱览现代西安的全景，在那里，您还将参观令人叹为观止的钟楼（或鼓楼），这座可追溯至600年前的明代地标，将被美丽的灯光照亮，营造出迷人的背景，拍出令人惊艳的照片，展现西安古老历史与现代性的和谐交融。傍晚，您还有机会参观热闹的钟鼓楼广场，让您像当地人一样沉浸在西安充满活力的夜生活中。</w:t>
      </w:r>
    </w:p>
    <w:p>
      <w:pPr>
        <w:widowControl/>
      </w:pPr>
      <w:r>
        <w:t>概述：在西安进行历史之旅，游览兵马俑、古城墙、钟楼（或鼓楼）。（含早餐+午餐）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西安飞桂林、桂林机场接机入住酒店、象鼻山、芦笛岩</w:t>
      </w:r>
    </w:p>
    <w:p>
      <w:pPr>
        <w:widowControl/>
      </w:pPr>
      <w:r>
        <w:t>这一天，您将乘车前往机场，搭乘航班飞往桂林（约2.5小时）。</w:t>
      </w:r>
    </w:p>
    <w:p>
      <w:pPr>
        <w:widowControl/>
      </w:pPr>
      <w:r>
        <w:t>欢迎来到桂林，中国最如诗如画的天堂！抵达桂林两江国际机场后，我们的当地司机会在出口处迎接您，并送您前往桂林市中心精心挑选的酒店。</w:t>
      </w:r>
    </w:p>
    <w:p>
      <w:pPr>
        <w:widowControl/>
      </w:pPr>
      <w:r>
        <w:t>下午：象鼻山、芦笛岩</w:t>
      </w:r>
    </w:p>
    <w:p>
      <w:pPr>
        <w:widowControl/>
      </w:pPr>
      <w:r>
        <w:t>今天下午，您的团队将前往象鼻山，桂林的标志性象征。它位于漓江与桃花江交汇处，这座天然石灰岩山体形似一头巨象正在饮水。经过数百万年的水流侵蚀形成，它正是“桂林山水甲天下”这句名言的灵感来源。步行至水月洞，这是“象鼻”与“象身”之间的一个半圆形开口。洞穴高12米，内部刻有唐宋时期的诗作——自然与文化的诗意融合。</w:t>
      </w:r>
    </w:p>
    <w:p>
      <w:pPr>
        <w:widowControl/>
      </w:pPr>
      <w:r>
        <w:t>接下来，参观芦笛岩，被称为“大自然艺术之宫”。洞内，您将发现一个令人叹为观止的世界，钟乳石、石笋、石柱和流石经过千百年由大自然雕琢而成。彩色LED灯光照亮了“狮岭朝霞”、“原始森林”、“龙象塔”和“花果山”等景观。</w:t>
      </w:r>
    </w:p>
    <w:p>
      <w:pPr>
        <w:widowControl/>
      </w:pPr>
      <w:r>
        <w:t>不要错过水晶宫，平静的水面倒映着发光的岩壁，营造出梦幻般的超凡景象。体验水帘电影——一部在水幕后方放映的短片，展示洞穴的地质演变。这是难忘旅程的神奇终章。</w:t>
      </w:r>
    </w:p>
    <w:p>
      <w:pPr>
        <w:widowControl/>
      </w:pPr>
      <w:r>
        <w:t>游览结束后，您将被送回桂林的酒店。</w:t>
      </w:r>
    </w:p>
    <w:p>
      <w:pPr>
        <w:widowControl/>
      </w:pPr>
      <w:r>
        <w:t>概述：从西安乘飞机抵达桂林；参观象鼻山、芦笛岩。（含早餐）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第7天 桂林至阳朔之旅：漓江游船、阳朔乡村、西街</w:t>
      </w:r>
    </w:p>
    <w:p>
      <w:pPr>
        <w:widowControl/>
      </w:pPr>
      <w:r>
        <w:t>“桂林山水甲天下”。早餐后，您将前往探索漓江沿岸最令人惊叹的自然风光，这里被《国家地理》杂志誉为“世界十大水上奇观”之一。从酒店驱车约1小时到达码头，开始4.5小时轻松惬意的漓江观光游船之旅，前往阳朔。沿着84公里的风景航线，您将饱览如连绵不绝的中国山水画般的景色：蜿蜒的河流、众多翠绿的石灰岩喀斯特山峰、吃草的水牛、在肥沃田野中劳作的农民，以及依偎在山脚下的田园村庄。</w:t>
      </w:r>
    </w:p>
    <w:p>
      <w:pPr>
        <w:widowControl/>
      </w:pPr>
      <w:r>
        <w:t>午餐升级：</w:t>
      </w:r>
    </w:p>
    <w:p>
      <w:pPr>
        <w:widowControl/>
      </w:pPr>
      <w:r>
        <w:t>亚洲奥德赛旅游为您精心准备了定制的西式午餐。您的导游将带上当天早上新鲜制作的美食，供您在船上享用。</w:t>
      </w:r>
    </w:p>
    <w:p>
      <w:pPr>
        <w:widowControl/>
      </w:pPr>
      <w:r>
        <w:t>抵达阳朔后，司机会从码头接您，驱车前往阳朔镇的酒店稍作休息。然后，是时候近距离感受阳朔的乡村天堂了。选择适合您的方式：(1) 乘车加步行；(2) 骑自行车；或 (3) 骑电动车。（可能需额外付费）。</w:t>
      </w:r>
    </w:p>
    <w:p>
      <w:pPr>
        <w:widowControl/>
      </w:pPr>
      <w:r>
        <w:t>让所有如画的风景最大限度地愉悦您的眼睛和心灵，彻底放松。在各个地点，您还可能看到当地人从事日常家务、农民照料田地，甚至孩子们在河边玩耍。古朴的石屋点缀在河岸上，灰色的石板屋顶与翠绿的环境形成令人愉悦的对比。一头孤独的水牛在田野中慵懒地吃草，这一景象为全景增添了一抹可爱的乡村生活气息。</w:t>
      </w:r>
    </w:p>
    <w:p>
      <w:pPr>
        <w:widowControl/>
      </w:pPr>
      <w:r>
        <w:t>之后，您将悠闲地漫步于西街，这是阳朔最繁华的地区。街道两旁的餐厅、酒吧和纪念品商店总是宾客盈门。这里是西方文化与中国文化的融合，是享受夜生活的最佳去处。无论您想喝杯咖啡、品尝当地美食，还是只是想投身于生动的氛围中……您都能得到满足。</w:t>
      </w:r>
    </w:p>
    <w:p>
      <w:pPr>
        <w:widowControl/>
      </w:pPr>
      <w:r>
        <w:t>概述：从桂林乘漓江游船前往阳朔，闲暇时游览阳朔乡村和西街。（含早餐+午餐）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交通与活动：游船</w:t>
      </w:r>
    </w:p>
    <w:p>
      <w:pPr>
        <w:widowControl/>
      </w:pPr>
      <w:r>
        <w:t>用餐：早餐,午餐</w:t>
      </w:r>
    </w:p>
    <w:p>
      <w:pPr>
        <w:widowControl/>
      </w:pPr>
      <w:r>
        <w:t>住宿：阳朔镇</w:t>
      </w:r>
    </w:p>
    <w:p>
      <w:pPr>
        <w:keepNext/>
        <w:widowControl/>
        <w:spacing w:before="240"/>
      </w:pPr>
      <w:r>
        <w:t>第8天 阳朔至桂林，乘飞机由桂林前往上海，上海接机并入住酒店</w:t>
      </w:r>
    </w:p>
    <w:p>
      <w:pPr>
        <w:widowControl/>
      </w:pPr>
      <w:r>
        <w:t>这一天，您将乘车前往机场，搭乘航班飞往上海。欢迎来到上海，中国最国际化、最具活力的城市！抵达上海后，司机会在机场出口迎接您，并送您前往上海市中心的酒店。办理入住后，您可自由活动。</w:t>
      </w:r>
    </w:p>
    <w:p>
      <w:pPr>
        <w:widowControl/>
      </w:pPr>
      <w:r>
        <w:t>概述：从桂林乘飞机抵达上海，接机并入住酒店。（含早餐）</w:t>
      </w:r>
    </w:p>
    <w:p>
      <w:pPr>
        <w:widowControl/>
      </w:pPr>
      <w:r>
        <w:t>景点：自由探索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上海城市之旅：上海中心大厦、上海博物馆、豫园及豫园商城、南京路和外滩</w:t>
      </w:r>
    </w:p>
    <w:p>
      <w:pPr>
        <w:widowControl/>
      </w:pPr>
      <w:r>
        <w:t>今天，您所在的团队将有一整天的时间，在“东方巴黎”感受东西方文化的完美交融。在这座充满活力的城市里，探索精彩的博物馆、古典园林、充满未来感的摩天大楼和令人惊叹的建筑。</w:t>
      </w:r>
    </w:p>
    <w:p>
      <w:pPr>
        <w:widowControl/>
      </w:pPr>
      <w:r>
        <w:t>首先前往浦东陆家嘴金融区，这里坐落着三座标志性摩天大楼。上海中心大厦高632米（2073英尺），是中国最高、世界第二高的建筑，从底部到顶部呈120度螺旋上升，气势恢宏。乘坐世界上最快的电梯（时速64公里）前往位于118层、离地546米的“上海之巅”观光厅。欣赏令人叹为观止的360度城市全景，金茂大厦和上海环球金融中心尽收眼底。</w:t>
      </w:r>
    </w:p>
    <w:p>
      <w:pPr>
        <w:widowControl/>
      </w:pPr>
      <w:r>
        <w:t>随后参观上海博物馆（东馆），这是世界上最优秀的中国古代艺术博物馆之一。其流畅的现代设计灵感源自中国传统玉璧。馆内设有青铜器、陶瓷、书法、绘画、玉器、家具、钱币和雕塑等展馆。不要错过标志性珍品，如有着3000年历史的大克鼎，它与子龙鼎和晋侯稣钟一同展出，是青铜器馆的罕见亮点。还可欣赏传奇的越王勾践剑，这是古代工艺的杰作。</w:t>
      </w:r>
    </w:p>
    <w:p>
      <w:pPr>
        <w:widowControl/>
      </w:pPr>
      <w:r>
        <w:t>接下来参观豫园，这是上海最著名的古典园林，隐藏在城市中心。漫步于优雅的亭台楼阁、假山和荷花池之间，欣赏精美的雕刻和传统建筑。园外的豫园商城有当地小吃、纪念品和手工艺品。</w:t>
      </w:r>
    </w:p>
    <w:p>
      <w:pPr>
        <w:widowControl/>
      </w:pPr>
      <w:r>
        <w:t>下午，沿着南京路步行街漫步，街道两旁遍布全球品牌、咖啡馆和历史建筑。最后来到外滩，这是上海最不可错过的地标。外滩被称为“万国建筑博览”，拥有52座哥特式、巴洛克式和装饰艺术风格的宏伟建筑。从这里，可以欣赏到黄浦江对岸浦东天际线的壮丽景色。</w:t>
      </w:r>
    </w:p>
    <w:p>
      <w:pPr>
        <w:widowControl/>
      </w:pPr>
      <w:r>
        <w:t>iTravel备注：</w:t>
      </w:r>
    </w:p>
    <w:p>
      <w:pPr>
        <w:widowControl/>
      </w:pPr>
      <w:r>
        <w:t>1. 豫园周一闭馆。如遇此情况，我们可能改为参观城隍庙或法租界。</w:t>
      </w:r>
    </w:p>
    <w:p>
      <w:pPr>
        <w:widowControl/>
      </w:pPr>
      <w:r>
        <w:t>2. 上海博物馆（东馆）周二闭馆。当天您将参观上海博物馆（人民广场馆）。如果人民广场馆无法进入，我们将安排其他城市景点替代。</w:t>
      </w:r>
    </w:p>
    <w:p>
      <w:pPr>
        <w:widowControl/>
      </w:pPr>
      <w:r>
        <w:t>概述：通过上海博物馆、豫园、豫园商城、南京路、外滩和上海中心大厦，探索上海的古今风貌。（含早餐+午餐）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上海出发：酒店退房与送机</w:t>
      </w:r>
    </w:p>
    <w:p>
      <w:pPr>
        <w:widowControl/>
      </w:pPr>
      <w:r>
        <w:t>为期10天的中国团体游到此结束。您将在上海有一些自由活动时间，可以自行探索更多地方，之后我们会送您前往机场或火车站，搭乘航班或高铁前往下一个目的地。</w:t>
      </w:r>
    </w:p>
    <w:p>
      <w:pPr>
        <w:widowControl/>
      </w:pPr>
      <w:r>
        <w:t>行程延伸建议：</w:t>
      </w:r>
    </w:p>
    <w:p>
      <w:pPr>
        <w:widowControl/>
      </w:pPr>
      <w:r>
        <w:t>如果您不想马上回国，而是想探索亚洲的其他目的地，我们很乐意帮您安排延伸行程。欢迎与我们分享您的想法！</w:t>
      </w:r>
    </w:p>
    <w:p>
      <w:pPr>
        <w:widowControl/>
      </w:pPr>
      <w:r>
        <w:t>感谢您选择亚洲奥德赛旅游为您安排此次中国之旅。我们随时为您提供帮助，也希望您下次来中国或亚洲旅行时能再次见到您。祝您旅途平安！</w:t>
      </w:r>
    </w:p>
    <w:p>
      <w:pPr>
        <w:widowControl/>
      </w:pPr>
      <w:r>
        <w:t>概述：离开上海，中午12:00前退房，送机。祝您平安回家。（含早餐）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10天北京西安桂林上海小团游：热门小团度假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