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before="240"/>
      </w:pPr>
      <w:r>
        <w:t>13 Days Relaxing China Tour with Yangtze Cruise in Small Group</w:t>
      </w:r>
    </w:p>
    <w:p>
      <w:pPr>
        <w:widowControl/>
      </w:pPr>
      <w:r>
        <w:t>Product code: AOT-GT-003</w:t>
      </w:r>
    </w:p>
    <w:p>
      <w:pPr>
        <w:keepNext/>
        <w:widowControl/>
        <w:spacing w:before="240"/>
      </w:pPr>
      <w:r>
        <w:t>Day 1 Arrival in Beijing | Airport Pick-up and Hotel Check-in</w:t>
      </w:r>
    </w:p>
    <w:p>
      <w:pPr>
        <w:widowControl/>
      </w:pPr>
      <w:r>
        <w:t>Nihao! Welcome to Beijing, the capital city of China! Upon your arrival at the airport/train station in Beijing, the driver will meet and greet you at the exit, and then escort you to the well-selected hotel in downtown Beijing. The rest of the day is free on your own so you can have a good rest for the jet lag or explore by yourself around your hotel.</w:t>
      </w:r>
    </w:p>
    <w:p>
      <w:pPr>
        <w:widowControl/>
      </w:pPr>
      <w:r>
        <w:t>Arrival Ideas:</w:t>
      </w:r>
    </w:p>
    <w:p>
      <w:pPr>
        <w:widowControl/>
      </w:pPr>
      <w:r>
        <w:t>Beijing is well connected by air and high speed rail. There are two airports - Beijing Daxing International Airport and Beijing Capital International Airport operating many international and domestic airlines. Travelers can go to Beijing by air from most cities of China, like Hong Kong, Shanghai, Guangzhou, Chengdu, Xian, Guilin, Hangzhou, Kunming, Wuhan, Xiamen, Guiyang, Chongqing, and Lanzhou. In addition, travelers can take the high speed train to Beijing from Xian (4-5 hours), Shanghai (4.5-6 hours), Zhengzhou (2.5-3 hours), Wuhan (4-5 hours), Harbin (5-5.5 hours), etc.</w:t>
      </w:r>
    </w:p>
    <w:p>
      <w:pPr>
        <w:widowControl/>
      </w:pPr>
      <w:r>
        <w:t>Overview: Arrive at Beijing airport, airport pick-up, transfer to your hotel and check-in.</w:t>
      </w:r>
    </w:p>
    <w:p>
      <w:pPr>
        <w:widowControl/>
      </w:pPr>
      <w:r>
        <w:t>Attractions: explore freely today</w:t>
      </w:r>
    </w:p>
    <w:p>
      <w:pPr>
        <w:widowControl/>
      </w:pPr>
      <w:r>
        <w:t>Transport and activities: arrive in Beijing by yourself; vehicle</w:t>
      </w:r>
    </w:p>
    <w:p>
      <w:pPr>
        <w:widowControl/>
      </w:pPr>
      <w:r>
        <w:t>Accommodation: Comfortable</w:t>
      </w:r>
    </w:p>
    <w:p>
      <w:pPr>
        <w:keepNext/>
        <w:widowControl/>
        <w:spacing w:before="240"/>
      </w:pPr>
      <w:r>
        <w:t>Day 2 Beijing City Tour | Tian'anmen Square, Forbidden City, Jingshan Park, Summer Palace</w:t>
      </w:r>
    </w:p>
    <w:p>
      <w:pPr>
        <w:widowControl/>
      </w:pPr>
      <w:r>
        <w:t>Today you will spend the whole day exploring the ancient citadel of Beijing through China's famous landmarks, imperial grandeur, and royal gardens.</w:t>
      </w:r>
    </w:p>
    <w:p>
      <w:pPr>
        <w:widowControl/>
      </w:pPr>
      <w:r>
        <w:t>After breakfast, your guide will pick you up at your hotel and head to Tiananmen Square, the world's largest public square and symbol of China. It has witnessed many major events in China's history over the past decades, and from here you can take great photos of Tiananmen Gate, seen daily on CCTV News.</w:t>
      </w:r>
    </w:p>
    <w:p>
      <w:pPr>
        <w:widowControl/>
      </w:pPr>
      <w:r>
        <w:t>Walking across the square, you will visit the mighty and splendid Forbidden City, the world's largest palace complex and former home of 24 Chinese emperors. Listed as a UNESCO World Heritage site, the Forbidden City has about 500 years of history, serving as the political and ritual center of China during the Ming (1368-1644) and Qing (1644-1911) dynasties. With over 8,700 rooms, it is not only China's largest and best-preserved collection of ancient buildings, but also a city within a city, like the Vatican in Rome. Enter through the Meridian Gate and visit along the central axis to ensure you see all the highlights. Admire the brilliant architecture and numerous ancient treasures while listening to your guide share stories of the emperors who once lived here. Later, take a 15-minute walk up to Jingshan Park, where you can enjoy magnificent panoramic views over modern Beijing and the Forbidden City's russet roofs. (Note: It requires some walking, so please wear comfortable footwear. You can decide whether or not to climb to the top based on your physical condition.)</w:t>
      </w:r>
    </w:p>
    <w:p>
      <w:pPr>
        <w:widowControl/>
      </w:pPr>
      <w:r>
        <w:t>In the afternoon, drive to the Summer Palace, the "Museum of Royal Gardens", once a summer retreat for royal families. The grounds, temples, gardens, pavilions, lakes, bridges, gate-towers, and corridors are marvels of landscape design. Take a leisurely stroll to appreciate the imperial architecture, hilltop views, and beautiful lakes, which offer a pastoral escape into the landscapes of traditional Chinese painting.</w:t>
      </w:r>
    </w:p>
    <w:p>
      <w:pPr>
        <w:widowControl/>
      </w:pPr>
      <w:r>
        <w:t>Travel Note:</w:t>
      </w:r>
    </w:p>
    <w:p>
      <w:pPr>
        <w:widowControl/>
      </w:pPr>
      <w:r>
        <w:t>Beijing's Forbidden City is closed on Mondays. On those days, you will instead visit the Temple of Heaven or Prince Gong's Mansion.)</w:t>
      </w:r>
    </w:p>
    <w:p>
      <w:pPr>
        <w:widowControl/>
      </w:pPr>
      <w:r>
        <w:t>Overview: A full-day Beijing tour with Tiananmen Square, Forbidden City, Jingshan Park, and Summer Palace. (B+L)</w:t>
      </w:r>
    </w:p>
    <w:p>
      <w:pPr>
        <w:widowControl/>
      </w:pPr>
      <w:r>
        <w:t>Attractions: 4 iconic sites</w:t>
      </w:r>
    </w:p>
    <w:p>
      <w:pPr>
        <w:widowControl/>
      </w:pPr>
      <w:r>
        <w:t>Transport and activities: vehicle</w:t>
      </w:r>
    </w:p>
    <w:p>
      <w:pPr>
        <w:widowControl/>
      </w:pPr>
      <w:r>
        <w:t>Meals: Breakfast,Lunch</w:t>
      </w:r>
    </w:p>
    <w:p>
      <w:pPr>
        <w:widowControl/>
      </w:pPr>
      <w:r>
        <w:t>Accommodation: Comfortable</w:t>
      </w:r>
    </w:p>
    <w:p>
      <w:pPr>
        <w:keepNext/>
        <w:widowControl/>
        <w:spacing w:before="240"/>
      </w:pPr>
      <w:r>
        <w:t>Day 3 Beijing Great Wall Tour | Mutianyu Great Wall, Glimpse of Bird's Nest &amp; Water Cube</w:t>
      </w:r>
    </w:p>
    <w:p>
      <w:pPr>
        <w:widowControl/>
      </w:pPr>
      <w:r>
        <w:t>In this morning, you will head northwest of Beijing (about 1.5-2 hours' drive, 73km) to the Great Wall at Mutianyu. The Great Wall boasts a history over 2,000 years and stretches more than 3,000 miles across several provinces of northern China, making it one of the most impressive ancient masterpieces on the planet. Mutianyu Great Wall is connected with the Jiankou Great Wall in the west and the Gubeikou Great Wall in the east. Mutianyu is the longest and best fully-restored Great Wall with fewer tourists and is also famed for its 23 Ming-era watchtowers and stunning views. Take the cable car up to the 14th watchtower and then enjoy the memorable hiking time on the wall while visiting its western route. With the green pines and cypresses covering the surrounding area, and the winding wall standing majestically on the vast land, you will capture the most stunning natural scenery in this section. Challenge yourselves while climbing up to the 20th watchtower where you could fulfill your Great Wall dream. Cherish the chance and take photos as many as you like!</w:t>
      </w:r>
    </w:p>
    <w:p>
      <w:pPr>
        <w:widowControl/>
      </w:pPr>
      <w:r>
        <w:t>After the once-in-lifetime experience, head back to downtown Beijing and have the chance to take photos with the exterior of the Bird's Nest (Beijing National Stadium) and Water Cube (Beijing National Aquatics Center). They were both designed for the 2008 Beijing Olympics and used for the 2022 Winter Olympic Games.</w:t>
      </w:r>
    </w:p>
    <w:p>
      <w:pPr>
        <w:widowControl/>
      </w:pPr>
      <w:r>
        <w:t>After that, transfer back to your hotel and have a good rest tonight.</w:t>
      </w:r>
    </w:p>
    <w:p>
      <w:pPr>
        <w:widowControl/>
      </w:pPr>
      <w:r>
        <w:t>Overview: A visit to Mutianyu Great Wall by cable car (round-trip), a glimpse of Bird’s Nest &amp; Water Cube on the way back downtown. (B+L)</w:t>
      </w:r>
    </w:p>
    <w:p>
      <w:pPr>
        <w:widowControl/>
      </w:pPr>
      <w:r>
        <w:t>Attractions: 3 sites</w:t>
      </w:r>
    </w:p>
    <w:p>
      <w:pPr>
        <w:widowControl/>
      </w:pPr>
      <w:r>
        <w:t>Transport and activities: vehicle</w:t>
      </w:r>
    </w:p>
    <w:p>
      <w:pPr>
        <w:widowControl/>
      </w:pPr>
      <w:r>
        <w:t>Meals: Breakfast,Lunch</w:t>
      </w:r>
    </w:p>
    <w:p>
      <w:pPr>
        <w:widowControl/>
      </w:pPr>
      <w:r>
        <w:t>Accommodation: Comfortable</w:t>
      </w:r>
    </w:p>
    <w:p>
      <w:pPr>
        <w:keepNext/>
        <w:widowControl/>
        <w:spacing w:before="240"/>
      </w:pPr>
      <w:r>
        <w:t>Day 4 Beijing to Xian by High Speed Train | Giant Wild Goose Pagoda, Muslim Quarter</w:t>
      </w:r>
    </w:p>
    <w:p>
      <w:pPr>
        <w:widowControl/>
      </w:pPr>
      <w:r>
        <w:t>After breakfast, your group will be escorted to the train station for high-speed train to Xi'an (about 4.5-5.5 hours). Welcome to Xi'an, the capital of 13 ancient Chinese dynasties! Upon arrival at the train station, your driver will greet you at the exit and escort you to your hotel in Xi'an.</w:t>
      </w:r>
    </w:p>
    <w:p>
      <w:pPr>
        <w:widowControl/>
      </w:pPr>
      <w:r>
        <w:t>In the afternoon, you will visit Giant Wild Goose Pagoda, one of Xi'an's most recognizable landmarks and a symbol of the magnificence of the Tang Dynasty. This seven-story pagoda, standing in the tranquil Da Ci'en Temple, is one of China's best examples of a Tang-style pagoda (squarish rather than round). It was completed in AD 652 to house Buddhist sutras brought back from India by the monk Xuan Zang. His travels inspired one of the best-known works of Chinese literature, Journey to the West.</w:t>
      </w:r>
    </w:p>
    <w:p>
      <w:pPr>
        <w:widowControl/>
      </w:pPr>
      <w:r>
        <w:t>Later, you will have the opportunity to explore the vibrant and bustling Muslim Quarter, one of the most famous neighborhoods in Xi'an. Stretching for about 500 meters, this area is home to the city's Hui Muslim community. Enjoy the lively atmosphere and especially the mouthwatering street food. You can try famous Xi'an specialties such as Roujiamo, Yangrou Paomo, Biangbiang noodles, and kebabs.</w:t>
      </w:r>
    </w:p>
    <w:p>
      <w:pPr>
        <w:widowControl/>
      </w:pPr>
      <w:r>
        <w:t>Overview: Depart Beijing and arrive in Xian by high-speed train, train station pick-up. Visit Giant Wild Goose Pagoda and Muslim Quarter. (B)</w:t>
      </w:r>
    </w:p>
    <w:p>
      <w:pPr>
        <w:widowControl/>
      </w:pPr>
      <w:r>
        <w:t>Attractions: 2 sites</w:t>
      </w:r>
    </w:p>
    <w:p>
      <w:pPr>
        <w:widowControl/>
      </w:pPr>
      <w:r>
        <w:t>Transport and activities: High speed train, vehicle</w:t>
      </w:r>
    </w:p>
    <w:p>
      <w:pPr>
        <w:widowControl/>
      </w:pPr>
      <w:r>
        <w:t>Meals: Breakfast</w:t>
      </w:r>
    </w:p>
    <w:p>
      <w:pPr>
        <w:widowControl/>
      </w:pPr>
      <w:r>
        <w:t>Accommodation: Comfortable</w:t>
      </w:r>
    </w:p>
    <w:p>
      <w:pPr>
        <w:keepNext/>
        <w:widowControl/>
        <w:spacing w:before="240"/>
      </w:pPr>
      <w:r>
        <w:t>Day 5 Xian City Tour | Terracotta Warriors, Ancient Wall, Bell Tower (or Drum Tower)</w:t>
      </w:r>
    </w:p>
    <w:p>
      <w:pPr>
        <w:widowControl/>
      </w:pPr>
      <w:r>
        <w:t>After breakfast, your guide and driver will pick you up at your hotel. Drive about 40km (about 1 hour) to uncover one of the greatest archaeological discoveries in the world - the Terracotta Army Museum, built by the first emperor of China, Qin Shihuang, to protect him in the afterlife. Around 8,000 vivid life-size Terracotta Warriors have been found so far. First, visit the largest and most imposing pit, believed to contain over 6,000 terracotta figures of soldiers and horses. You will be amazed by this subterranean life-size army of thousands standing silently to guard the emperor. Marvel also at the fabulous artistic skills of ancient Chinese artisans. Next, move to another pit where you can see around 1,300 warriors and horses. Examine the ancient army formation, including the kneeling and standing archers, the chariot war array, and numerous troopers holding weapons.</w:t>
      </w:r>
    </w:p>
    <w:p>
      <w:pPr>
        <w:widowControl/>
      </w:pPr>
      <w:r>
        <w:t>After lunch, head to visit the Ancient City Wall, also known as the Fortification of Xian, representing one of the oldest, largest, and best-preserved Chinese city walls. Spend time leisurely walking the wall and enjoying its inner and outer walls, watchtowers, and moat, taking in panoramic views of modern Xian, there, you will also visit the awe-inspiring Bell Tower (or Drum Tower), a landmark from the Ming Dynasty dating back 600 years, will be beautifully illuminated, creating a captivating backdrop for stunning photos showcasing the harmonious blend of ancient history and modernity in Xian. In the evening, you may also have the chance to visit the lively Bell &amp; Drum Tower Square (Zhongulou Square), allowing you to immerse yourself in Xian's vibrant nightlife like a local.</w:t>
      </w:r>
    </w:p>
    <w:p>
      <w:pPr>
        <w:widowControl/>
      </w:pPr>
      <w:r>
        <w:t>Overview: A historic tour in Xian with Terracotta Warriors, Ancient Wall and Bell Tower (or Drum Tower). (B+L)</w:t>
      </w:r>
    </w:p>
    <w:p>
      <w:pPr>
        <w:widowControl/>
      </w:pPr>
      <w:r>
        <w:t>Attractions: 3 sites</w:t>
      </w:r>
    </w:p>
    <w:p>
      <w:pPr>
        <w:widowControl/>
      </w:pPr>
      <w:r>
        <w:t>Transport and activities: vehicle</w:t>
      </w:r>
    </w:p>
    <w:p>
      <w:pPr>
        <w:widowControl/>
      </w:pPr>
      <w:r>
        <w:t>Meals: Breakfast,Lunch</w:t>
      </w:r>
    </w:p>
    <w:p>
      <w:pPr>
        <w:widowControl/>
      </w:pPr>
      <w:r>
        <w:t>Accommodation: Comfortable</w:t>
      </w:r>
    </w:p>
    <w:p>
      <w:pPr>
        <w:keepNext/>
        <w:widowControl/>
        <w:spacing w:before="240"/>
      </w:pPr>
      <w:r>
        <w:t>Day 6 Xian to Guilin by Flight | Guilin Airport Pick-up, Hotel Check-in; Elephant Trunk Hill, Reed Flute Cave</w:t>
      </w:r>
    </w:p>
    <w:p>
      <w:pPr>
        <w:widowControl/>
      </w:pPr>
      <w:r>
        <w:t>On this day, you will be transferred to the airport for the flight to Guilin (about 2.5 hours).</w:t>
      </w:r>
    </w:p>
    <w:p>
      <w:pPr>
        <w:widowControl/>
      </w:pPr>
      <w:r>
        <w:t>Welcome to Guilin, China's most picturesque paradise! Upon your arrival at Guilin Liangjiang International Airport or the train station, our local driver will meet and greet you at the exit and escort you to your carefully selected hotel in downtown Guilin.</w:t>
      </w:r>
    </w:p>
    <w:p>
      <w:pPr>
        <w:widowControl/>
      </w:pPr>
      <w:r>
        <w:t>Afternoon: Elephant Trunk Hill, Reed Flute Cave</w:t>
      </w:r>
    </w:p>
    <w:p>
      <w:pPr>
        <w:widowControl/>
      </w:pPr>
      <w:r>
        <w:t>In this afternoon, your group will head to Elephant Trunk Hill, the iconic symbol of Guilin. Located where the Li River meets the Peach Blossom River, this natural limestone formation resembles a giant elephant drinking from the water. Formed over millions of years by water erosion, it's the inspiration behind the famous saying “Guilin's scenery is the finest under heaven.” Walk to Water-Moon Cave, a semicircular opening between the trunk and body of the “elephant.” Standing 12 meters high, the cave features engraved poems from the Tang and Song dynasties - a poetic blend of nature and culture.</w:t>
      </w:r>
    </w:p>
    <w:p>
      <w:pPr>
        <w:widowControl/>
      </w:pPr>
      <w:r>
        <w:t>Next, visit the Reed Flute Cave, known as the “Palace of Nature's Art.” Inside, discover a breathtaking world of stalactites, stalagmites, stone pillars, and flowstone, sculpted by nature over millennia. Colorful LED lights illuminate formations like “Lion Peak at Dawn,” “The Primitive Forest,” “Dragon and Elephant Peak,” and “Mountain of Fruits and Flowers.”</w:t>
      </w:r>
    </w:p>
    <w:p>
      <w:pPr>
        <w:widowControl/>
      </w:pPr>
      <w:r>
        <w:t>Don't miss the Crystal Palace, where still water reflects the glowing rock walls, creating a dreamlike, otherworldly scene. Experience the Water Curtain Movie - a short film projected behind a flowing water screen, showcasing the geological evolution of the cave. It's a magical finale to an unforgettable journey.</w:t>
      </w:r>
    </w:p>
    <w:p>
      <w:pPr>
        <w:widowControl/>
      </w:pPr>
      <w:r>
        <w:t>After the tour, you'll be transferred back to your hotel in Guilin.</w:t>
      </w:r>
    </w:p>
    <w:p>
      <w:pPr>
        <w:widowControl/>
      </w:pPr>
      <w:r>
        <w:t>Overview: Get to Guilin by flight from Xian; visit Elephant Trunk Hill, Reed Flute Cave. (B)</w:t>
      </w:r>
    </w:p>
    <w:p>
      <w:pPr>
        <w:widowControl/>
      </w:pPr>
      <w:r>
        <w:t>Attractions: 2 sites</w:t>
      </w:r>
    </w:p>
    <w:p>
      <w:pPr>
        <w:widowControl/>
      </w:pPr>
      <w:r>
        <w:t>Transport and activities: vehicle, flight</w:t>
      </w:r>
    </w:p>
    <w:p>
      <w:pPr>
        <w:widowControl/>
      </w:pPr>
      <w:r>
        <w:t>Meals: Breakfast</w:t>
      </w:r>
    </w:p>
    <w:p>
      <w:pPr>
        <w:widowControl/>
      </w:pPr>
      <w:r>
        <w:t>Accommodation: Guilin downtown</w:t>
      </w:r>
    </w:p>
    <w:p>
      <w:pPr>
        <w:keepNext/>
        <w:widowControl/>
        <w:spacing w:before="240"/>
      </w:pPr>
      <w:r>
        <w:t>Day 7 Guilin to Yangshuo Tour | Li River Cruise, Yangshuo Countryside, West Street</w:t>
      </w:r>
    </w:p>
    <w:p>
      <w:pPr>
        <w:widowControl/>
      </w:pPr>
      <w:r>
        <w:t>“East or west, Guilin landscape is the best”. After breakfast, you will go to explore the most stunning natural scenery along the Li River, which is renowned as one of the “the world's top 10 watery wonders” by National Geographic. Drive about 1 hour from your hotel to the pier and start a 4.5-hour relaxing sightseeing Li River cruise trip to Yangshuo. Along the 84-kilometer scenic cruise, you will feast your eyes with endless Chinese paintings of winding rivers, numerous green limestone karst peaks, grazing water buffalo, farmers working in the fertile fields, and idyllic villages nestled at the bases of the hills.</w:t>
      </w:r>
    </w:p>
    <w:p>
      <w:pPr>
        <w:widowControl/>
      </w:pPr>
      <w:r>
        <w:t>Lunch Upgrade:</w:t>
      </w:r>
    </w:p>
    <w:p>
      <w:pPr>
        <w:widowControl/>
      </w:pPr>
      <w:r>
        <w:t>Asia Odyssey Travel has thoughtfully prepared a customized Western-style lunch exclusively for you. Your guide will bring freshly made meals prepared early that morning for you to enjoy on the boat.</w:t>
      </w:r>
    </w:p>
    <w:p>
      <w:pPr>
        <w:widowControl/>
      </w:pPr>
      <w:r>
        <w:t>After arriving in Yangshuo, the driver will pick you up from the dock and drive to your hotel in Yangshuo town for a short rest. Then, it's time to get up close to Yangshuo rural paradise. Choose the way that suits your style: (1) by driving, plus walking; (2) by bike; or (3) by scooter. (Additional prices may apply).</w:t>
      </w:r>
    </w:p>
    <w:p>
      <w:pPr>
        <w:widowControl/>
      </w:pPr>
      <w:r>
        <w:t>Let all the picturesque scenes please your eyes and souls to the maximum for total relaxation. At various points, you might also spot locals engaging in their daily chores, farmers tending to their fields, or even children playing along the riverbanks. Quaint stone houses dot the riverbanks, their grey slate roofs offering a delightful contrast against the verdant surroundings. A solitary water buffalo languidly grazes in the fields, a sight that adds an endearing touch of rural life to the panoramic display.</w:t>
      </w:r>
    </w:p>
    <w:p>
      <w:pPr>
        <w:widowControl/>
      </w:pPr>
      <w:r>
        <w:t>Later, you will stroll leisurely along the West Street, which is the most prosperous area in Yangshuo. Restaurants, bars and souvenir shops along the street are always full of guests. It is a fusion of western culture and Chinese culture and it is the best place to spend your nightlife here. Whether you want to enjoy a cup of coffee, taste some local food or just throw yourself into the vivid atmosphere... all you can get.</w:t>
      </w:r>
    </w:p>
    <w:p>
      <w:pPr>
        <w:widowControl/>
      </w:pPr>
      <w:r>
        <w:t>Overview: Take a Li River cruise from Guilin to Yangshuo, visit Yangshuo countryside and West Street at leisure. (B+L)</w:t>
      </w:r>
    </w:p>
    <w:p>
      <w:pPr>
        <w:widowControl/>
      </w:pPr>
      <w:r>
        <w:t>Attractions: 3 sites</w:t>
      </w:r>
    </w:p>
    <w:p>
      <w:pPr>
        <w:widowControl/>
      </w:pPr>
      <w:r>
        <w:t>Transport and activities: cruise</w:t>
      </w:r>
    </w:p>
    <w:p>
      <w:pPr>
        <w:widowControl/>
      </w:pPr>
      <w:r>
        <w:t>Meals: Breakfast,Lunch</w:t>
      </w:r>
    </w:p>
    <w:p>
      <w:pPr>
        <w:widowControl/>
      </w:pPr>
      <w:r>
        <w:t>Accommodation: Yangshuo</w:t>
      </w:r>
    </w:p>
    <w:p>
      <w:pPr>
        <w:keepNext/>
        <w:widowControl/>
        <w:spacing w:before="240"/>
      </w:pPr>
      <w:r>
        <w:t>Day 8 High Speed Train to Chongqing from Guilin | Board Your Yangtze Cruise</w:t>
      </w:r>
    </w:p>
    <w:p>
      <w:pPr>
        <w:widowControl/>
      </w:pPr>
      <w:r>
        <w:t>Transfer via: High speed train Guilin-Chongqing arranged by AOT(second class seat)</w:t>
      </w:r>
    </w:p>
    <w:p>
      <w:pPr>
        <w:widowControl/>
      </w:pPr>
      <w:r>
        <w:t>On this day, you will be escorted to train station for your high speed train to Chongqing. Welcome to Chongqing, the Mountain City of China! Upon your arrival in Chongqing, your guide will meet you at the exit of the train station and escort you to Chongqing Chaotianmen Port to board your Yangtze cruise. You will have free time after the cruise ship check-in and you can go around the area of Chaotianmen Port. Your memorable relaxing cruise journey starts at 21:00!</w:t>
      </w:r>
    </w:p>
    <w:p>
      <w:pPr>
        <w:widowControl/>
      </w:pPr>
      <w:r>
        <w:t>Remarks:</w:t>
      </w:r>
    </w:p>
    <w:p>
      <w:pPr>
        <w:widowControl/>
      </w:pPr>
      <w:r>
        <w:t>Please call the ship one day ahead or at least in the morning on the boarding day to have clear idea about which pier you are going to use;</w:t>
      </w:r>
    </w:p>
    <w:p>
      <w:pPr>
        <w:widowControl/>
      </w:pPr>
      <w:r>
        <w:t>All the times on the schedule are estimated ones which are subject to change due to weather and navigation conditions.</w:t>
      </w:r>
    </w:p>
    <w:p>
      <w:pPr>
        <w:widowControl/>
      </w:pPr>
      <w:r>
        <w:t>The boarding time and departure piers may change based on the ship line, water level, season, weather and other factors.</w:t>
      </w:r>
    </w:p>
    <w:p>
      <w:pPr>
        <w:widowControl/>
      </w:pPr>
      <w:r>
        <w:t>iNotice for Transferring from Chongqing to Fengdu to Board the Cruise:</w:t>
      </w:r>
    </w:p>
    <w:p>
      <w:pPr>
        <w:widowControl/>
      </w:pPr>
      <w:r>
        <w:t>During the summer months, if the water level is too high or too low, it may be necessary to transfer from Chongqing to Fengdu by bus (arranged by the cruise company) in order to board the cruise. The drive takes about 2.5 hours. This situation occurs more frequently in March-April and July-August. If this happens, our travel consultant will provide you with detailed information about the transfer in advance.</w:t>
      </w:r>
    </w:p>
    <w:p>
      <w:pPr>
        <w:widowControl/>
      </w:pPr>
      <w:r>
        <w:t>Overview: Get to Chongqing by high speed train from Guilin, train station pick-up and board your Yangtze cruise at Chaotianmen Port. (B)</w:t>
      </w:r>
    </w:p>
    <w:p>
      <w:pPr>
        <w:widowControl/>
      </w:pPr>
      <w:r>
        <w:t>Attractions: explore freely on your own</w:t>
      </w:r>
    </w:p>
    <w:p>
      <w:pPr>
        <w:widowControl/>
      </w:pPr>
      <w:r>
        <w:t>Transport and activities: coach, high speed train, cruise</w:t>
      </w:r>
    </w:p>
    <w:p>
      <w:pPr>
        <w:widowControl/>
      </w:pPr>
      <w:r>
        <w:t>Meals: Breakfast</w:t>
      </w:r>
    </w:p>
    <w:p>
      <w:pPr>
        <w:widowControl/>
      </w:pPr>
      <w:r>
        <w:t>Accommodation: Cruise</w:t>
      </w:r>
    </w:p>
    <w:p>
      <w:pPr>
        <w:keepNext/>
        <w:widowControl/>
        <w:spacing w:before="240"/>
      </w:pPr>
      <w:r>
        <w:t>Day 9 Yangtze River Cruise | Shore Excursion to Fengdu Ghost City or Similar</w:t>
      </w:r>
    </w:p>
    <w:p>
      <w:pPr>
        <w:widowControl/>
      </w:pPr>
      <w:r>
        <w:t>On this day, your cruise will sail peacefully along the Yangtze River. Wake up leisurely and enjoy the fascinating river view with misty or gentle sunshine shining over the river. Have your buffet breakfast and start your beautiful day. There are some activities well designed by the cruise that you can do shore excursions to visit traditional Chinese cultural sites or stay onboard to relax and learn some Chinese culture.</w:t>
      </w:r>
    </w:p>
    <w:p>
      <w:pPr>
        <w:widowControl/>
      </w:pPr>
      <w:r>
        <w:t>You will follow a local English-speaking tour guide and make a shore excursion to Fengdu Ghost City in this morning. This ghost city is one large collection of temples, memorials and monasteries and you can know many legendary stories about underworld and different kinds of devils and Chinese demons. Or, you can take optional excursion to Shibaozhai Pagoda with extra fee , one of the eight extraordinary architectures in the world located in Zhongxian County. Climb up the 12-story red wooden pagoda and you can have a panoramic view of the Yangtze River.</w:t>
      </w:r>
    </w:p>
    <w:p>
      <w:pPr>
        <w:widowControl/>
      </w:pPr>
      <w:r>
        <w:t>iNote:</w:t>
      </w:r>
    </w:p>
    <w:p>
      <w:pPr>
        <w:widowControl/>
      </w:pPr>
      <w:r>
        <w:t>The itinerary above is provided for your reference. Attractions and shore excursions may vary slightly depending on the cruise company. We will help you choose the most suitable cruise based on your preferences.</w:t>
      </w:r>
    </w:p>
    <w:p>
      <w:pPr>
        <w:widowControl/>
      </w:pPr>
      <w:r>
        <w:t>Overview: Enjoy shore excursion to Fengdu Ghost City and relax onboard, or attend cultural activities for more fun. (B+L+D)</w:t>
      </w:r>
    </w:p>
    <w:p>
      <w:pPr>
        <w:widowControl/>
      </w:pPr>
      <w:r>
        <w:t>Attractions: 1 site</w:t>
      </w:r>
    </w:p>
    <w:p>
      <w:pPr>
        <w:widowControl/>
      </w:pPr>
      <w:r>
        <w:t>Transport and activities: cruise</w:t>
      </w:r>
    </w:p>
    <w:p>
      <w:pPr>
        <w:widowControl/>
      </w:pPr>
      <w:r>
        <w:t>Meals: Breakfast,Lunch,Dinner</w:t>
      </w:r>
    </w:p>
    <w:p>
      <w:pPr>
        <w:widowControl/>
      </w:pPr>
      <w:r>
        <w:t>Accommodation: Cruise</w:t>
      </w:r>
    </w:p>
    <w:p>
      <w:pPr>
        <w:keepNext/>
        <w:widowControl/>
        <w:spacing w:before="240"/>
      </w:pPr>
      <w:r>
        <w:t>Day 10 Yangtze River Cruise | Three Gorges &amp; Shennv Stream or Similar</w:t>
      </w:r>
    </w:p>
    <w:p>
      <w:pPr>
        <w:widowControl/>
      </w:pPr>
      <w:r>
        <w:t>Today, you will have a full day to view the beautiful Three Gorges. First, you will sail through Qutang Gorge which is celebrated for its magnificent, peculiar and precipitous scenery in the world. Marvel at the incredible Kui Gate. Next, go through Wuxia Gorge which is serene and secluded and presents a panorama of lovely scenery and then pass through Xiling Gorge well known for its rugged shoals and turbulent waters. Follow the guide's live interpretation and appreciate the breathtaking scenery onboard.</w:t>
      </w:r>
    </w:p>
    <w:p>
      <w:pPr>
        <w:widowControl/>
      </w:pPr>
      <w:r>
        <w:t>In this afternoon, make a leisure shore excursion to Shennv Stream (Goddess Stream) in Wushan County. Switch to a smaller boat to sail down the primitive stream for a close look at the steep mountains and hanging coffins high on the cliffs. If you are interested, you can join local Tujia ethnic guide for singing and dancing performance. In this evening, enjoy the Captain's Farewell Party with all your mates onboard and have a pleasant dinner together.</w:t>
      </w:r>
    </w:p>
    <w:p>
      <w:pPr>
        <w:widowControl/>
      </w:pPr>
      <w:r>
        <w:t>iNote:</w:t>
      </w:r>
    </w:p>
    <w:p>
      <w:pPr>
        <w:widowControl/>
      </w:pPr>
      <w:r>
        <w:t>The itinerary above is provided for your reference. Attractions and shore excursions may vary slightly depending on the cruise company. We will help you choose the most suitable cruise based on your preferences.</w:t>
      </w:r>
    </w:p>
    <w:p>
      <w:pPr>
        <w:widowControl/>
      </w:pPr>
      <w:r>
        <w:t>Overview: Enjoy shore excursion to Shennv Stream and appreciate Three Gorges scenery. (B+L+D)</w:t>
      </w:r>
    </w:p>
    <w:p>
      <w:pPr>
        <w:widowControl/>
      </w:pPr>
      <w:r>
        <w:t>Attractions: 1 site</w:t>
      </w:r>
    </w:p>
    <w:p>
      <w:pPr>
        <w:widowControl/>
      </w:pPr>
      <w:r>
        <w:t>Transport and activities: Cruise</w:t>
      </w:r>
    </w:p>
    <w:p>
      <w:pPr>
        <w:widowControl/>
      </w:pPr>
      <w:r>
        <w:t>Meals: Breakfast,Lunch,Dinner</w:t>
      </w:r>
    </w:p>
    <w:p>
      <w:pPr>
        <w:widowControl/>
      </w:pPr>
      <w:r>
        <w:t>Accommodation: Cruise</w:t>
      </w:r>
    </w:p>
    <w:p>
      <w:pPr>
        <w:keepNext/>
        <w:widowControl/>
        <w:spacing w:before="240"/>
      </w:pPr>
      <w:r>
        <w:t>Day 11 Yangtze River Cruise to Yichang &amp; High Speed Train to Shanghai, Shanghai Train Station Pick-up &amp; Hotel Check-in</w:t>
      </w:r>
    </w:p>
    <w:p>
      <w:pPr>
        <w:widowControl/>
      </w:pPr>
      <w:r>
        <w:t>After breakfast, it is time to go through the check-out procedure and you'll disembark at Maoping Port. The highlighted attraction today is the largest hydropower project in China - Three Gorges Dam. Catch the chance to view the dam and the system of locks. The body of the dam is immense with a height of 181 meters and spanning 2335 meters across the Yangtze River and 115 meters in width. (Optional experience: you can choose to sail through the world's largest ship lift - Three Gorges Dam Ship Lift to very closely marvel at the huge dam which is a totally fresh and exciting experience for travelers.)</w:t>
      </w:r>
    </w:p>
    <w:p>
      <w:pPr>
        <w:widowControl/>
      </w:pPr>
      <w:r>
        <w:t>After the dam visiting, you'll take the tourist bus arranged by the cruise company transferring you to Yichang Three Gorges Center Cruise Terminal around 12:30-13:00. In this afternoon, you will be escorted to the train station for a high speed train to Shanghai (about 6-7 hours). Upon arrival, your driver will meet you at the train station and escort you directly to downtown Shanghai.</w:t>
      </w:r>
    </w:p>
    <w:p>
      <w:pPr>
        <w:widowControl/>
      </w:pPr>
      <w:r>
        <w:t>iNote:</w:t>
      </w:r>
    </w:p>
    <w:p>
      <w:pPr>
        <w:widowControl/>
      </w:pPr>
      <w:r>
        <w:t>1. In the morning, please check out at the front desk and leave your luggage there. The cruise company will handle your luggage and transport it to the Three Gorges Tourist Center. 2. If you only visit Three Gorges Dam, you will arrive at Yichang around 12:30. 3. If choose to attend optional Three Gorges Dam Ship Lift, you will arrive at Yichang around 13:30.</w:t>
      </w:r>
    </w:p>
    <w:p>
      <w:pPr>
        <w:widowControl/>
      </w:pPr>
      <w:r>
        <w:t>Overview: Visit Three Gorges Dam and high speed train to Shanghai from Yichang. Arrive in Shanghai, airport pick-up, and hotel check-in. (B)</w:t>
      </w:r>
    </w:p>
    <w:p>
      <w:pPr>
        <w:widowControl/>
      </w:pPr>
      <w:r>
        <w:t>Attractions: 1 site</w:t>
      </w:r>
    </w:p>
    <w:p>
      <w:pPr>
        <w:widowControl/>
      </w:pPr>
      <w:r>
        <w:t>Transport and activities: cruise, coach, flight</w:t>
      </w:r>
    </w:p>
    <w:p>
      <w:pPr>
        <w:widowControl/>
      </w:pPr>
      <w:r>
        <w:t>Meals: Breakfast</w:t>
      </w:r>
    </w:p>
    <w:p>
      <w:pPr>
        <w:widowControl/>
      </w:pPr>
      <w:r>
        <w:t>Accommodation: Comfortable</w:t>
      </w:r>
    </w:p>
    <w:p>
      <w:pPr>
        <w:keepNext/>
        <w:widowControl/>
        <w:spacing w:before="240"/>
      </w:pPr>
      <w:r>
        <w:t>Day 12 Shanghai City Tour | Shanghai Tower, Shanghai Museum, Yu Garden &amp; Bazaar, Nanjing Road &amp; The Bund</w:t>
      </w:r>
    </w:p>
    <w:p>
      <w:pPr>
        <w:widowControl/>
      </w:pPr>
      <w:r>
        <w:t>Today, your group will have full day to experience the perfect blend of East and West in the "Paris of the East." Explore brilliant museums, classical gardens, futuristic skyscrapers, and stunning architecture - all in one vibrant city.</w:t>
      </w:r>
    </w:p>
    <w:p>
      <w:pPr>
        <w:widowControl/>
      </w:pPr>
      <w:r>
        <w:t>First, head to Pudong and the Lujiazui financial district, home to a trio of iconic skyscrapers. The Shanghai Tower, China's tallest and the world's second-tallest building at 632 meters (2,073 ft), soars with a dramatic 120-degree twist from base to peak. Ride the world's fastest elevators (64 km/h) to the "Top of Shanghai Observatory" on the 118th floor, 546 meters above ground. Enjoy breathtaking 360-degree views of the city, with the Jin Mao Tower and Shanghai World Financial Center below.</w:t>
      </w:r>
    </w:p>
    <w:p>
      <w:pPr>
        <w:widowControl/>
      </w:pPr>
      <w:r>
        <w:t>Later, visit the Shanghai Museum (East), one of the world's finest museums of ancient Chinese art. Its sleek, modern design is inspired by the traditional Chinese jade bi disc. Inside, explore galleries of bronzes, ceramics, calligraphy, paintings, jade, furniture, coins, and sculptures. Don't miss iconic treasures like the Da Ke Ding, a 3,000-year-old bronze vessel, displayed with the Zi Long Ding and Marquis of Jin Bells - a rare highlight of the Bronze Gallery. Also, see the legendary Sword of King Goujian of Yue, a masterpiece of ancient craftsmanship.</w:t>
      </w:r>
    </w:p>
    <w:p>
      <w:pPr>
        <w:widowControl/>
      </w:pPr>
      <w:r>
        <w:t>Next, visit Yu Garden, Shanghai's most famous classical garden, hidden in the heart of the city. Stroll through elegant pavilions, rockeries, and lotus ponds, and admire exquisite carvings and traditional architecture. Outside, Yuyuan Bazaar offers local snacks, souvenirs, and handcrafted art.</w:t>
      </w:r>
    </w:p>
    <w:p>
      <w:pPr>
        <w:widowControl/>
      </w:pPr>
      <w:r>
        <w:t>In the afternoon, walk along Nanjing Road Pedestrian Street, lined with global brands, cafes, and historic buildings. End at the Bund, Shanghai's top must-see landmark. Known as the "Exhibition of International Architecture," it features 52 grand buildings in Gothic, Baroque, and Art Deco styles. From here, enjoy a stunning view of the Pudong skyline across the Huangpu River.</w:t>
      </w:r>
    </w:p>
    <w:p>
      <w:pPr>
        <w:widowControl/>
      </w:pPr>
      <w:r>
        <w:t>Travel Notes:</w:t>
      </w:r>
    </w:p>
    <w:p>
      <w:pPr>
        <w:widowControl/>
      </w:pPr>
      <w:r>
        <w:t>Yu Garden is closed on Mondays. In this case, we may visit the City God Temple, or French Concession</w:t>
      </w:r>
    </w:p>
    <w:p>
      <w:pPr>
        <w:widowControl/>
      </w:pPr>
      <w:r>
        <w:t>Shanghai Museum (East) is closed on Tuesdays. You will visit Shanghai Museum (People's Square) on that day. If access to the People's Square location is unavailable, we will arrange an alternative city attraction.</w:t>
      </w:r>
    </w:p>
    <w:p>
      <w:pPr>
        <w:widowControl/>
      </w:pPr>
      <w:r>
        <w:t>Overview: Discover ancient and modern Shanghai through its Shanghai Museum, Yu Garden, Yuyuan Bazaar, Nanjing Road, The Bund and Shanghai Tower. (B+L)</w:t>
      </w:r>
    </w:p>
    <w:p>
      <w:pPr>
        <w:widowControl/>
      </w:pPr>
      <w:r>
        <w:t>Attractions: 5 iconic sites</w:t>
      </w:r>
    </w:p>
    <w:p>
      <w:pPr>
        <w:widowControl/>
      </w:pPr>
      <w:r>
        <w:t>Transport and activities: coach</w:t>
      </w:r>
    </w:p>
    <w:p>
      <w:pPr>
        <w:widowControl/>
      </w:pPr>
      <w:r>
        <w:t>Meals: Breakfast,Lunch</w:t>
      </w:r>
    </w:p>
    <w:p>
      <w:pPr>
        <w:widowControl/>
      </w:pPr>
      <w:r>
        <w:t>Accommodation: Comfortable</w:t>
      </w:r>
    </w:p>
    <w:p>
      <w:pPr>
        <w:keepNext/>
        <w:widowControl/>
        <w:spacing w:before="240"/>
      </w:pPr>
      <w:r>
        <w:t>Day 13 Departure from Shanghai | Hotel Check-out and Airport See-off</w:t>
      </w:r>
    </w:p>
    <w:p>
      <w:pPr>
        <w:widowControl/>
      </w:pPr>
      <w:r>
        <w:t>It is time to end your 13 days China group tour. You will have some free time in Shanghai and explore more on your own till your group be escorted to the airport/train station for your flight or high speed train to your next destination.</w:t>
      </w:r>
    </w:p>
    <w:p>
      <w:pPr>
        <w:widowControl/>
      </w:pPr>
      <w:r>
        <w:t>Trip Extension Ideas:</w:t>
      </w:r>
    </w:p>
    <w:p>
      <w:pPr>
        <w:widowControl/>
      </w:pPr>
      <w:r>
        <w:t>If you'd like to explore other destinations in Asia instead of returning home right away, we would be happy to help you arrange an extension trip. Feel free to share your ideas with us!</w:t>
      </w:r>
    </w:p>
    <w:p>
      <w:pPr>
        <w:widowControl/>
      </w:pPr>
      <w:r>
        <w:t>Thank you for choosing Asia Odyssey Travel for your China tour. We are always here to assist you and hope to see you again on your next trip to China or Asia. Safe journey!</w:t>
      </w:r>
    </w:p>
    <w:p>
      <w:pPr>
        <w:widowControl/>
      </w:pPr>
      <w:r>
        <w:t>Overview: Depart Shanghai, hotel check-out before 12:00, and airport see-off. Safe journey home. (B)</w:t>
      </w:r>
    </w:p>
    <w:p>
      <w:pPr>
        <w:widowControl/>
      </w:pPr>
      <w:r>
        <w:t>Attractions: explore freely today</w:t>
      </w:r>
    </w:p>
    <w:p>
      <w:pPr>
        <w:widowControl/>
      </w:pPr>
      <w:r>
        <w:t>Transport and activities: coach</w:t>
      </w:r>
    </w:p>
    <w:p>
      <w:pPr>
        <w:widowControl/>
      </w:pPr>
      <w:r>
        <w:t>Meals: Breakfast</w:t>
      </w:r>
    </w:p>
    <w:p>
      <w:pPr>
        <w:widowControl/>
      </w:pPr>
      <w:r>
        <w:t>Accommodation: none</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eastAsia="Noto Sans CJK SC"/>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76" w:lineRule="auto"/>
      <w:outlineLvl w:val="0"/>
    </w:pPr>
    <w:rPr>
      <w:rFonts w:asciiTheme="majorHAnsi" w:eastAsiaTheme="majorEastAsia" w:hAnsiTheme="majorHAnsi" w:cstheme="majorBidi" w:ascii="Arial" w:hAnsi="Arial" w:eastAsia="Noto Sans CJK SC"/>
      <w:b w:val="0"/>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76" w:lineRule="auto"/>
      <w:contextualSpacing/>
    </w:pPr>
    <w:rPr>
      <w:rFonts w:asciiTheme="majorHAnsi" w:eastAsiaTheme="majorEastAsia" w:hAnsiTheme="majorHAnsi" w:cstheme="majorBidi" w:ascii="Arial" w:hAnsi="Arial" w:eastAsia="Noto Sans CJK SC"/>
      <w:b w:val="0"/>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13 Days Relaxing China Tour with Yangtze Cruise in Small Group</dc:title>
  <dc:subject/>
  <dc:creator>Asia Odyssey Travel</dc:creator>
  <cp:keywords/>
  <dc:description>generated by python-docx</dc:description>
  <cp:lastModifiedBy/>
  <cp:revision>1</cp:revision>
  <dcterms:created xsi:type="dcterms:W3CDTF">2013-12-23T23:15:00Z</dcterms:created>
  <dcterms:modified xsi:type="dcterms:W3CDTF">2013-12-23T23:15:00Z</dcterms:modified>
  <cp:category/>
</cp:coreProperties>
</file>