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 Days China Impression Small Group Tour: Experience Classic China &amp; Nature</w:t>
      </w:r>
    </w:p>
    <w:p>
      <w:pPr>
        <w:widowControl/>
      </w:pPr>
      <w:r>
        <w:t>Product code: AOT-GT-004</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On this day, you will be transferred to the train station for a high-speed train to Chengdu (about 3-4 hours). Upon your arrival in Chengdu, your driver will meet you at the exit of the train station and escort you to your hotel in Chengdu downtown area. The rest of today is free on your own to explore this laid-back city well known for Giant Pandas and Sichuan cuisine.</w:t>
      </w:r>
    </w:p>
    <w:p>
      <w:pPr>
        <w:widowControl/>
      </w:pPr>
      <w:r>
        <w:t>Overview: Get to Chengdu by high speed train from Xian, train station pick-up, and hotel check-in. (B)</w:t>
      </w:r>
    </w:p>
    <w:p>
      <w:pPr>
        <w:widowControl/>
      </w:pPr>
      <w:r>
        <w:t>Attractions: explore on your own</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Guilin | Guilin Train Station Pick-up; Elephant Trunk Hill, Reed Flute Cave</w:t>
      </w:r>
    </w:p>
    <w:p>
      <w:pPr>
        <w:widowControl/>
      </w:pPr>
      <w:r>
        <w:t>On this day, you will be escorted to the train station in Chengdu for your high-speed train journey to Guilin (5-6 hours). (Note: In some circumstances, you may take a flight from Chengdu to Guilin, which takes about 1.5 hours.) Welcome to Guilin, the land of nature's masterpieces. Upon your arrival in Guilin, your driver will meet you at the exit of the train station/airport and escort you to your hotel in downtown Guilin.</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by train from Chengdu and visit Elephant Trunk Hill, Reed Flute Cave. (B)</w:t>
      </w:r>
    </w:p>
    <w:p>
      <w:pPr>
        <w:widowControl/>
      </w:pPr>
      <w:r>
        <w:t>Attractions: 2 sites</w:t>
      </w:r>
    </w:p>
    <w:p>
      <w:pPr>
        <w:widowControl/>
      </w:pPr>
      <w:r>
        <w:t>Transport and activities: vehicle, flight</w:t>
      </w:r>
    </w:p>
    <w:p>
      <w:pPr>
        <w:widowControl/>
      </w:pPr>
      <w:r>
        <w:t>Meals: Breakfast</w:t>
      </w:r>
    </w:p>
    <w:p>
      <w:pPr>
        <w:widowControl/>
      </w:pPr>
      <w:r>
        <w:t>Accommodation: Guilin downtown</w:t>
      </w:r>
    </w:p>
    <w:p>
      <w:pPr>
        <w:keepNext/>
        <w:widowControl/>
        <w:spacing w:before="240"/>
      </w:pPr>
      <w:r>
        <w:t>Day 9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(Lunch Upgrade: 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 Town</w:t>
      </w:r>
    </w:p>
    <w:p>
      <w:pPr>
        <w:keepNext/>
        <w:widowControl/>
        <w:spacing w:before="240"/>
      </w:pPr>
      <w:r>
        <w:t>Day 10 Yangshuo-Guilin &amp; High Speed Train to Chongqing | Chongqing Train Station Pick-up &amp; Cruise Ship Check-in</w:t>
      </w:r>
    </w:p>
    <w:p>
      <w:pPr>
        <w:widowControl/>
      </w:pPr>
      <w:r>
        <w:t>Transfer via: High speed train Guilin-Chongqing arranged by AOT(second class seat)</w:t>
      </w:r>
    </w:p>
    <w:p>
      <w:pPr>
        <w:widowControl/>
      </w:pPr>
      <w:r>
        <w:t>On this day, you will be escorted to train station for your high speed train to Chongqing. Welcome to Chongqing, the Mountain City of China! Upon your arrival in Chongqing, your guide will meet you at the exit of the train station and escort you to Chongqing Chaotianmen Port to board your Yangtze cruise. You will have free time after the cruise ship check-in and you can go around the area of Chaotianmen Port. Your memorable relaxing cruise journey starts at 21:00!</w:t>
      </w:r>
    </w:p>
    <w:p>
      <w:pPr>
        <w:widowControl/>
      </w:pPr>
      <w:r>
        <w:t>Remarks:</w:t>
      </w:r>
    </w:p>
    <w:p>
      <w:pPr>
        <w:widowControl/>
      </w:pPr>
      <w:r>
        <w:t>Please call the ship one day ahead or at least in the morning on the boarding day to have clear idea about which pier you are going to use;</w:t>
      </w:r>
    </w:p>
    <w:p>
      <w:pPr>
        <w:widowControl/>
      </w:pPr>
      <w:r>
        <w:t>All the times on the schedule are estimated ones which are subject to change due to weather and navigation conditions.</w:t>
      </w:r>
    </w:p>
    <w:p>
      <w:pPr>
        <w:widowControl/>
      </w:pPr>
      <w:r>
        <w:t>The boarding time and departure piers may change based on the ship line, water level, season, weather and other factors.</w:t>
      </w:r>
    </w:p>
    <w:p>
      <w:pPr>
        <w:widowControl/>
      </w:pPr>
      <w:r>
        <w:t>Notice for Transferring from Chongqing to Fengdu to Board the Cruise:</w:t>
      </w:r>
    </w:p>
    <w:p>
      <w:pPr>
        <w:widowControl/>
      </w:pPr>
      <w:r>
        <w:t>During the summer months, if the water level is too high or too low, it may be necessary to transfer from Chongqing to Fengdu by bus (arranged by the cruise company) in order to board the cruise. The drive takes about 2.5 hours. This situation occurs more frequently in March–April and July–August. If this happens, our travel consultant will provide you with detailed information about the transfer in advance.</w:t>
      </w:r>
    </w:p>
    <w:p>
      <w:pPr>
        <w:widowControl/>
      </w:pPr>
      <w:r>
        <w:t>Overview: Get to Chongqing by high speed train from Guilin, train station pick-up and board your Yangtze cruise at Chaotianmen Port. (B)</w:t>
      </w:r>
    </w:p>
    <w:p>
      <w:pPr>
        <w:widowControl/>
      </w:pPr>
      <w:r>
        <w:t>Attractions: explore on your own</w:t>
      </w:r>
    </w:p>
    <w:p>
      <w:pPr>
        <w:widowControl/>
      </w:pPr>
      <w:r>
        <w:t>Transport and activities: vehicle, train, cruise</w:t>
      </w:r>
    </w:p>
    <w:p>
      <w:pPr>
        <w:widowControl/>
      </w:pPr>
      <w:r>
        <w:t>Meals: Breakfast</w:t>
      </w:r>
    </w:p>
    <w:p>
      <w:pPr>
        <w:widowControl/>
      </w:pPr>
      <w:r>
        <w:t>Accommodation: Comfortable</w:t>
      </w:r>
    </w:p>
    <w:p>
      <w:pPr>
        <w:keepNext/>
        <w:widowControl/>
        <w:spacing w:before="240"/>
      </w:pPr>
      <w:r>
        <w:t>Day 11 Yangtze River Cruise | Shore Excursion to Fengdu Ghost City or Similar</w:t>
      </w:r>
    </w:p>
    <w:p>
      <w:pPr>
        <w:widowControl/>
      </w:pPr>
      <w:r>
        <w:t>On this day, your cruise will sail peacefully along the Yangtze River. Wake up leisurely and enjoy the fascinating river view with misty or gentle sunshine shining over the river. Have your buffet breakfast and start your beautiful day. There are some activities well designed by the cruise that you can do shore excursions to visit traditional Chinese cultural sites or stay onboard to relax and learn some Chinese culture.</w:t>
      </w:r>
    </w:p>
    <w:p>
      <w:pPr>
        <w:widowControl/>
      </w:pPr>
      <w:r>
        <w:t>You will follow a local English-speaking tour guide and make a shore excursion to Fengdu Ghost City in this morning. This ghost city is one large collection of temples, memorials and monasteries and you can know many legendary stories about underworld and different kinds of devils and Chinese demons. Or, you can take optional excursion to Shibaozhai Pagoda with extra fee , one of the eight extraordinary architectures in the world located in Zhongxian County. Climb up the 12-story red wooden pagoda and you can have a panoramic view of the Yangtze River.</w:t>
      </w:r>
    </w:p>
    <w:p>
      <w:pPr>
        <w:widowControl/>
      </w:pPr>
      <w:r>
        <w:t>Note: 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Fengdu Ghost City and relax onboard, or attend cultural activities for more fun.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12 Yangtze River Cruise | Three Gorges &amp; Shennv Stream or Similar</w:t>
      </w:r>
    </w:p>
    <w:p>
      <w:pPr>
        <w:widowControl/>
      </w:pPr>
      <w:r>
        <w:t>Today, you will have a full day to view the beautiful Three Gorges. First, you will sail through Qutang Gorge which is celebrated for its magnificent, peculiar and precipitous scenery in the world. Marvel at the incredible Kui Gate. Next, go through Wuxia Gorge which is serene and secluded and presents a panorama of lovely scenery and then pass through Xiling Gorge well known for its rugged shoals and turbulent waters. Follow the guide's live interpretation and appreciate the breathtaking scenery onboard.</w:t>
      </w:r>
    </w:p>
    <w:p>
      <w:pPr>
        <w:widowControl/>
      </w:pPr>
      <w:r>
        <w:t>In this afternoon, make a leisure shore excursion to Shennv Stream (Goddess Stream) in Wushan County. Switch to a smaller boat to sail down the primitive stream for a close look at the steep mountains and hanging coffins high on the cliffs. If you are interested, you can join local Tujia ethnic guide for singing and dancing performance. In this evening, enjoy the Captain's Farewell Party with all your mates onboard and have a pleasant dinner together.</w:t>
      </w:r>
    </w:p>
    <w:p>
      <w:pPr>
        <w:widowControl/>
      </w:pPr>
      <w:r>
        <w:t>Note: 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Shennv Stream and appreciate Three Gorges scenery.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13 Yangtze Cruise | Yichang Train Station Transfer; Shanghai Train Station Pick-up &amp; Hotel Check-in</w:t>
      </w:r>
    </w:p>
    <w:p>
      <w:pPr>
        <w:widowControl/>
      </w:pPr>
      <w:r>
        <w:t>After breakfast, it is time to go through the check-out procedure and you'll disembark at Maoping Port. The highlighted attraction today is the largest hydropower project in China - Three Gorges Dam. Catch the chance to view the dam and the system of locks. The body of the dam is immense with a height of 181 meters and spanning 2335 meters across the Yangtze River and 115 meters in width. (Optional experience: you can choose to sail through the world's largest ship lift - Three Gorges Dam Ship Lift to very closely marvel at the huge dam which is a totally fresh and exciting experience for travelers.)</w:t>
      </w:r>
    </w:p>
    <w:p>
      <w:pPr>
        <w:widowControl/>
      </w:pPr>
      <w:r>
        <w:t>After the dam visiting, you'll take the tourist bus arranged by the cruise company transferring you to Yichang Three Gorges Center Cruise Terminal around 12:30-13:00. In this afternoon, you will be escorted to the train station for a high speed train to Shanghai (about 6-7 hours). Upon arrival, your driver will meet you at the train station and escort you directly to downtown Shanghai.</w:t>
      </w:r>
    </w:p>
    <w:p>
      <w:pPr>
        <w:widowControl/>
      </w:pPr>
      <w:r>
        <w:t>Note: 1. In the morning, please check out at the front desk and leave your luggage there. The cruise company will handle your luggage and transport it to the Three Gorges Tourist Center. 2. If you only visit Three Gorges Dam, you will arrive at Yichang around 12:30. 3. If choose to attend optional Three Gorges Dam Ship Lift, you will arrive at Yichang around 13:30.</w:t>
      </w:r>
    </w:p>
    <w:p>
      <w:pPr>
        <w:widowControl/>
      </w:pPr>
      <w:r>
        <w:t>Overview: Visit Three Gorges Dam and take high speed train to Shanghai from Yichang. Arrive in Shanghai, airport pick-up, and hotel check-in. (B)</w:t>
      </w:r>
    </w:p>
    <w:p>
      <w:pPr>
        <w:widowControl/>
      </w:pPr>
      <w:r>
        <w:t>Attractions: 1 site</w:t>
      </w:r>
    </w:p>
    <w:p>
      <w:pPr>
        <w:widowControl/>
      </w:pPr>
      <w:r>
        <w:t>Transport and activities: cruise, flight, vehicle</w:t>
      </w:r>
    </w:p>
    <w:p>
      <w:pPr>
        <w:widowControl/>
      </w:pPr>
      <w:r>
        <w:t>Meals: Breakfast</w:t>
      </w:r>
    </w:p>
    <w:p>
      <w:pPr>
        <w:widowControl/>
      </w:pPr>
      <w:r>
        <w:t>Accommodation: Comfortable</w:t>
      </w:r>
    </w:p>
    <w:p>
      <w:pPr>
        <w:keepNext/>
        <w:widowControl/>
        <w:spacing w:before="240"/>
      </w:pPr>
      <w:r>
        <w:t>Day 14 Shanghai City Tour | Shanghai Museum, Shanghai Tower, Yu Garden &amp; Bazaar, Nanjing Road &amp; The Bund</w:t>
      </w:r>
    </w:p>
    <w:p>
      <w:pPr>
        <w:widowControl/>
      </w:pPr>
      <w:r>
        <w:t>Today you will spend the whole day experiencing the perfect blend of West and East in this "Paris of the East." Visit brilliant museums, traditional Chinese gardens, modern skyscrapers, and exotic architecture.</w:t>
      </w:r>
    </w:p>
    <w:p>
      <w:pPr>
        <w:widowControl/>
      </w:pPr>
      <w:r>
        <w:t>First, head to the Pudong Area. One eye-catching feature is the trio of towering skyscrapers in the Lujiazui financial district. Shanghai Tower is the tallest building in China and second tallest in the world at 632 meters (2,073 feet). Here, you will ascend the highest building in Shanghai - the Shanghai Tower - featuring a dramatic 120-degree twist from base to peak. Ride the world's fastest elevators, traveling at 64 km/h, up to the "Top of Shanghai Observatory" on the 118th floor, 546 meters (about 1,791 feet) above ground. Enjoy unparalleled 360-degree panoramic views over the city and look down on the Jin Mao Tower and Shanghai World Financial Center.</w:t>
      </w:r>
    </w:p>
    <w:p>
      <w:pPr>
        <w:widowControl/>
      </w:pPr>
      <w:r>
        <w:t>Later, visit the Shanghai Museum for an awe-inspiring tour of the finest art collection and profound Chinese history. Built shaped like an ancient bronze ding vessel, the museum has a round top and square base, symbolizing “round sky, square earth.” It contains 120,000 cultural relics showcasing incredible Chinese art spanning 5,000 years. Immerse yourself in the Bronze and Ceramics Exhibition Hall, appreciating the elaborate bronzes and exquisite artifacts. Don't miss top treasures like the Da Ke Ding bronze vessel from over 3,000 years ago and the Bianzhong of Marquis Su of Jin, ancient musical instruments.</w:t>
      </w:r>
    </w:p>
    <w:p>
      <w:pPr>
        <w:widowControl/>
      </w:pPr>
      <w:r>
        <w:t>Next, head to Yu Garden, the most celebrated classical Chinese garden hidden in bustling downtown Shanghai. Enjoy a leisurely stroll to see the Chinese architecture and exquisite sculptures and carvings. Outside, Yuyuan Bazaar is a fun place to taste local snacks and shop for traditional crafts and art.</w:t>
      </w:r>
    </w:p>
    <w:p>
      <w:pPr>
        <w:widowControl/>
      </w:pPr>
      <w:r>
        <w:t>In the afternoon, stroll down Nanjing Road Pedestrian Street, lined with famous brands, restaurants, cafes, souvenir shops, and towering buildings. Continue to the Bund, the top must-see spot in Shanghai. Known as the "Exhibition of International Architecture," the Bund features 52 buildings in various styles. Overlook the amazing Pudong skyline and skyscrapers from here.</w:t>
      </w:r>
    </w:p>
    <w:p>
      <w:pPr>
        <w:widowControl/>
      </w:pPr>
      <w:r>
        <w:t>(Travel Note: 1) The Shanghai Museum and Yuyuan Garden are closed on Mondays. On these days, your visit to the Shanghai Museum will be arranged at the Shanghai Museum East, and Yuyuan Garden will be replaced with a visit to the City God Temple. 2) During peak season, if it is difficult to reserve tickets for the Shanghai Museum (People's Square), your visit will be arranged at the Shanghai Museum East Branch instead.)</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15 Departure from Shanghai | Hotel Check-out and Airport See-off</w:t>
      </w:r>
    </w:p>
    <w:p>
      <w:pPr>
        <w:widowControl/>
      </w:pPr>
      <w:r>
        <w:t>It is time to end your 15 days China group tour. You will have some free time in Shanghai and explore more on your own till be escorted to the airport/train station for your flight or high 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Days China Impression Small Group Tour: Experience Classic China &amp; Nature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