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15 Days China Group Tour: Classic China, Panda &amp; Holy Tibet Tour</w:t>
      </w:r>
    </w:p>
    <w:p>
      <w:pPr>
        <w:widowControl/>
      </w:pPr>
      <w:r>
        <w:t>Product code: AOT-GT-005</w:t>
      </w:r>
    </w:p>
    <w:p>
      <w:pPr>
        <w:keepNext/>
        <w:widowControl/>
        <w:spacing w:before="240"/>
      </w:pPr>
      <w:r>
        <w:t>Day 1 Arrival in Beijing | Airport Pick-up and Hotel Check-in</w:t>
      </w:r>
    </w:p>
    <w:p>
      <w:pPr>
        <w:widowControl/>
      </w:pPr>
      <w:r>
        <w:t>Nihao! Welcome to Beijing, the capital city of China! Upon your arrival at the airport/train station in Beijing, the driver will meet and greet you at the exit, and then escort you to the well-selected hotel in downtown Beijing. The rest of the day is free on your own so you can have a good rest for the jet lag or explore by yourself around your hotel.</w:t>
      </w:r>
    </w:p>
    <w:p>
      <w:pPr>
        <w:widowControl/>
      </w:pPr>
      <w:r>
        <w:t>Arrival Ideas:</w:t>
      </w:r>
    </w:p>
    <w:p>
      <w:pPr>
        <w:widowControl/>
      </w:pPr>
      <w:r>
        <w:t>Beijing is well connected by air and high speed rail. There are two airports - Beijing Daxing International Airport and Beijing Capital International Airport operating many international and domestic airlines. Travelers can go to Beijing by air from most cities of China, like Hong Kong, Shanghai, Guangzhou, Chengdu, Xian, Guilin, Hangzhou, Kunming, Wuhan, Xiamen, Guiyang, Chongqing, and Lanzhou. In addition, travelers can take the high speed train to Beijing from Xian (4-5 hours), Shanghai (4.5-6 hours), Zhengzhou (2.5-3 hours), Wuhan (4-5 hours), Harbin (5-5.5 hours), etc.</w:t>
      </w:r>
    </w:p>
    <w:p>
      <w:pPr>
        <w:widowControl/>
      </w:pPr>
      <w:r>
        <w:t>Overview: Arrive at Beijing airport, airport pick-up, transfer to your hotel, and check-in.</w:t>
      </w:r>
    </w:p>
    <w:p>
      <w:pPr>
        <w:widowControl/>
      </w:pPr>
      <w:r>
        <w:t>Attractions: explore freely today</w:t>
      </w:r>
    </w:p>
    <w:p>
      <w:pPr>
        <w:widowControl/>
      </w:pPr>
      <w:r>
        <w:t>Transport and activities: arrive in Beijing by yourself; vehicle</w:t>
      </w:r>
    </w:p>
    <w:p>
      <w:pPr>
        <w:widowControl/>
      </w:pPr>
      <w:r>
        <w:t>Accommodation: Comfortable</w:t>
      </w:r>
    </w:p>
    <w:p>
      <w:pPr>
        <w:keepNext/>
        <w:widowControl/>
        <w:spacing w:before="240"/>
      </w:pPr>
      <w:r>
        <w:t>Day 2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 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3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Beijing Great Wall Tour | Mutianyu Great Wall, Glimpse of Bird's Nest &amp; Water Cube</w:t>
      </w:r>
    </w:p>
    <w:p>
      <w:pPr>
        <w:widowControl/>
      </w:pPr>
      <w:r>
        <w:t>This morning, you will head northwest of Beijing (about 1.5 - 2 hours' drive, 73km) to the Great Wall at Mutianyu. The Great Wall boasts a history of over 2,000 years and stretches more than 3,000 miles across several provinces of northern China, making it one of the most impressive ancient masterpieces on the planet. Mutianyu Great Wall is connecting with the Jiankou Great Wall in the west and the Gubeikou Great Wall in the east. Mutianyu is the longest and best fully-restored great wall with fewer tourists and is also famed for its 23 Ming-era watchtowers and stunning views.</w:t>
      </w:r>
    </w:p>
    <w:p>
      <w:pPr>
        <w:widowControl/>
      </w:pPr>
      <w:r>
        <w:t>Take the cable car up to the 14th watchtower and then enjoy some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Beijing to Xian by High Speed Train | Giant Wild Goose Pagoda, Muslim Quarter</w:t>
      </w:r>
    </w:p>
    <w:p>
      <w:pPr>
        <w:widowControl/>
      </w:pPr>
      <w:r>
        <w:t>After breakfast, your group will be escorted to the train station for high-speed train to Xi'an (about 4.5-5.5 hours). Welcome to Xi'an, the capital of 13 ancient Chinese dynasties! Upon arrival at the train station, your driver will greet you at the exit and escort you to your hotel in Xi'an.</w:t>
      </w:r>
    </w:p>
    <w:p>
      <w:pPr>
        <w:widowControl/>
      </w:pPr>
      <w:r>
        <w:t>In the afternoon,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Overview: Depart Beijing and arrive in Xian by high-speed train, train station pick-up. Visit Giant Wild Goose Pagoda, Muslim Quarter. (B)</w:t>
      </w:r>
    </w:p>
    <w:p>
      <w:pPr>
        <w:widowControl/>
      </w:pPr>
      <w:r>
        <w:t>Attractions: 2 sites</w:t>
      </w:r>
    </w:p>
    <w:p>
      <w:pPr>
        <w:widowControl/>
      </w:pPr>
      <w:r>
        <w:t>Transport and activities: high speed train, vehicle</w:t>
      </w:r>
    </w:p>
    <w:p>
      <w:pPr>
        <w:widowControl/>
      </w:pPr>
      <w:r>
        <w:t>Meals: Breakfast</w:t>
      </w:r>
    </w:p>
    <w:p>
      <w:pPr>
        <w:widowControl/>
      </w:pPr>
      <w:r>
        <w:t>Accommodation: Comfortable</w:t>
      </w:r>
    </w:p>
    <w:p>
      <w:pPr>
        <w:keepNext/>
        <w:widowControl/>
        <w:spacing w:before="240"/>
      </w:pPr>
      <w:r>
        <w:t>Day 5 Xian City Tour | Terracotta Warriors, Ancient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6 Xian to Chengdu by High Speed Train | Chengdu Train Station Pick-up and Hotel Check-in</w:t>
      </w:r>
    </w:p>
    <w:p>
      <w:pPr>
        <w:widowControl/>
      </w:pPr>
      <w:r>
        <w:t>On this day, you will be transferred to the train station for a high-speed train to Chengdu (about 3-4 hours). Upon your arrival in Chengdu, your guide will meet you at the exit of the train station and escort you to your hotel in Chengdu downtown area. The rest of today is free on your own to explore this laid-back city well known for Giant Pandas and Sichuan cuisine.</w:t>
      </w:r>
    </w:p>
    <w:p>
      <w:pPr>
        <w:widowControl/>
      </w:pPr>
      <w:r>
        <w:t>Overview: Take the high-speed train to Chengdu, train station pick-up, and hotel check in. (B)</w:t>
      </w:r>
    </w:p>
    <w:p>
      <w:pPr>
        <w:widowControl/>
      </w:pPr>
      <w:r>
        <w:t>Transport and activities: high speed train, vehicle</w:t>
      </w:r>
    </w:p>
    <w:p>
      <w:pPr>
        <w:widowControl/>
      </w:pPr>
      <w:r>
        <w:t>Meals: Breakfast</w:t>
      </w:r>
    </w:p>
    <w:p>
      <w:pPr>
        <w:widowControl/>
      </w:pPr>
      <w:r>
        <w:t>Accommodation: Comfortable</w:t>
      </w:r>
    </w:p>
    <w:p>
      <w:pPr>
        <w:keepNext/>
        <w:widowControl/>
        <w:spacing w:before="240"/>
      </w:pPr>
      <w:r>
        <w:t>Day 7 Chengdu Classic Tour | Chengdu Panda Base, Sanxingdui Museum, Jinli Old Street (or Plan B: City Tour in Peak Season)</w:t>
      </w:r>
    </w:p>
    <w:p>
      <w:pPr>
        <w:widowControl/>
      </w:pPr>
      <w:r>
        <w:t>In the morning, you will meet your guide early at the appointed time in the Chengdu hotel lobby. Today you are going to fulfill your panda dream with a 17-kilometers drive to Chengdu Research Base of Giant Panda Breeding (Xiongmao Jidi), or simply Chengdu Panda Base.</w:t>
      </w:r>
    </w:p>
    <w:p>
      <w:pPr>
        <w:widowControl/>
      </w:pPr>
      <w:r>
        <w:t>Chengdu Panda Base, the closest to the city proper, accommodated over 100 pandas which is the base with the largest population of captive giant pandas in the world. You will see giant pandas of different ages there. It's great fun to watch them playing, eating, climbing, sleeping… If you come in autumn, you will have the chance to see the pink newborn giant panda cubs in the Sunshine Nursery House and the Moonlight Nursery House. Besides giant pandas, you can also meet the cute red pandas walking by your side in the Red Panda Playgrounds. Then follow your guide to discover more about panda's secrets through the Panda Museum. (Note: Pandas like cool weather, so we advise you to arrive there early as pandas are more active in the morning. During the day of high temperatures, pandas would prefer to stay inside and sleep.)</w:t>
      </w:r>
    </w:p>
    <w:p>
      <w:pPr>
        <w:widowControl/>
      </w:pPr>
      <w:r>
        <w:t>In the afternoon, drive to visit the mysterious Sanxingdui Site Museum (about 1 hour's drive, 50km). Unearthed in 1929, Sanxingdui keeps making archaeologists excited by its brilliant relics unearthed from the ancient capital 3,000-5,000 years ago. As one of the 50 Places in China that are worthiest for foreign travelers to visit, you will be amazed by the ancient people who created the outstanding relics. Sleep for thousands of years, wake up, and shock the world. In the Bronze Pavilion, you can have close contact with the Bronze Sacred Tree (3.96m, a treasure of the museum, archaeologists took 10 years to recover it), the Bronze Standing Figure (2.6m, the only complete figure of its size and kind), Vertical-eyed Bronze Mask (the protruding eyes are considered as the symbol of 'Can Cong', the first leader of Ancient Shu), Sun-shaped Bronze (looks like a car steering wheel)... Walking into the mysterious Comprehensive Pavilion, marvel at The Gold Scepter (the gold stick of the King of Ancient Shu Kingdom), Ceramic Utensil with Three Legs (Three-legged Cooking Pottery, local people called it hotpot), Jade Zhang, Gold Mask… With the Bronze, jade, and gold products shown from the Sanxingdui Site, you can imagine the brilliant Sanxingdui Civilization and the existence of the ancient Shu Kingdom that pushes the history of the Sichuan region back for over 2,000 years. After Sanxingdui visiting, drive back to Chengdu downtown.</w:t>
      </w:r>
    </w:p>
    <w:p>
      <w:pPr>
        <w:widowControl/>
      </w:pPr>
      <w:r>
        <w:t>After that, return to Chengdu downtown for an relaxing stroll at Jinli Old Street. With a history over 1,800 years, it showcases the profound cultures of Ancient Shu Kingdom. Take a nice walk on the traditional stone-paved street full of delicious local snacks, delicate artifacts, interesting folk shows, etc.</w:t>
      </w:r>
    </w:p>
    <w:p>
      <w:pPr>
        <w:widowControl/>
      </w:pPr>
      <w:r>
        <w:t>Plan B: Chengdu Downtown City Tour (No Sanxingdui Museum)</w:t>
      </w:r>
    </w:p>
    <w:p>
      <w:pPr>
        <w:widowControl/>
      </w:pPr>
      <w:r>
        <w:t>During peak season, Sanxingdui Museum tickets can be difficult to secure. If tickets are unavailable, your itinerary will be adjusted to Chengdu city tour instead.</w:t>
      </w:r>
    </w:p>
    <w:p>
      <w:pPr>
        <w:widowControl/>
      </w:pPr>
      <w:r>
        <w:t>The revised schedule includes: Chengdu Research Base of Giant Panda Breeding → Chengdu Museum → Kuanzhai Alley → Renmin Park.</w:t>
      </w:r>
    </w:p>
    <w:p>
      <w:pPr>
        <w:widowControl/>
      </w:pPr>
      <w:r>
        <w:t>Overview: Plan A: Visit Chengdu Panda Base + Sanxingdui Museum + Jinli Old Street; Plan B: Visit Chengdu Panda Base + Chengdu Museum + Kuanzhai Valley + Renmin Park.</w:t>
      </w:r>
    </w:p>
    <w:p>
      <w:pPr>
        <w:widowControl/>
      </w:pPr>
      <w:r>
        <w:t>Attractions: 3-4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8 Chengdu to Lhasa by Air</w:t>
      </w:r>
    </w:p>
    <w:p>
      <w:pPr>
        <w:widowControl/>
      </w:pPr>
      <w:r>
        <w:t>After breakfast, you will have some free time in Chengdu and explore more on your own till you be escorted to airport for your flight to Lhasa (Economy Class Flight Ticket arranged by AOT).</w:t>
      </w:r>
    </w:p>
    <w:p>
      <w:pPr>
        <w:widowControl/>
      </w:pPr>
      <w:r>
        <w:t>Tashi Delek! Welcome to Lhasa, the capital of the Tibet Autonomous Region! Upon your arrival at the airport/train station in Lhasa, the driver will meet you at the exit, and then escort you to the hotel in Lhasa. You can have a good rest to get used to the altitude (3,650m) in your hotel and get ready to explore Lhasa the next day.</w:t>
      </w:r>
    </w:p>
    <w:p>
      <w:pPr>
        <w:widowControl/>
      </w:pPr>
      <w:r>
        <w:t>Kind Reminds:</w:t>
      </w:r>
    </w:p>
    <w:p>
      <w:pPr>
        <w:widowControl/>
      </w:pPr>
      <w:r>
        <w:t>1. It is good to avoid the highland sickness by slow down, keep warm, drink some water frequently, no shower for the first one or two days, take it easy, and sleep well.</w:t>
      </w:r>
    </w:p>
    <w:p>
      <w:pPr>
        <w:widowControl/>
      </w:pPr>
      <w:r>
        <w:t>2. You should always follow your doctor's advice on altitude according to your health condition.</w:t>
      </w:r>
    </w:p>
    <w:p>
      <w:pPr>
        <w:widowControl/>
      </w:pPr>
      <w:r>
        <w:t>3. Be sure to let your guide or the hotel staff know whenever you feel unwell or need help. The people there are always willing to help and good at dealing with altitude sickness.</w:t>
      </w:r>
    </w:p>
    <w:p>
      <w:pPr>
        <w:widowControl/>
      </w:pPr>
      <w:r>
        <w:t>Overview: Depart Chengdu, arrive at Lhasa by flight, airport pick-up, and hotel check-in. (B)</w:t>
      </w:r>
    </w:p>
    <w:p>
      <w:pPr>
        <w:widowControl/>
      </w:pPr>
      <w:r>
        <w:t>Attractions: have a good rest &amp; get used to altitude</w:t>
      </w:r>
    </w:p>
    <w:p>
      <w:pPr>
        <w:widowControl/>
      </w:pPr>
      <w:r>
        <w:t>Transport and activities: flight, vehicle</w:t>
      </w:r>
    </w:p>
    <w:p>
      <w:pPr>
        <w:widowControl/>
      </w:pPr>
      <w:r>
        <w:t>Meals: Breakfast</w:t>
      </w:r>
    </w:p>
    <w:p>
      <w:pPr>
        <w:widowControl/>
      </w:pPr>
      <w:r>
        <w:t>Accommodation: Comfortable</w:t>
      </w:r>
    </w:p>
    <w:p>
      <w:pPr>
        <w:keepNext/>
        <w:widowControl/>
        <w:spacing w:before="240"/>
      </w:pPr>
      <w:r>
        <w:t>Day 9 Lhasa City Tour | Potala Palace, Jokhang Temple, Barkhor Street</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In the morning, you can walk up to the Potala Palace to explore. Not only is it the landmark of Tibet, but it is also the traditional residence and winter palace of the Dalai Lama (1649-1959). After climbing 365 steps from the gate of the Potala Palace to reach the Red Palace, you will arrive at the highest palace in the world at an altitude of 3,700m, where you can enjoy an excellent panoramic view of Lhasa city. As you explore the principal halls, chapels, and shrines of past Dalai Lamas in the Red Palace, you will be amazed and moved by its remarkable paintings, gorgeous jeweled works, skilled carving, colorful ornamentation, and the mystery stories behind the treasures. Inside the Potala Palace, you will meet many Tibetan pilgrims who come from afar to pray at this sacred site, making it a lifetime destination for them. You can also ask your guide to provide more stories about Songtsen Gampo, the 33rd king of Tibet, who first built the Potala Palace in the 7th century for his marriage to Princess Wencheng of the Tang Dynasty. (Please note that the visit order may be adjusted based on the visiting time specified on your Potala Palace ticket. All visitors are required to visit the palace with a tour group and remain inside for one hour. Please be advised that photography is prohibited inside the palace.)</w:t>
      </w:r>
    </w:p>
    <w:p>
      <w:pPr>
        <w:widowControl/>
      </w:pPr>
      <w:r>
        <w:t>Located in the heart of Lhasa for over 1300 years, the Jokhang Temple is an important pilgrimage site for Buddhists from all over the world. Famed as the spiritual center of Tibet, it is said that the Jokhang Monastery was built for King Songtsen Gampo's two brides: Chinese Princess Wencheng and Nepalese Princess Bhrikuti. "Jokhang" means "House of Buddha", and it houses a life-size statue of the 12-year-old Sakyamuni, which is considered a treasure of the Buddhist world. This is why Buddhist pilgrims consider it the holiest destination. The Jakhong temple is also renowned for its beautiful architecture. You can admire the intricate carvings, colorful murals, ornate decorations, and details of the building, which is a masterpiece of Tibetan architecture. Time seems to stand still as you watch people pray in front of the temple during the day and night. (Please note that the visit order may be adjusted based on the reservation of your Jokhang Temple Ticket Reservation.)</w:t>
      </w:r>
    </w:p>
    <w:p>
      <w:pPr>
        <w:widowControl/>
      </w:pPr>
      <w:r>
        <w:t>Afterward, take a walk on busy Barkhor Street near the Jokhang Monastery, which was a place for Buddhists to do a kora (pilgrim circuit) in ancient times. Nowadays, it has become a thriving local market where you can drink a pot of yak butter tea, dress in Tibetan clothes for photos, and pick up some local Tibetan, Nepalese, and Indian handicrafts and souvenirs.</w:t>
      </w:r>
    </w:p>
    <w:p>
      <w:pPr>
        <w:widowControl/>
      </w:pPr>
      <w:r>
        <w:t>In the evening, enjoy a group dinner featuring delicious Tibetan cuisine, specially offered by AOT team.</w:t>
      </w:r>
    </w:p>
    <w:p>
      <w:pPr>
        <w:widowControl/>
      </w:pPr>
      <w:r>
        <w:t>Overview: Visit Potala Palace, Jokhang Temple, Barkhor Street. (B, D)</w:t>
      </w:r>
    </w:p>
    <w:p>
      <w:pPr>
        <w:widowControl/>
      </w:pPr>
      <w:r>
        <w:t>Attractions: 3 iconic sites</w:t>
      </w:r>
    </w:p>
    <w:p>
      <w:pPr>
        <w:widowControl/>
      </w:pPr>
      <w:r>
        <w:t>Transport and activities: vehicle</w:t>
      </w:r>
    </w:p>
    <w:p>
      <w:pPr>
        <w:widowControl/>
      </w:pPr>
      <w:r>
        <w:t>Meals: Breakfast, Dinner</w:t>
      </w:r>
    </w:p>
    <w:p>
      <w:pPr>
        <w:widowControl/>
      </w:pPr>
      <w:r>
        <w:t>Accommodation: Comfortable</w:t>
      </w:r>
    </w:p>
    <w:p>
      <w:pPr>
        <w:keepNext/>
        <w:widowControl/>
        <w:spacing w:before="240"/>
      </w:pPr>
      <w:r>
        <w:t>Day 10 Lhasa - Gyantse - Shigatse | Yamdrok Lake, Karola Glacier</w:t>
      </w:r>
    </w:p>
    <w:p>
      <w:pPr>
        <w:widowControl/>
      </w:pPr>
      <w:r>
        <w:t>On this day, drive about 8 to 9 hours (340km) from Lhasa to Shigatse via a visit to two amazing natural landscapes - Yamdrok Lake and Karola Glacier on the way.</w:t>
      </w:r>
    </w:p>
    <w:p>
      <w:pPr>
        <w:widowControl/>
      </w:pPr>
      <w:r>
        <w:t>In the morning, after about 3 to 4 hours' drive (200km), you'd better have your camera ready. When reaching Kampala Pass (4,797 meters), you'll have a breathtaking view of Yamdrok Lake (a freshwater lake) down below as well as spectacular views of the holy Mt. Nyenchen Khangsar in the distance. It is one of the four largest sacred lakes in Tibet along with Lake Lhamo Latso, Lake Manasarovar, and Lake Namtso. And Lake Yamdrok is said to be able to help Tibetans find the reincarnated soul of the Dalai Lama. You will be happy to see dressed-up Tibetan mastiffs/dogs, goats, and yaks there. It is optional for you to pay 5-10 yuan to pose with and take photos of them, for local Tibetans, it's a subsidy income for their family.</w:t>
      </w:r>
    </w:p>
    <w:p>
      <w:pPr>
        <w:widowControl/>
      </w:pPr>
      <w:r>
        <w:t>In the afternoon, drive about 1.5 hours (70km) to visit one of the most beautiful Glaciers in Tibet - Karola Glacier, the location of the film Red Valley (Hong He Gu). As one of Tibet's three major continental glaciers, backed by the southern slope of Naiqin Kangsang Peak (7,191 meters), one of the four highest peaks in Tibet, this white glacier is also the source of the eastern part of the Nianchu River. The Karola Glacier (5,012m) is only 300 meters away from the Highway connecting Lhasa to Gyantse town. You can view it right off the highway from your car. Sure you can easily walk to the foot of the charming glacier which shape is like a frozen waterfall right above the road and you. Besides the fantastic hike to the Karola Glacier, on the opposite side of the road, you can appreciate the beautiful snow-capped mountain of Mt Kalurong.</w:t>
      </w:r>
    </w:p>
    <w:p>
      <w:pPr>
        <w:widowControl/>
      </w:pPr>
      <w:r>
        <w:t>Karola Glacier Visiting Notes:</w:t>
      </w:r>
    </w:p>
    <w:p>
      <w:pPr>
        <w:widowControl/>
      </w:pPr>
      <w:r>
        <w:t>1. The altitude at the glacier scenic spot is about 5,012m, be sure to slow down to avoid altitude sickness.</w:t>
      </w:r>
    </w:p>
    <w:p>
      <w:pPr>
        <w:widowControl/>
      </w:pPr>
      <w:r>
        <w:t>2. The public toilet at the glacier is very basic.</w:t>
      </w:r>
    </w:p>
    <w:p>
      <w:pPr>
        <w:widowControl/>
      </w:pPr>
      <w:r>
        <w:t>3. Local people would ask you to take photos with them for a fee. Be sure to ask before taking photos to avoid potential little troubles.</w:t>
      </w:r>
    </w:p>
    <w:p>
      <w:pPr>
        <w:widowControl/>
      </w:pPr>
      <w:r>
        <w:t>After that, drive about 3.5h (170km) to your hotel in Shigatse, the nearest town on the Friendship Highway between Tibet and Nepal. Have a good rest and get ready for a lifetime trip to EBC the next day.</w:t>
      </w:r>
    </w:p>
    <w:p>
      <w:pPr>
        <w:widowControl/>
      </w:pPr>
      <w:r>
        <w:t>Overview: Drive from Lhasa to Shigatse via Gyantse, visit Yamdrok Lake and Karola Glacier on the way. (B)</w:t>
      </w:r>
    </w:p>
    <w:p>
      <w:pPr>
        <w:widowControl/>
      </w:pPr>
      <w:r>
        <w:t>Attractions: 2 iconic sites</w:t>
      </w:r>
    </w:p>
    <w:p>
      <w:pPr>
        <w:widowControl/>
      </w:pPr>
      <w:r>
        <w:t>Transport and activities: vehicle</w:t>
      </w:r>
    </w:p>
    <w:p>
      <w:pPr>
        <w:widowControl/>
      </w:pPr>
      <w:r>
        <w:t>Meals: Breakfast</w:t>
      </w:r>
    </w:p>
    <w:p>
      <w:pPr>
        <w:widowControl/>
      </w:pPr>
      <w:r>
        <w:t>Accommodation: Comfortable</w:t>
      </w:r>
    </w:p>
    <w:p>
      <w:pPr>
        <w:keepNext/>
        <w:widowControl/>
        <w:spacing w:before="240"/>
      </w:pPr>
      <w:r>
        <w:t>Day 11 Shigatse - Mt. Everest | Mt. Everest Base Camp, Rongbuk Monastery</w:t>
      </w:r>
    </w:p>
    <w:p>
      <w:pPr>
        <w:widowControl/>
      </w:pPr>
      <w:r>
        <w:t>After breakfast, drive about 6.5 hours (330km) to the peak of the world - Mount Everest, while stopping by the Rongbuk Monastery - the world's highest altitude monastery before spending the night at the Everest Base Camp.</w:t>
      </w:r>
    </w:p>
    <w:p>
      <w:pPr>
        <w:widowControl/>
      </w:pPr>
      <w:r>
        <w:t>Departing from Shigatse, after about 4.5 hours of driving (240km), you would get your first glimpse of Mt. Everest from the Gyawu La Pass (5,200m, Gyatso La Pass), between Lhatse and Shelkar. Apart from Mt. Everest, you will be marveled at the zigzag road that looks winding to the end of the world. On the road, you may see local people biking or hiking all the way to Everest Base Camp, for them reaching the base of the world's highest mountain is a must do goal or holy belief that is worth the effort.</w:t>
      </w:r>
    </w:p>
    <w:p>
      <w:pPr>
        <w:widowControl/>
      </w:pPr>
      <w:r>
        <w:t>After enjoying the beautiful and unique scenery on the pass with incredibly snow-capped mountain ranges, blue skies, floating high clouds, and endless grasslands, it is time to head to Rongbuk Monastery (about 3.5 hours,122km) for the first good view of Mt. Everest. At an altitude of 5,154m, Rongbuk Monastery is the world's highest monastery, a must-visit for spiritual travelers, and you will find it photo worthy. It used to be an area of meditation huts, and you can find hermitage meditation caves with a history of over 400 years, dotting the cliff walls all around the monastery and the valley. Along with incredible Mt. Everest views, at Rongbuk Monastery you will be touched by the breathtaking scenery such as large white chorten, piles of mani stones, colorful prayer flags, devout pilgrims passing by...</w:t>
      </w:r>
    </w:p>
    <w:p>
      <w:pPr>
        <w:widowControl/>
      </w:pPr>
      <w:r>
        <w:t>Notes:</w:t>
      </w:r>
    </w:p>
    <w:p>
      <w:pPr>
        <w:widowControl/>
      </w:pPr>
      <w:r>
        <w:t>1.Travelers can only go as far as the Rongbuk Temple area rather than a few kilometers farther as before. But it's no big difference in terms of viewing Mt. Everest.</w:t>
      </w:r>
    </w:p>
    <w:p>
      <w:pPr>
        <w:widowControl/>
      </w:pPr>
      <w:r>
        <w:t>2.Today's food and lodging is very basic. Due to the high altitude, it is possible that you may have some symptoms of altitude sickness. We recommend that you stay well hydrated, relax and enjoy the beautiful scenery to minimize your symptoms.</w:t>
      </w:r>
    </w:p>
    <w:p>
      <w:pPr>
        <w:widowControl/>
      </w:pPr>
      <w:r>
        <w:t>Overview: Head to Mt. Everest Base Camp via a stop at Gyawu La Pass (Mount Everest Viewing Point) and Rongbuk Monastery. (B, D)</w:t>
      </w:r>
    </w:p>
    <w:p>
      <w:pPr>
        <w:widowControl/>
      </w:pPr>
      <w:r>
        <w:t>Attractions: 2 iconic sites</w:t>
      </w:r>
    </w:p>
    <w:p>
      <w:pPr>
        <w:widowControl/>
      </w:pPr>
      <w:r>
        <w:t>Transport and activities: vehicle</w:t>
      </w:r>
    </w:p>
    <w:p>
      <w:pPr>
        <w:widowControl/>
      </w:pPr>
      <w:r>
        <w:t>Meals: Breakfast, Dinner</w:t>
      </w:r>
    </w:p>
    <w:p>
      <w:pPr>
        <w:widowControl/>
      </w:pPr>
      <w:r>
        <w:t>Accommodation: Everest Base Camp</w:t>
      </w:r>
    </w:p>
    <w:p>
      <w:pPr>
        <w:keepNext/>
        <w:widowControl/>
        <w:spacing w:before="240"/>
      </w:pPr>
      <w:r>
        <w:t>Day 12 Mt. Everest - Shigatse | Gyatso La Pass</w:t>
      </w:r>
    </w:p>
    <w:p>
      <w:pPr>
        <w:widowControl/>
      </w:pPr>
      <w:r>
        <w:t>You will get an early start to catch the sunrise over Mt. Everest, then head back to Gyatso La Pass (Gyawu La Pass, the Dingri Boundary, 122km, 3.5 hours) for a quick photo stop. After that, drive back to Shigatse (240km, about 4.5 hours). And be escorted to your hotel in Shigatse, take a shower, and prepare for the departure the next day.</w:t>
      </w:r>
    </w:p>
    <w:p>
      <w:pPr>
        <w:widowControl/>
      </w:pPr>
      <w:r>
        <w:t>Overview: After viewing the sunrise of Mt. Everest, go back to Shigatse. (B)</w:t>
      </w:r>
    </w:p>
    <w:p>
      <w:pPr>
        <w:widowControl/>
      </w:pPr>
      <w:r>
        <w:t>Attractions: 1 iconic site</w:t>
      </w:r>
    </w:p>
    <w:p>
      <w:pPr>
        <w:widowControl/>
      </w:pPr>
      <w:r>
        <w:t>Transport and activities: vehicle</w:t>
      </w:r>
    </w:p>
    <w:p>
      <w:pPr>
        <w:widowControl/>
      </w:pPr>
      <w:r>
        <w:t>Meals: Breakfast</w:t>
      </w:r>
    </w:p>
    <w:p>
      <w:pPr>
        <w:widowControl/>
      </w:pPr>
      <w:r>
        <w:t>Accommodation: Comfortable</w:t>
      </w:r>
    </w:p>
    <w:p>
      <w:pPr>
        <w:keepNext/>
        <w:widowControl/>
        <w:spacing w:before="240"/>
      </w:pPr>
      <w:r>
        <w:t>Day 13 Shigatse to Lhasa by High Speed Train &amp; Fly to Shanghai (Choose from 3 Transfer Plans)</w:t>
      </w:r>
    </w:p>
    <w:p>
      <w:pPr>
        <w:widowControl/>
      </w:pPr>
      <w:r>
        <w:t>On this day, you will be transferred to Shanghai by flight. Welcome to Shanghai, China's most internationalized and vibrant city! Upon your arrival in Shanghai, your driver will meet you at the exit of the airport and escort you to your hotel in downtown Shanghai. You will have free time after your hotel check-in.</w:t>
      </w:r>
    </w:p>
    <w:p>
      <w:pPr>
        <w:widowControl/>
      </w:pPr>
      <w:r>
        <w:t>Important Notice for Transfer from Tibet to Shanghai:</w:t>
      </w:r>
    </w:p>
    <w:p>
      <w:pPr>
        <w:widowControl/>
      </w:pPr>
      <w:r>
        <w:t>Due to seasonal adjustments in flight and high-speed train schedules, Asia Odyssey Travel is committed to ensuring a smooth connection to your next destination - Shanghai. There are three possible plans, and we will select the most suitable one based on the current schedules:</w:t>
      </w:r>
    </w:p>
    <w:p>
      <w:pPr>
        <w:widowControl/>
      </w:pPr>
      <w:r>
        <w:t>Plan A: On Day 13 in Tibet, take the high-speed train from Shigatse to Lhasa in the morning, then fly out of Lhasa in the afternoon.</w:t>
      </w:r>
    </w:p>
    <w:p>
      <w:pPr>
        <w:widowControl/>
      </w:pPr>
      <w:r>
        <w:t>Plan B: On the evening of Day 12 in Tibet, take the high-speed train from Shigatse back to Lhasa, then fly out of Lhasa on Day 13.</w:t>
      </w:r>
    </w:p>
    <w:p>
      <w:pPr>
        <w:widowControl/>
      </w:pPr>
      <w:r>
        <w:t>Plan C: On Day 13 in Tibet, fly directly from Shigatse (with a transfer/layover).</w:t>
      </w:r>
    </w:p>
    <w:p>
      <w:pPr>
        <w:widowControl/>
      </w:pPr>
      <w:r>
        <w:t>Overview: On this day, you will be transfer from Shigatse to Lhasa Airport for the flight to Shanghai. (B)</w:t>
      </w:r>
    </w:p>
    <w:p>
      <w:pPr>
        <w:widowControl/>
      </w:pPr>
      <w:r>
        <w:t>Transport and activities: Train, vehicle, flight</w:t>
      </w:r>
    </w:p>
    <w:p>
      <w:pPr>
        <w:widowControl/>
      </w:pPr>
      <w:r>
        <w:t>Meals: Breakfast</w:t>
      </w:r>
    </w:p>
    <w:p>
      <w:pPr>
        <w:widowControl/>
      </w:pPr>
      <w:r>
        <w:t>Accommodation: Comfortable</w:t>
      </w:r>
    </w:p>
    <w:p>
      <w:pPr>
        <w:keepNext/>
        <w:widowControl/>
        <w:spacing w:before="240"/>
      </w:pPr>
      <w:r>
        <w:t>Day 14 Shanghai City Tour | Shanghai Tower, Shanghai Museum,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Notes:</w:t>
      </w:r>
    </w:p>
    <w:p>
      <w:pPr>
        <w:widowControl/>
      </w:pPr>
      <w:r>
        <w:t>Yu Garden is closed on Mondays. In this case, we may visit the City God Temple, or French Concession</w:t>
      </w:r>
    </w:p>
    <w:p>
      <w:pPr>
        <w:widowControl/>
      </w:pPr>
      <w:r>
        <w:t>Shanghai Museum (East) is closed on Tuesdays. You will visit Shanghai Museum (People's Square) on that day. If access to the People's Square location is unavailable, we will arrange an alternative city attraction.</w:t>
      </w:r>
    </w:p>
    <w:p>
      <w:pPr>
        <w:widowControl/>
      </w:pPr>
      <w:r>
        <w:t>Overview: Explore in one full day to Shanghai Tower, Shanghai Museum, Yu Garden, Yuyuan Bazaar, Nanjing Road and The Bund.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15 Departure from Shanghai | Hotel Check-out and Airport see-off</w:t>
      </w:r>
    </w:p>
    <w:p>
      <w:pPr>
        <w:widowControl/>
      </w:pPr>
      <w:r>
        <w:t>It is time to end your 15 days China group tour. You will have some free time in Shanghai and explore more on your own till be escorted to the airport/train station for your flight or high speed train to your next destination.</w:t>
      </w:r>
    </w:p>
    <w:p>
      <w:pPr>
        <w:widowControl/>
      </w:pPr>
      <w:r>
        <w:t>Trip Extension Ideas:</w:t>
      </w:r>
    </w:p>
    <w:p>
      <w:pPr>
        <w:widowControl/>
      </w:pPr>
      <w:r>
        <w:t>If you'd like to explore other destinations in Asia instead of returning home right away, we would be happy to help you arrange an extension trip. Feel free to share your ideas with us!</w:t>
      </w:r>
    </w:p>
    <w:p>
      <w:pPr>
        <w:widowControl/>
      </w:pPr>
      <w:r>
        <w:t>Thank you for choosing Asia Odyssey Travel for your China tour. We are always here to assist you and hope to see you again on your next trip to China or Asia. Safe journey!</w:t>
      </w:r>
    </w:p>
    <w:p>
      <w:pPr>
        <w:widowControl/>
      </w:pPr>
      <w:r>
        <w:t>Overview: Depart Shanghai, hotel check-out before 12:00, and airport see-off. Safe journey home. (B)</w:t>
      </w:r>
    </w:p>
    <w:p>
      <w:pPr>
        <w:widowControl/>
      </w:pPr>
      <w:r>
        <w:t>Attractions: explore freely today</w:t>
      </w:r>
    </w:p>
    <w:p>
      <w:pPr>
        <w:widowControl/>
      </w:pPr>
      <w:r>
        <w:t>Transport and activities: coach</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Days China Group Tour: Classic China, Panda &amp; Holy Tibet Tour</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