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6 Days Beijing Shanghai Small Group Tour</w:t>
      </w:r>
    </w:p>
    <w:p>
      <w:pPr>
        <w:widowControl/>
      </w:pPr>
      <w:r>
        <w:t>Product code: AOT-GT-007</w:t>
      </w:r>
    </w:p>
    <w:p>
      <w:pPr>
        <w:keepNext/>
        <w:widowControl/>
        <w:spacing w:before="240"/>
      </w:pPr>
      <w:r>
        <w:t>Day 1 Arrival in Beijing (Airport Pick-up and Hotel Check-in)</w:t>
      </w:r>
    </w:p>
    <w:p>
      <w:pPr>
        <w:widowControl/>
      </w:pPr>
      <w:r>
        <w:t>Nihao! Welcome to Beijing, the capital city of China! Upon your arrival at the airport/train station in Beijing, the driver will meet and greet you at the exit, and then escort you to the well-selected hotel in downtown Beijing. The rest of the day is free on your own so you can have a good rest for the jet lag or explore by yourself around your hotel.</w:t>
      </w:r>
    </w:p>
    <w:p>
      <w:pPr>
        <w:widowControl/>
      </w:pPr>
      <w:r>
        <w:t>Arrival Ideas:</w:t>
      </w:r>
    </w:p>
    <w:p>
      <w:pPr>
        <w:widowControl/>
      </w:pPr>
      <w:r>
        <w:t>Beijing is well connected by air and high speed rail. There are two airports - Beijing Daxing International Airport and Beijing Capital International Airport operating many international and domestic airlines. Travelers can go to Beijing by air from most cities of China, like Hong Kong, Shanghai, Guangzhou, Chengdu, Xian, Guilin, Hangzhou, Kunming, Wuhan, Xiamen, Guiyang, Chongqing, and Lanzhou. In addition, travelers can take the high speed train to Beijing from Xian (4-5 hours), Shanghai (4.5-6 hours), Zhengzhou (2.5-3 hours), Wuhan (4-5 hours), Harbin (5-5.5 hours), etc.</w:t>
      </w:r>
    </w:p>
    <w:p>
      <w:pPr>
        <w:widowControl/>
      </w:pPr>
      <w:r>
        <w:t>Overview: Arrive at Beijing airport, airport pick-up, transfer to your hotel and check-in.</w:t>
      </w:r>
    </w:p>
    <w:p>
      <w:pPr>
        <w:widowControl/>
      </w:pPr>
      <w:r>
        <w:t>Attractions: explore freely today; vehicle</w:t>
      </w:r>
    </w:p>
    <w:p>
      <w:pPr>
        <w:widowControl/>
      </w:pPr>
      <w:r>
        <w:t>Transport and activities: arrive in Beijing by yourself</w:t>
      </w:r>
    </w:p>
    <w:p>
      <w:pPr>
        <w:widowControl/>
      </w:pPr>
      <w:r>
        <w:t>Accommodation: Comfortable</w:t>
      </w:r>
    </w:p>
    <w:p>
      <w:pPr>
        <w:keepNext/>
        <w:widowControl/>
        <w:spacing w:before="240"/>
      </w:pPr>
      <w:r>
        <w:t>Day 2 Beijing City Tour | Tian'anmen Square, Forbidden City, Jingshan Park, Summer Palace</w:t>
      </w:r>
    </w:p>
    <w:p>
      <w:pPr>
        <w:widowControl/>
      </w:pPr>
      <w:r>
        <w:t>Today you will spend the whole day exploring the ancient citadel of Beijing through China's famous landmarks, imperial grandeur, and royal gardens.</w:t>
      </w:r>
    </w:p>
    <w:p>
      <w:pPr>
        <w:widowControl/>
      </w:pPr>
      <w:r>
        <w:t>After breakfast, your guide will pick you up at your hotel and head to Tiananmen Square, the world's largest public square and symbol of China. It has witnessed many major events in China's history over the past decades, and from here you can take great photos of Tiananmen Gate, seen daily on CCTV News.</w:t>
      </w:r>
    </w:p>
    <w:p>
      <w:pPr>
        <w:widowControl/>
      </w:pPr>
      <w:r>
        <w:t>Walking across the square, you will visit the mighty and splendid Forbidden City, the world's largest palace complex and former home of 24 Chinese emperors. Listed as a UNESCO World Heritage site, the Forbidden City has about 500 years of history, serving as the political and ritual center of China during the Ming (1368-1644) and Qing (1644-1911) dynasties. With over 8,700 rooms, it is not only China's largest and best-preserved collection of ancient buildings, but also a city within a city, like the Vatican in Rome. Enter through the Meridian Gate and visit along the central axis to ensure you see all the highlights. Admire the brilliant architecture and numerous ancient treasures while listening to your guide share stories of the emperors who once lived here. Later, take a 15-minute walk up to Jingshan Park, where you can enjoy magnificent panoramic views over modern Beijing and the Forbidden City's russet roofs. (Note: It requires some walking, so please wear comfortable footwear. You can decide whether or not to climb to the top based on your physical condition.)</w:t>
      </w:r>
    </w:p>
    <w:p>
      <w:pPr>
        <w:widowControl/>
      </w:pPr>
      <w:r>
        <w:t>In the afternoon, drive to the Summer Palace, the "Museum of Royal Gardens," once a summer retreat for royal families. The grounds, temples, gardens, pavilions, lakes, bridges, gate-towers, and corridors are marvels of landscape design. Take a leisurely stroll to appreciate the imperial architecture, hilltop views, and beautiful lakes, which offer a pastoral escape into the landscapes of traditional Chinese painting.</w:t>
      </w:r>
    </w:p>
    <w:p>
      <w:pPr>
        <w:widowControl/>
      </w:pPr>
      <w:r>
        <w:t>Travel Note:</w:t>
      </w:r>
    </w:p>
    <w:p>
      <w:pPr>
        <w:widowControl/>
      </w:pPr>
      <w:r>
        <w:t>Beijing's Forbidden City is closed on Mondays. On those days, you will instead visit the Temple of Heaven or Prince Gong's Mansion.)</w:t>
      </w:r>
    </w:p>
    <w:p>
      <w:pPr>
        <w:widowControl/>
      </w:pPr>
      <w:r>
        <w:t>Overview: A full-day Beijing tour with Tiananmen Square, Forbidden City, Jingshan Park, and Summer Palace. (B+L)</w:t>
      </w:r>
    </w:p>
    <w:p>
      <w:pPr>
        <w:widowControl/>
      </w:pPr>
      <w:r>
        <w:t>Attractions: 4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3 Beijing Great Wall Tour | Mutianyu Great Wall, Glimpse of Bird's Nest &amp; Water Cube</w:t>
      </w:r>
    </w:p>
    <w:p>
      <w:pPr>
        <w:widowControl/>
      </w:pPr>
      <w:r>
        <w:t>In this morning, you will head northwest of Beijing (about 1.5-2 hours' drive, 73km) to the Great Wall at Mutianyu. The Great Wall boasts a history over 2,000 years and stretches more than 3,000 miles across several provinces of northern China, making it one of the most impressive ancient masterpieces on the planet. Mutianyu Great Wall is connected with the Jiankou Great Wall in the west and the Gubeikou Great Wall in the east. Mutianyu is the longest and best fully-restored Great Wall with fewer tourists and is also famed for its 23 Ming-era watchtowers and stunning views. Take the cable car up to the 14th watchtower and then enjoy the memorable hiking time on the wall while visiting its western route. With the green pines and cypresses covering the surrounding area, and the winding wall standing majestically on the vast land, you will capture the most stunning natural scenery in this section. Challenge yourselves while climbing up to the 20th watchtower where you could fulfill your Great Wall dream. Cherish the chance and take photos as many as you like!</w:t>
      </w:r>
    </w:p>
    <w:p>
      <w:pPr>
        <w:widowControl/>
      </w:pPr>
      <w:r>
        <w:t>After the once-in-lifetime experience, head back to downtown Beijing and have the chance to take photos with the exterior of the Bird's Nest (Beijing National Stadium) and Water Cube (Beijing National Aquatics Center). They were both designed for the 2008 Beijing Olympics and used for the 2022 Winter Olympic Games.</w:t>
      </w:r>
    </w:p>
    <w:p>
      <w:pPr>
        <w:widowControl/>
      </w:pPr>
      <w:r>
        <w:t>After that, transfer back to your hotel and have a good rest tonight.</w:t>
      </w:r>
    </w:p>
    <w:p>
      <w:pPr>
        <w:widowControl/>
      </w:pPr>
      <w:r>
        <w:t>Overview: A visit to Mutianyu Great Wall by cable car (round-trip), a glimpse of Bird’s Nest &amp; Water Cube on the way back downtown.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4 Beijing to Shanghai by High Speed Train</w:t>
      </w:r>
    </w:p>
    <w:p>
      <w:pPr>
        <w:widowControl/>
      </w:pPr>
      <w:r>
        <w:t>After breakfast, you will have some free time in Beijing and explore more on your own till be escorted to the train station for high-speed train to Shanghai (about 4.5-5.5 hours).</w:t>
      </w:r>
    </w:p>
    <w:p>
      <w:pPr>
        <w:widowControl/>
      </w:pPr>
      <w:r>
        <w:t>Upon your arrival at the train station in Shanghai, the driver will meet you at the exit, and then escort you to the hotel in downtown Shanghai. You will have some free time after check-in.</w:t>
      </w:r>
    </w:p>
    <w:p>
      <w:pPr>
        <w:widowControl/>
      </w:pPr>
      <w:r>
        <w:t>After that, transfer back to your hotel and have a good rest tonight.</w:t>
      </w:r>
    </w:p>
    <w:p>
      <w:pPr>
        <w:widowControl/>
      </w:pPr>
      <w:r>
        <w:t>Overview: Depart Beijing and arrive in Shanghai by high-speed train, train station pick-up, and hotel check-in. (B)</w:t>
      </w:r>
    </w:p>
    <w:p>
      <w:pPr>
        <w:widowControl/>
      </w:pPr>
      <w:r>
        <w:t>Attractions: explore freely on your own</w:t>
      </w:r>
    </w:p>
    <w:p>
      <w:pPr>
        <w:widowControl/>
      </w:pPr>
      <w:r>
        <w:t>Transport and activities: high speed train, vehicle</w:t>
      </w:r>
    </w:p>
    <w:p>
      <w:pPr>
        <w:widowControl/>
      </w:pPr>
      <w:r>
        <w:t>Meals: Breakfast</w:t>
      </w:r>
    </w:p>
    <w:p>
      <w:pPr>
        <w:widowControl/>
      </w:pPr>
      <w:r>
        <w:t>Accommodation: Comfortable</w:t>
      </w:r>
    </w:p>
    <w:p>
      <w:pPr>
        <w:keepNext/>
        <w:widowControl/>
        <w:spacing w:before="240"/>
      </w:pPr>
      <w:r>
        <w:t>Day 5 Shanghai City Tour | Shanghai Tower, Shanghai Museum, Yu Garden &amp; Bazaar, Nanjing Road &amp; The Bund</w:t>
      </w:r>
    </w:p>
    <w:p>
      <w:pPr>
        <w:widowControl/>
      </w:pPr>
      <w:r>
        <w:t>Today, your group will have full day to experience the perfect blend of East and West in the "Paris of the East." Explore brilliant museums, classical gardens, futuristic skyscrapers, and stunning architecture - all in one vibrant city.</w:t>
      </w:r>
    </w:p>
    <w:p>
      <w:pPr>
        <w:widowControl/>
      </w:pPr>
      <w:r>
        <w:t>First, head to Pudong and the Lujiazui financial district, home to a trio of iconic skyscrapers. The Shanghai Tower, China's tallest and the world's second-tallest building at 632 meters (2,073 ft), soars with a dramatic 120-degree twist from base to peak. Ride the world's fastest elevators (64 km/h) to the "Top of Shanghai Observatory" on the 118th floor, 546 meters above ground. Enjoy breathtaking 360-degree views of the city, with the Jin Mao Tower and Shanghai World Financial Center below.</w:t>
      </w:r>
    </w:p>
    <w:p>
      <w:pPr>
        <w:widowControl/>
      </w:pPr>
      <w:r>
        <w:t>Later, visit the Shanghai Museum (East), one of the world's finest museums of ancient Chinese art. Its sleek, modern design is inspired by the traditional Chinese jade bi disc. Inside, explore galleries of bronzes, ceramics, calligraphy, paintings, jade, furniture, coins, and sculptures. Don't miss iconic treasures like the Da Ke Ding, a 3,000-year-old bronze vessel, displayed with the Zi Long Ding and Marquis of Jin Bells - a rare highlight of the Bronze Gallery. Also, see the legendary Sword of King Goujian of Yue, a masterpiece of ancient craftsmanship.</w:t>
      </w:r>
    </w:p>
    <w:p>
      <w:pPr>
        <w:widowControl/>
      </w:pPr>
      <w:r>
        <w:t>Next, visit Yu Garden, Shanghai's most famous classical garden, hidden in the heart of the city. Stroll through elegant pavilions, rockeries, and lotus ponds, and admire exquisite carvings and traditional architecture. Outside, Yuyuan Bazaar offers local snacks, souvenirs, and handcrafted art.</w:t>
      </w:r>
    </w:p>
    <w:p>
      <w:pPr>
        <w:widowControl/>
      </w:pPr>
      <w:r>
        <w:t>In the afternoon, walk along Nanjing Road Pedestrian Street, lined with global brands, cafes, and historic buildings. End at the Bund, Shanghai's top must-see landmark. Known as the "Exhibition of International Architecture," it features 52 grand buildings in Gothic, Baroque, and Art Deco styles. From here, enjoy a stunning view of the Pudong skyline across the Huangpu River.</w:t>
      </w:r>
    </w:p>
    <w:p>
      <w:pPr>
        <w:widowControl/>
      </w:pPr>
      <w:r>
        <w:t>Travel Notes:</w:t>
      </w:r>
    </w:p>
    <w:p>
      <w:pPr>
        <w:widowControl/>
      </w:pPr>
      <w:r>
        <w:t>Yu Garden is closed on Mondays. In this case, we may visit the City God Temple, or French Concession</w:t>
      </w:r>
    </w:p>
    <w:p>
      <w:pPr>
        <w:widowControl/>
      </w:pPr>
      <w:r>
        <w:t>Shanghai Museum (East) is closed on Tuesdays. You will visit Shanghai Museum (People's Square) on that day. If access to the People's Square location is unavailable, we will arrange an alternative city attraction.</w:t>
      </w:r>
    </w:p>
    <w:p>
      <w:pPr>
        <w:widowControl/>
      </w:pPr>
      <w:r>
        <w:t>Overview: Discover ancient and modern Shanghai through its Shanghai Museum, Yu Garden, Yuyuan Bazaar, Nanjing Road, The Bund and Shanghai Tower. (B+L)</w:t>
      </w:r>
    </w:p>
    <w:p>
      <w:pPr>
        <w:widowControl/>
      </w:pPr>
      <w:r>
        <w:t>Attractions: 5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6 Departure from Shanghai | Hotel Check-out and Airport See-off</w:t>
      </w:r>
    </w:p>
    <w:p>
      <w:pPr>
        <w:widowControl/>
      </w:pPr>
      <w:r>
        <w:t>It is time to end your 6-day Beijing Shanghai group trip. You will have some free time in Shanghai and explore more on your own till be escorted you to the airport/train station for your flight or high speed train to your next destination.</w:t>
      </w:r>
    </w:p>
    <w:p>
      <w:pPr>
        <w:widowControl/>
      </w:pPr>
      <w:r>
        <w:t>Trip Extension Ideas: If you'd like to explore other destinations in Asia instead of returning home right away, we would be happy to help you arrange an extension trip. Feel free to share your ideas with us!</w:t>
      </w:r>
    </w:p>
    <w:p>
      <w:pPr>
        <w:widowControl/>
      </w:pPr>
      <w:r>
        <w:t>Thank you for choosing Asia Odyssey Travel for your China tour. We are always here to assist you and hope to see you again on your next trip to China or Asia. Safe journey!</w:t>
      </w:r>
    </w:p>
    <w:p>
      <w:pPr>
        <w:widowControl/>
      </w:pPr>
      <w:r>
        <w:t>Overview: Depart Shanghai, hotel check-out before 12:00, and airport see-off. Safe journey home. (B)</w:t>
      </w:r>
    </w:p>
    <w:p>
      <w:pPr>
        <w:widowControl/>
      </w:pPr>
      <w:r>
        <w:t>Attractions: explore freely today</w:t>
      </w:r>
    </w:p>
    <w:p>
      <w:pPr>
        <w:widowControl/>
      </w:pPr>
      <w:r>
        <w:t>Transport and activities: vehicle</w:t>
      </w:r>
    </w:p>
    <w:p>
      <w:pPr>
        <w:widowControl/>
      </w:pPr>
      <w:r>
        <w:t>Meals: Breakfast</w:t>
      </w:r>
    </w:p>
    <w:p>
      <w:pPr>
        <w:widowControl/>
      </w:pPr>
      <w:r>
        <w:t>Accommodation: none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Days Beijing Shanghai Small Group Tour</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