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北京上海6日小团游</w:t>
      </w:r>
    </w:p>
    <w:p>
      <w:pPr>
        <w:widowControl/>
      </w:pPr>
      <w:r>
        <w:t>线路编号：AOT-GT-007</w:t>
      </w:r>
    </w:p>
    <w:p>
      <w:pPr>
        <w:keepNext/>
        <w:widowControl/>
        <w:spacing w:before="240"/>
      </w:pPr>
      <w:r>
        <w:t>第1天 抵达北京（接机并入住酒店）</w:t>
      </w:r>
    </w:p>
    <w:p>
      <w:pPr>
        <w:widowControl/>
      </w:pPr>
      <w:r>
        <w:t>您好！欢迎来到中国首都北京！您抵达北京的机场或火车站后，司机会在出口处迎接您，随后送您前往北京市中心精心挑选的酒店。当天剩余时间由您自由安排，可以好好休息、调整时差，也可以在酒店周边自行逛逛。</w:t>
      </w:r>
    </w:p>
    <w:p>
      <w:pPr>
        <w:widowControl/>
      </w:pPr>
      <w:r>
        <w:t>抵达方式参考：</w:t>
      </w:r>
    </w:p>
    <w:p>
      <w:pPr>
        <w:widowControl/>
      </w:pPr>
      <w:r>
        <w:t>北京的航空和高铁交通都十分便利。北京有两个机场：北京大兴国际机场和北京首都国际机场，运营众多国际和国内航线。游客可以从中国大多数城市乘飞机前往北京，如香港、上海、广州、成都、西安、桂林、杭州、昆明、武汉、厦门、贵阳、重庆和兰州。此外，游客还可以从西安（4-5小时）、上海（4.5-6小时）、郑州（2.5-3小时）、武汉（4-5小时）、哈尔滨（5-5.5小时）等地乘坐高铁前往北京。</w:t>
      </w:r>
    </w:p>
    <w:p>
      <w:pPr>
        <w:widowControl/>
      </w:pPr>
      <w:r>
        <w:t>概述：抵达北京机场，接机，送往酒店并办理入住。</w:t>
      </w:r>
    </w:p>
    <w:p>
      <w:pPr>
        <w:widowControl/>
      </w:pPr>
      <w:r>
        <w:t>景点：今日自由探索；车辆</w:t>
      </w:r>
    </w:p>
    <w:p>
      <w:pPr>
        <w:widowControl/>
      </w:pPr>
      <w:r>
        <w:t>交通与活动：自行抵达北京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北京城市一日游：天安门广场、故宫、景山公园、颐和园</w:t>
      </w:r>
    </w:p>
    <w:p>
      <w:pPr>
        <w:widowControl/>
      </w:pPr>
      <w:r>
        <w:t>今天您将用一整天时间，通过中国著名的地标建筑、皇家气派与皇家园林，探索北京的古老城郭。</w:t>
      </w:r>
    </w:p>
    <w:p>
      <w:pPr>
        <w:widowControl/>
      </w:pPr>
      <w:r>
        <w:t>早餐后，导游将在酒店接您，前往天安门广场——世界上最大的公共广场，也是中国的象征。过去几十年间，这里见证了中国历史上的许多重大事件，您可以从这里拍到天安门城楼的绝佳照片，它每天都会出现在央视新闻中。</w:t>
      </w:r>
    </w:p>
    <w:p>
      <w:pPr>
        <w:widowControl/>
      </w:pPr>
      <w:r>
        <w:t>步行穿过广场，您将参观宏伟壮丽的故宫，这是世界上最大的宫殿建筑群，也曾是24位中国皇帝的家。故宫被列为联合国教科文组织世界遗产，拥有约500年历史，在明朝（1368-1644）和清朝（1644-1911）期间是中国的政治和礼仪中心。故宫拥有超过8700个房间，不仅是中国规模最大、保存最完好的古代建筑群，也是一座城中之城，犹如罗马的梵蒂冈。从午门进入，沿中轴线参观，确保您能看到所有亮点。欣赏辉煌的建筑和众多古代珍宝，同时聆听导游讲述曾居住于此的皇帝们的故事。之后，步行15分钟前往景山公园，在那里您可以欣赏到现代北京和故宫红褐色屋顶的壮丽全景。（注意：需要步行，请穿舒适的鞋子。您可以根据自身身体状况决定是否登顶。）</w:t>
      </w:r>
    </w:p>
    <w:p>
      <w:pPr>
        <w:widowControl/>
      </w:pPr>
      <w:r>
        <w:t>下午，乘车前往颐和园，这座“皇家园林博物馆”曾是皇室的夏季度假胜地。园内的殿堂、寺庙、花园、亭台、湖泊、桥梁、门楼和长廊都是景观设计的奇迹。悠闲漫步，欣赏皇家建筑、山顶景色和美丽的湖泊，在传统中国山水画的景致中享受田园般的逃离。</w:t>
      </w:r>
    </w:p>
    <w:p>
      <w:pPr>
        <w:widowControl/>
      </w:pPr>
      <w:r>
        <w:t>iTravel 提示：</w:t>
      </w:r>
    </w:p>
    <w:p>
      <w:pPr>
        <w:widowControl/>
      </w:pPr>
      <w:r>
        <w:t>北京故宫每周一闭馆。届时，您将改为参观天坛或恭王府。</w:t>
      </w:r>
    </w:p>
    <w:p>
      <w:pPr>
        <w:widowControl/>
      </w:pPr>
      <w:r>
        <w:t>概述：北京一日游，包含天安门广场、故宫、景山公园和颐和园。（含早餐+午餐）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从北京乘高铁前往上海</w:t>
      </w:r>
    </w:p>
    <w:p>
      <w:pPr>
        <w:widowControl/>
      </w:pPr>
      <w:r>
        <w:t>早餐后，您将在北京有一些自由活动时间，可自行探索更多地方，随后送您前往火车站，乘坐高铁前往上海（约4.5-5.5小时）。</w:t>
      </w:r>
    </w:p>
    <w:p>
      <w:pPr>
        <w:widowControl/>
      </w:pPr>
      <w:r>
        <w:t>抵达上海火车站后，司机会在出口处接您，随后送您前往上海市中心的酒店。办理入住后，您将有一些自由活动时间。</w:t>
      </w:r>
    </w:p>
    <w:p>
      <w:pPr>
        <w:widowControl/>
      </w:pPr>
      <w:r>
        <w:t>之后，送您返回酒店，今晚好好休息。</w:t>
      </w:r>
    </w:p>
    <w:p>
      <w:pPr>
        <w:widowControl/>
      </w:pPr>
      <w:r>
        <w:t>概述：乘高铁离开北京抵达上海，火车站接站，酒店入住。（含早餐）</w:t>
      </w:r>
    </w:p>
    <w:p>
      <w:pPr>
        <w:widowControl/>
      </w:pPr>
      <w:r>
        <w:t>景点：自行自由探索</w:t>
      </w:r>
    </w:p>
    <w:p>
      <w:pPr>
        <w:widowControl/>
      </w:pPr>
      <w:r>
        <w:t>交通与活动：高铁，车辆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上海城市游：上海中心大厦、上海博物馆、豫园及豫园市场、南京路及外滩</w:t>
      </w:r>
    </w:p>
    <w:p>
      <w:pPr>
        <w:widowControl/>
      </w:pPr>
      <w:r>
        <w:t>今天，您的团队将有一整天的时间体验“东方巴黎”东西方文化的完美融合。在这座充满活力的城市中，探索精彩的博物馆、古典园林、未来感十足的摩天大楼和令人惊叹的建筑。</w:t>
      </w:r>
    </w:p>
    <w:p>
      <w:pPr>
        <w:widowControl/>
      </w:pPr>
      <w:r>
        <w:t>首先，前往浦东和陆家嘴金融区，这里坐落着三座标志性的摩天大楼。上海中心大厦是中国最高、世界第二高的建筑，高632米（2,073英尺），从底部到顶部呈120度的扭转造型。乘坐世界上最快的电梯（64公里/小时）到达位于118层的“上海之巅”观光厅，高度为地面以上546米。欣赏城市360度全景，金茂大厦和上海环球金融中心就在脚下。</w:t>
      </w:r>
    </w:p>
    <w:p>
      <w:pPr>
        <w:widowControl/>
      </w:pPr>
      <w:r>
        <w:t>随后，参观上海博物馆（东馆），这是世界上最精美的中国古代艺术博物馆之一。其时尚现代的设计灵感来源于传统的中国玉璧。馆内设有青铜器、陶瓷、书法、绘画、玉器、家具、钱币和雕塑等展馆。不要错过标志性珍品，如大克鼎，一件拥有3000年历史的青铜器，与子龙鼎和晋侯稣钟一同展出，是青铜器馆的罕见亮点。还可观赏传奇的越王勾践剑，古代工艺的杰作。</w:t>
      </w:r>
    </w:p>
    <w:p>
      <w:pPr>
        <w:widowControl/>
      </w:pPr>
      <w:r>
        <w:t>接下来，参观豫园，上海最著名的古典园林，隐藏在市中心。漫步于优雅的亭台楼阁、假山和荷花池之间，欣赏精美的雕刻和传统建筑。外面的豫园市场提供当地小吃、纪念品和手工艺品。</w:t>
      </w:r>
    </w:p>
    <w:p>
      <w:pPr>
        <w:widowControl/>
      </w:pPr>
      <w:r>
        <w:t>下午，沿着南京路步行街漫步，两旁遍布全球品牌、咖啡馆和历史建筑。最后来到外滩，上海顶级的必看地标。这里被称为“万国建筑博览”，拥有52座哥特式、巴洛克式和装饰艺术风格的宏伟建筑。从这里，欣赏黄浦江对岸浦东天际线的壮丽景色。</w:t>
      </w:r>
    </w:p>
    <w:p>
      <w:pPr>
        <w:widowControl/>
      </w:pPr>
      <w:r>
        <w:t>iTravel 提示：</w:t>
      </w:r>
    </w:p>
    <w:p>
      <w:pPr>
        <w:widowControl/>
      </w:pPr>
      <w:r>
        <w:t>豫园周一闭馆。在这种情况下，我们可能参观城隍庙或法租界。</w:t>
      </w:r>
    </w:p>
    <w:p>
      <w:pPr>
        <w:widowControl/>
      </w:pPr>
      <w:r>
        <w:t>上海博物馆（东馆）周二闭馆。当天您将参观上海博物馆（人民广场馆）。如果人民广场馆无法进入，我们将安排其他城市景点。</w:t>
      </w:r>
    </w:p>
    <w:p>
      <w:pPr>
        <w:widowControl/>
      </w:pPr>
      <w:r>
        <w:t>概述：通过上海博物馆、豫园、豫园市场、南京路、外滩和上海中心大厦，探索上海的古老与现代。（含早餐+午餐）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上海出发｜酒店退房与机场送站</w:t>
      </w:r>
    </w:p>
    <w:p>
      <w:pPr>
        <w:widowControl/>
      </w:pPr>
      <w:r>
        <w:t>6天的北京上海团体游就此结束。您将在上海有一些自由活动时间，可自行游览，之后我们将送您前往机场或火车站，搭乘航班或高铁前往下一目的地。</w:t>
      </w:r>
    </w:p>
    <w:p>
      <w:pPr>
        <w:widowControl/>
      </w:pPr>
      <w:r>
        <w:t>行程延伸建议：如果您不想马上回国，而是想前往亚洲其他国家游玩，我们很乐意协助您安排延伸行程。欢迎随时与我们分享您的想法！</w:t>
      </w:r>
    </w:p>
    <w:p>
      <w:pPr>
        <w:widowControl/>
      </w:pPr>
      <w:r>
        <w:t>感谢您选择亚洲奥德赛旅游安排您的中国之旅。我们随时为您提供帮助，期待您下次来中国或亚洲旅行时再次相见。祝您旅途平安！</w:t>
      </w:r>
    </w:p>
    <w:p>
      <w:pPr>
        <w:widowControl/>
      </w:pPr>
      <w:r>
        <w:t>概述：离开上海，12:00前酒店退房，之后送机。祝您平安回家。(含早餐)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北京上海6日小团游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