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上海出发13天中国跟团游，探秘神圣西藏</w:t>
      </w:r>
    </w:p>
    <w:p>
      <w:pPr>
        <w:widowControl/>
      </w:pPr>
      <w:r>
        <w:t>线路编号：AOT-GT-009</w:t>
      </w:r>
    </w:p>
    <w:p>
      <w:pPr>
        <w:keepNext/>
        <w:widowControl/>
        <w:spacing w:before="240"/>
      </w:pPr>
      <w:r>
        <w:t>第1天 抵达上海：接机与酒店入住</w:t>
      </w:r>
    </w:p>
    <w:p>
      <w:pPr>
        <w:widowControl/>
      </w:pPr>
      <w:r>
        <w:t>您好！欢迎来到上海，中国最国际化、最具活力的城市！上海长期融合东西方文化，形成了独特的城市文化。</w:t>
      </w:r>
    </w:p>
    <w:p>
      <w:pPr>
        <w:widowControl/>
      </w:pPr>
      <w:r>
        <w:t>当您抵达上海的机场或火车站后，司机会在出口处迎接您，随后送您前往上海市中心精心挑选的酒店。当天剩余时间为自由活动，您可以好好休息、缓解时差，也可以在酒店周边自行探索。</w:t>
      </w:r>
    </w:p>
    <w:p>
      <w:pPr>
        <w:widowControl/>
      </w:pPr>
      <w:r>
        <w:t>抵达建议：</w:t>
      </w:r>
    </w:p>
    <w:p>
      <w:pPr>
        <w:widowControl/>
      </w:pPr>
      <w:r>
        <w:t>游客可以方便地乘坐飞机或高铁前往上海。上海有两个机场——上海浦东国际机场和上海虹桥国际机场，运营众多国际和国内航线。游客可以从中国大多数城市乘飞机前往上海，如北京、西安、广州、成都、桂林、昆明、丽江、拉萨等。此外，游客可以乘坐高铁前往上海，从北京（4.5-6小时）、西安（6-7.5小时）、黄山（2.5-3小时）、广州（7-8.5小时）、苏州（0.5小时）、杭州（约45分钟）、武汉（3.5-4.5小时）等地出发。</w:t>
      </w:r>
    </w:p>
    <w:p>
      <w:pPr>
        <w:widowControl/>
      </w:pPr>
      <w:r>
        <w:t>概述：抵达上海机场，接机，送往酒店并办理入住。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交通与活动：自行抵达上海；车辆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上海城市游：上海中心大厦、上海博物馆、豫园与豫园商城、南京路与外滩</w:t>
      </w:r>
    </w:p>
    <w:p>
      <w:pPr>
        <w:widowControl/>
      </w:pPr>
      <w:r>
        <w:t>今天，您将有一整天时间感受“东方巴黎”东西方文化的交融。在这座充满活力的城市里，参观精彩的博物馆、古典园林、现代摩天大楼和风格各异的建筑。</w:t>
      </w:r>
    </w:p>
    <w:p>
      <w:pPr>
        <w:widowControl/>
      </w:pPr>
      <w:r>
        <w:t>首先前往浦东陆家嘴金融区，这里矗立着三座标志性摩天大楼。上海中心大厦高632米（2,073英尺），是中国最高、世界第二高的建筑，整栋楼从底部到顶部扭转120度。乘坐世界上最快的电梯（时速64公里），登上海拔546米的第118层“上海之巅”观光厅，360度俯瞰城市全景，金茂大厦和上海环球金融中心都在脚下。</w:t>
      </w:r>
    </w:p>
    <w:p>
      <w:pPr>
        <w:widowControl/>
      </w:pPr>
      <w:r>
        <w:t>随后参观上海博物馆（东馆），这是世界上收藏中国古代艺术品最精美的博物馆之一。建筑外观简洁现代，设计灵感来自中国传统玉璧。馆内设有青铜器、陶瓷、书法、绘画、玉器、家具、钱币和雕塑等展厅。不要错过几件标志性珍品：大克鼎，一件3000年前的青铜器，与子龙鼎、晋侯稣钟一同展出，是青铜器馆的一大亮点；还有越王勾践剑，古代工艺的杰作。</w:t>
      </w:r>
    </w:p>
    <w:p>
      <w:pPr>
        <w:widowControl/>
      </w:pPr>
      <w:r>
        <w:t>接下来参观豫园，上海最著名的古典园林，位于市中心。漫步于亭台、假山和荷花池之间，欣赏精美的雕刻和传统建筑。园外的豫园商城可以买到当地小吃、纪念品和手工艺品。</w:t>
      </w:r>
    </w:p>
    <w:p>
      <w:pPr>
        <w:widowControl/>
      </w:pPr>
      <w:r>
        <w:t>下午沿南京路步行街漫步，两旁有国际品牌、咖啡馆和历史建筑。最后来到外滩，上海最值得一看的地标。外滩被称为“万国建筑博览”，有52座哥特式、巴洛克式和装饰艺术风格的建筑。在这里可以欣赏黄浦江对岸浦东天际线的壮丽景色。</w:t>
      </w:r>
    </w:p>
    <w:p>
      <w:pPr>
        <w:widowControl/>
      </w:pPr>
      <w:r>
        <w:t>旅行须知：</w:t>
      </w:r>
    </w:p>
    <w:p>
      <w:pPr>
        <w:widowControl/>
      </w:pPr>
      <w:r>
        <w:t>豫园周一闭园。如遇闭园，可能改为参观城隍庙或法租界。</w:t>
      </w:r>
    </w:p>
    <w:p>
      <w:pPr>
        <w:widowControl/>
      </w:pPr>
      <w:r>
        <w:t>上海博物馆（东馆）周二闭馆。当天将改为参观上海博物馆（人民广场馆）。如人民广场馆无法进入，将安排其他市区景点。</w:t>
      </w:r>
    </w:p>
    <w:p>
      <w:pPr>
        <w:widowControl/>
      </w:pPr>
      <w:r>
        <w:t>概述：游览上海中心大厦、上海博物馆、豫园、豫园商城、南京路和外滩，感受上海的古老与现代。（含早餐+午餐）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用餐：早餐,午餐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第3天 从上海乘飞机前往拉萨</w:t>
      </w:r>
    </w:p>
    <w:p>
      <w:pPr>
        <w:widowControl/>
      </w:pPr>
      <w:r>
        <w:t>早餐后，您可以在上海自由活动，自行探索更多地方，随后将送您前往机场，搭乘飞往拉萨的航班（经济舱机票由AOT安排）。</w:t>
      </w:r>
    </w:p>
    <w:p>
      <w:pPr>
        <w:widowControl/>
      </w:pPr>
      <w:r>
        <w:t>扎西德勒！欢迎来到拉萨，西藏自治区的首府！抵达拉萨机场/火车站后，司机会在出口处迎接您，然后送您前往拉萨市中心精选的酒店。您可以在酒店好好休息，适应海拔（3650米），为第二天探索拉萨做好准备。</w:t>
      </w:r>
    </w:p>
    <w:p>
      <w:pPr>
        <w:widowControl/>
      </w:pPr>
      <w:r>
        <w:t>温馨提示：</w:t>
      </w:r>
    </w:p>
    <w:p>
      <w:pPr>
        <w:widowControl/>
      </w:pPr>
      <w:r>
        <w:t>1. 为避免高原反应，建议放慢节奏、注意保暖、经常喝水、头一两天不要洗澡、放松心情、保证睡眠。</w:t>
      </w:r>
    </w:p>
    <w:p>
      <w:pPr>
        <w:widowControl/>
      </w:pPr>
      <w:r>
        <w:t>2. 应根据自身健康状况，始终遵循医生关于海拔的建议。</w:t>
      </w:r>
    </w:p>
    <w:p>
      <w:pPr>
        <w:widowControl/>
      </w:pPr>
      <w:r>
        <w:t>3. 每当感到不适或需要帮助时，务必告知导游或酒店工作人员。那里的人总是乐于助人，也擅长处理高原反应。</w:t>
      </w:r>
    </w:p>
    <w:p>
      <w:pPr>
        <w:widowControl/>
      </w:pPr>
      <w:r>
        <w:t>概述：离开上海，乘飞机抵达拉萨，机场接机，酒店入住。（含早餐）</w:t>
      </w:r>
    </w:p>
    <w:p>
      <w:pPr>
        <w:widowControl/>
      </w:pPr>
      <w:r>
        <w:t>景点：今天无活动（适应海拔）</w:t>
      </w:r>
    </w:p>
    <w:p>
      <w:pPr>
        <w:widowControl/>
      </w:pPr>
      <w:r>
        <w:t>交通与活动：航班，车辆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拉萨之旅：布达拉宫、大昭寺、八廓街</w:t>
      </w:r>
    </w:p>
    <w:p>
      <w:pPr>
        <w:widowControl/>
      </w:pPr>
      <w:r>
        <w:t>今天，我们将探索拉萨，首先参观世界闻名的布达拉宫，它是世界遗产，也是50元人民币背面的图案。随后，您将参观大昭寺，这一世界文化遗产以其辉煌的建筑、文化、艺术和历史而闻名。最后，您可以在著名的八廓街漫步，与当地人一起，了解更多藏族人的日常转经生活。</w:t>
      </w:r>
    </w:p>
    <w:p>
      <w:pPr>
        <w:widowControl/>
      </w:pPr>
      <w:r>
        <w:t>早上，您可以步行前往布达拉宫参观。它不仅是西藏的标志，也是达赖喇嘛（1649-1959）的传统住所和冬宫。从布达拉宫大门攀登365级台阶到达红宫后，您将抵达海拔3700米的世界最高宫殿，在那里可以欣赏到拉萨市的绝佳全景。当您探索红宫内历代达赖喇嘛的主要殿堂、佛堂和神殿时，您会被其非凡的绘画、华丽的珠宝作品、精湛的雕刻、多彩的装饰以及珍宝背后的神秘故事所惊叹和感动。在布达拉宫内部，您会遇到许多从远方赶来在这个圣地祈祷的藏族朝圣者，这里是他们一生的目的地。您还可以请导游提供更多关于松赞干布的故事，他是西藏第33代国王，于7世纪最初为迎娶唐朝文成公主而修建了布达拉宫。（请注意，参观顺序可能会根据您布达拉宫门票上指定的参观时间进行调整。所有游客必须随旅行团参观，并在宫内停留一小时。请注意，宫内禁止拍照。）</w:t>
      </w:r>
    </w:p>
    <w:p>
      <w:pPr>
        <w:widowControl/>
      </w:pPr>
      <w:r>
        <w:t>大昭寺位于拉萨市中心，已有1300多年的历史，是世界各地佛教徒的重要朝圣地。作为西藏的精神中心而闻名，据说大昭寺是为松赞干布国王的两位新娘：中国文成公主和尼泊尔尺尊公主而建。“大昭”意为“佛之屋”，寺内供奉着一尊12岁释迦牟尼等身像，被视为佛教世界的珍宝。这就是为什么佛教朝圣者将其视为最神圣的目的地。大昭寺还以其美丽的建筑而闻名。您可以欣赏到复杂的雕刻、多彩的壁画、华丽的装饰和建筑细节，它是西藏建筑的杰作。无论白天还是夜晚，当您看到人们在寺庙前祈祷时，时间似乎静止了。（请注意，参观顺序可能会根据您大昭寺门票预订情况进行调整。）</w:t>
      </w:r>
    </w:p>
    <w:p>
      <w:pPr>
        <w:widowControl/>
      </w:pPr>
      <w:r>
        <w:t>之后，在大昭寺附近的繁忙八廓街漫步，这里在古代是佛教徒进行转经（朝圣环路）的地方。如今，它已成为一个繁荣的当地市场，您可以喝一壶酥油茶，穿上藏族服装拍照，并挑选一些当地藏族、尼泊尔和印度的手工艺品和纪念品。</w:t>
      </w:r>
    </w:p>
    <w:p>
      <w:pPr>
        <w:widowControl/>
      </w:pPr>
      <w:r>
        <w:t>晚上，享用由AOT团队特别提供的美味藏式晚餐。</w:t>
      </w:r>
    </w:p>
    <w:p>
      <w:pPr>
        <w:widowControl/>
      </w:pPr>
      <w:r>
        <w:t>概述：在拉萨，参观布达拉宫、大昭寺、八廓街。（含早餐、晚餐）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拉萨 - 江孜 - 日喀则｜羊卓雍措、卡若拉冰川</w:t>
      </w:r>
    </w:p>
    <w:p>
      <w:pPr>
        <w:widowControl/>
      </w:pPr>
      <w:r>
        <w:t>这一天，从拉萨驱车约8至9小时（340公里）前往日喀则，途中参观两处令人惊叹的自然景观——羊卓雍措和卡若拉冰川。</w:t>
      </w:r>
    </w:p>
    <w:p>
      <w:pPr>
        <w:widowControl/>
      </w:pPr>
      <w:r>
        <w:t>上午，经过约3至4小时的车程（200公里）后，您最好准备好相机。抵达甘巴拉山口（海拔4,797米）时，您将俯瞰羊卓雍措（淡水湖）的壮丽景色，并远眺神圣的念青康桑峰。羊卓雍措是西藏四大圣湖之一，与拉姆拉措、玛旁雍措和纳木措齐名。据说羊卓雍措能帮助藏族人找到达赖喇嘛的转世灵童。您会高兴地看到那里装扮好的藏獒、山羊和牦牛。您可以选择支付5-10元与它们合影拍照，对当地藏族人来说，这是家庭的一项补贴收入。</w:t>
      </w:r>
    </w:p>
    <w:p>
      <w:pPr>
        <w:widowControl/>
      </w:pPr>
      <w:r>
        <w:t>下午，驱车约1.5小时（70公里）前往参观西藏最美丽的冰川之一——卡若拉冰川，这里是电影《红河谷》的取景地。作为西藏三大大陆型冰川之一，背靠西藏四大高峰之一的乃钦康桑峰（海拔7,191米）南坡，这片白色冰川也是年楚河东部的源头。卡若拉冰川（海拔5,012米）距离连接拉萨和江孜镇的公路仅300米。您可以在车上直接从公路边观赏。当然，您可以轻松步行到迷人的冰川脚下，冰川形状如同冻结的瀑布，就在公路和您的上方。除了前往卡若拉冰川的奇妙徒步之外，在公路对面，您还可以欣赏美丽的卡鲁峰雪山。</w:t>
      </w:r>
    </w:p>
    <w:p>
      <w:pPr>
        <w:widowControl/>
      </w:pPr>
      <w:r>
        <w:t>卡若拉冰川参观注意事项：</w:t>
      </w:r>
    </w:p>
    <w:p>
      <w:pPr>
        <w:widowControl/>
      </w:pPr>
      <w:r>
        <w:t>1. 冰川景区海拔约5,012米，务必放慢速度，避免高原反应。</w:t>
      </w:r>
    </w:p>
    <w:p>
      <w:pPr>
        <w:widowControl/>
      </w:pPr>
      <w:r>
        <w:t>2. 冰川的公共厕所非常简陋。</w:t>
      </w:r>
    </w:p>
    <w:p>
      <w:pPr>
        <w:widowControl/>
      </w:pPr>
      <w:r>
        <w:t>3. 当地人可能会要求您付费与他们合影。拍照前务必问清楚，以免产生小麻烦。</w:t>
      </w:r>
    </w:p>
    <w:p>
      <w:pPr>
        <w:widowControl/>
      </w:pPr>
      <w:r>
        <w:t>之后，驱车约3.5小时（170公里）前往日喀则的酒店，这是中尼友谊公路上最近的小镇。好好休息，为第二天前往珠峰大本营的终生之旅做好准备。</w:t>
      </w:r>
    </w:p>
    <w:p>
      <w:pPr>
        <w:widowControl/>
      </w:pPr>
      <w:r>
        <w:t>概述：从拉萨经江孜驱车前往日喀则，途中参观羊卓雍措和卡若拉冰川。（含早餐）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日喀则 - 珠穆朗玛峰：珠穆朗玛峰、绒布寺、珠峰大本营</w:t>
      </w:r>
    </w:p>
    <w:p>
      <w:pPr>
        <w:widowControl/>
      </w:pPr>
      <w:r>
        <w:t>早餐后，驱车约6.5小时（330公里）前往世界之巅——珠穆朗玛峰，途中参观绒布寺——世界上海拔最高的寺庙，随后在珠峰大本营过夜。</w:t>
      </w:r>
    </w:p>
    <w:p>
      <w:pPr>
        <w:widowControl/>
      </w:pPr>
      <w:r>
        <w:t>从日喀则出发，经过约4.5小时车程（240公里），您将在拉孜与协格尔之间的嘉乌拉山口（海拔5,200米，又称嘉措拉山口）首次看到珠穆朗玛峰。除了珠峰，您还会惊叹于那里蜿蜒曲折、仿佛通向世界尽头的盘山公路。路上，您可能看到当地人一路骑行或徒步前往珠峰大本营，对他们来说，到达世界最高峰的山脚下是必须实现的目标，也是值得付出努力的神圣信仰。</w:t>
      </w:r>
    </w:p>
    <w:p>
      <w:pPr>
        <w:widowControl/>
      </w:pPr>
      <w:r>
        <w:t>在山口欣赏美丽而独特的景色——壮观的雪峰山脉、蓝天、飘浮的高云和连绵的草原之后，就该前往绒布寺（约3.5小时，122公里），第一次好好观赏珠穆朗玛峰。绒布寺海拔5,154米，是世界上海拔最高的寺庙，是重视精神体验的旅行者必去之处，您会发现这里很适合拍照。这里曾是修行小屋集中的区域，寺庙和山谷周围的崖壁上散布着有400多年历史的隐修冥想洞。除了壮观的珠峰景色，在绒布寺，您还会被眼前的景色打动：巨大的白色佛塔、成堆的玛尼石、五彩经幡、路过的虔诚朝圣者……</w:t>
      </w:r>
    </w:p>
    <w:p>
      <w:pPr>
        <w:widowControl/>
      </w:pPr>
      <w:r>
        <w:t>注意事项：</w:t>
      </w:r>
    </w:p>
    <w:p>
      <w:pPr>
        <w:widowControl/>
      </w:pPr>
      <w:r>
        <w:t>1. 旅行者现在只能到达绒布寺一带，不能像以前那样再往前几公里。但就观赏珠穆朗玛峰而言，差别不大。</w:t>
      </w:r>
    </w:p>
    <w:p>
      <w:pPr>
        <w:widowControl/>
      </w:pPr>
      <w:r>
        <w:t>2. 今天的食宿非常基本。由于海拔较高，您可能会出现一些高原反应症状。建议您多喝水，放松身心，欣赏美景，以尽量减轻症状。</w:t>
      </w:r>
    </w:p>
    <w:p>
      <w:pPr>
        <w:widowControl/>
      </w:pPr>
      <w:r>
        <w:t>概述：经停嘉乌拉山口（珠穆朗玛峰观景点）和绒布寺，前往珠峰大本营。（含早餐+晚餐）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用餐：早餐，晚餐</w:t>
      </w:r>
    </w:p>
    <w:p>
      <w:pPr>
        <w:widowControl/>
      </w:pPr>
      <w:r>
        <w:t>住宿：珠峰大本营。</w:t>
      </w:r>
    </w:p>
    <w:p>
      <w:pPr>
        <w:keepNext/>
        <w:widowControl/>
        <w:spacing w:before="240"/>
      </w:pPr>
      <w:r>
        <w:t>第7天 珠穆朗玛峰—日喀则 | 加措拉山口</w:t>
      </w:r>
    </w:p>
    <w:p>
      <w:pPr>
        <w:widowControl/>
      </w:pPr>
      <w:r>
        <w:t>您将一早出发，欣赏珠穆朗玛峰的日出，然后返回加措拉山口（Gyawu La Pass，定日界，122公里，3.5小时）短暂停留拍照。之后，驱车返回日喀则（240公里，约4.5小时）。抵达后，送您至日喀则的酒店，洗个澡，准备次日离开。</w:t>
      </w:r>
    </w:p>
    <w:p>
      <w:pPr>
        <w:widowControl/>
      </w:pPr>
      <w:r>
        <w:t>概述：观赏珠穆朗玛峰日出后，返回日喀则。（含早餐）</w:t>
      </w:r>
    </w:p>
    <w:p>
      <w:pPr>
        <w:widowControl/>
      </w:pPr>
      <w:r>
        <w:t>景点：1个标志性景点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从日喀则乘高铁到拉萨，再飞往西安：拉萨机场送机、西安机场接机及酒店入住</w:t>
      </w:r>
    </w:p>
    <w:p>
      <w:pPr>
        <w:widowControl/>
      </w:pPr>
      <w:r>
        <w:t>这一天，您将乘飞机前往西安。欢迎来到西安——中国13个古代王朝的都城！抵达西安后，司机将在机场出口迎接您，随后送您前往西安市中心的酒店。办理入住后，您可以自由活动。</w:t>
      </w:r>
    </w:p>
    <w:p>
      <w:pPr>
        <w:widowControl/>
      </w:pPr>
      <w:r>
        <w:t>从西藏前往西安的交通重要提示：</w:t>
      </w:r>
    </w:p>
    <w:p>
      <w:pPr>
        <w:widowControl/>
      </w:pPr>
      <w:r>
        <w:t>由于航班和高铁时刻表会随季节调整，亚洲奥德赛旅游致力于确保您顺利衔接下一站——西安。共有三种可选方案，我们将根据当前时刻表选择最合适的一种：</w:t>
      </w:r>
    </w:p>
    <w:p>
      <w:pPr>
        <w:widowControl/>
      </w:pPr>
      <w:r>
        <w:t>方案A：在西藏行程的第8天上午，从日喀则乘高铁前往拉萨，然后下午从拉萨乘飞机离开。</w:t>
      </w:r>
    </w:p>
    <w:p>
      <w:pPr>
        <w:widowControl/>
      </w:pPr>
      <w:r>
        <w:t>方案B：在西藏行程的第7天晚上，从日喀则乘高铁返回拉萨，然后在第8天从拉萨乘飞机离开。</w:t>
      </w:r>
    </w:p>
    <w:p>
      <w:pPr>
        <w:widowControl/>
      </w:pPr>
      <w:r>
        <w:t>方案C：在西藏行程的第8天，直接从日喀则乘飞机（含转机/经停）。</w:t>
      </w:r>
    </w:p>
    <w:p>
      <w:pPr>
        <w:widowControl/>
      </w:pPr>
      <w:r>
        <w:t>概述：从日喀则返回拉萨，随后前往拉萨机场，乘飞机前往西安。（含早餐）</w:t>
      </w:r>
    </w:p>
    <w:p>
      <w:pPr>
        <w:widowControl/>
      </w:pPr>
      <w:r>
        <w:t>交通与活动：车辆、航班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西安城市游：兵马俑、古城墙、钟楼（或鼓楼）</w:t>
      </w:r>
    </w:p>
    <w:p>
      <w:pPr>
        <w:widowControl/>
      </w:pPr>
      <w:r>
        <w:t>早餐后，导游和司机将在酒店接您。驱车约40公里（约1小时）前往探索世界上最伟大的考古发现之一——兵马俑博物馆，这是中国第一位皇帝秦始皇为保护他来世而建造的。迄今为止，已发现约8000个栩栩如生的真人大小的兵马俑。首先，参观最大、最壮观的一号坑，据信其中包含超过6000个士兵和战马的陶俑。您将惊叹于这支地下真人大小的数千人军队，默默站立守卫着皇帝。同时，也惊叹于古代中国工匠的精湛艺术技艺。接下来，前往另一个坑，您可以看到约1300个武士和战马。考察古代军队阵型，包括跪射和立射弓箭手、战车战阵，以及众多手持武器的士兵。</w:t>
      </w:r>
    </w:p>
    <w:p>
      <w:pPr>
        <w:widowControl/>
      </w:pPr>
      <w:r>
        <w:t>午餐后，前往参观古城墙，也被称为西安城墙，是中国最古老、最大、保存最完好的城墙之一。悠闲地在城墙上漫步，欣赏其内外墙、角楼和护城河，同时饱览现代西安的全景。在那里，您还将参观令人惊叹的钟楼（或鼓楼），这是明代的地标，可追溯到600年前，届时将被美丽地照亮，为拍摄令人惊叹的照片营造出迷人的背景，展示西安古历史与现代的和谐融合。晚上，您还有机会参观热闹的钟鼓楼广场，让您像当地人一样沉浸在西安充满活力的夜生活中。</w:t>
      </w:r>
    </w:p>
    <w:p>
      <w:pPr>
        <w:widowControl/>
      </w:pPr>
      <w:r>
        <w:t>概述：西安历史之旅，包括兵马俑、古城墙和钟楼或鼓楼。（含早餐+午餐）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大雁塔与回民街；火车站接送｜北京火车站接站及酒店入住</w:t>
      </w:r>
    </w:p>
    <w:p>
      <w:pPr>
        <w:widowControl/>
      </w:pPr>
      <w:r>
        <w:t>今天上午，您将前往参观大雁塔，这是西安最具辨识度的地标之一，也是唐代辉煌的象征。这座七层宝塔矗立在宁静的大慈恩寺内，是中国唐代风格佛塔（方形而非圆形）的最佳范例之一。它建于公元652年，用于存放僧人玄奘从印度带回的佛教经书。他的旅行启发中国文学最著名的作品之一《西游记》。随后，您将有机会探索充满活力且熙熙攘攘的回民街（穆斯林街）。这个历史悠久的街区位于鼓楼后面，在西安市中心钟楼以西约430米处，已有1000多年的历史。</w:t>
      </w:r>
    </w:p>
    <w:p>
      <w:pPr>
        <w:widowControl/>
      </w:pPr>
      <w:r>
        <w:t>游览结束后，您将被送往火车站，乘坐高速列车前往下一个目的地——北京。抵达北京后，您的司机会在火车站接您，并送您到酒店。当天剩余时间自由活动，您可以在酒店周边自行探索。</w:t>
      </w:r>
    </w:p>
    <w:p>
      <w:pPr>
        <w:widowControl/>
      </w:pPr>
      <w:r>
        <w:t>概述：在西安参观大雁塔和回民街。乘坐高速列车前往北京，火车站接站，并入住酒店。（含早餐）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交通与活动：车辆、火车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北京城市游：天安门广场、故宫、景山公园、颐和园</w:t>
      </w:r>
    </w:p>
    <w:p>
      <w:pPr>
        <w:widowControl/>
      </w:pPr>
      <w:r>
        <w:t>今天您将用一整天时间，通过中国著名的地标、皇家气派和皇家园林，探索北京的古老城郭。</w:t>
      </w:r>
    </w:p>
    <w:p>
      <w:pPr>
        <w:widowControl/>
      </w:pPr>
      <w:r>
        <w:t>早餐后，导游将在酒店接您，前往天安门广场——世界最大的公共广场，也是中国的象征。过去几十年间，这里见证了中国历史上的许多重大事件，您可以从这里拍摄天安门城楼的绝佳照片，它每天都出现在央视新闻中。</w:t>
      </w:r>
    </w:p>
    <w:p>
      <w:pPr>
        <w:widowControl/>
      </w:pPr>
      <w:r>
        <w:t>步行穿过广场，您将参观宏伟壮丽的故宫——世界最大的宫殿建筑群，曾是24位中国皇帝的家。故宫被列为联合国教科文组织世界遗产，拥有约500年历史，在明朝（1368-1644）和清朝（1644-1911）期间作为中国的政治和礼仪中心。故宫拥有超过8700个房间，不仅是中国最大、保存最完好的古建筑群，也是一座城中之城，犹如罗马的梵蒂冈。从午门进入，沿中轴线参观，确保您看到所有亮点。欣赏辉煌的建筑和众多古代珍宝，同时聆听导游讲述曾居住于此的皇帝们的故事。随后，步行15分钟前往景山公园，在那里您可以欣赏现代北京和故宫红褐色屋顶的壮丽全景。（注意：需要一定步行，请穿舒适的鞋子。您可以根据自身身体状况决定是否登顶。）</w:t>
      </w:r>
    </w:p>
    <w:p>
      <w:pPr>
        <w:widowControl/>
      </w:pPr>
      <w:r>
        <w:t>下午，驱车前往颐和园——“皇家园林博物馆”，曾是皇室的夏日避暑胜地。园内的殿堂、寺庙、园林、亭台、湖泊、桥梁、城楼和长廊都是景观设计的奇迹。悠闲漫步，欣赏皇家建筑、山顶景观和美丽的湖泊，仿佛置身于传统中国山水画中的田园风光。</w:t>
      </w:r>
    </w:p>
    <w:p>
      <w:pPr>
        <w:widowControl/>
      </w:pPr>
      <w:r>
        <w:t>（旅行提示：北京故宫周一闭馆。如果您的行程恰逢周一，行程将进行调整，以确保您能参观故宫。）</w:t>
      </w:r>
    </w:p>
    <w:p>
      <w:pPr>
        <w:widowControl/>
      </w:pPr>
      <w:r>
        <w:t>概述：北京一日游，包括天安门广场、故宫、景山公园和颐和园。（含早餐+午餐）</w:t>
      </w:r>
    </w:p>
    <w:p>
      <w:pPr>
        <w:widowControl/>
      </w:pPr>
      <w:r>
        <w:t>景点：4个景点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第12天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第13天 北京出发：酒店退房与送机</w:t>
      </w:r>
    </w:p>
    <w:p>
      <w:pPr>
        <w:widowControl/>
      </w:pPr>
      <w:r>
        <w:t>为期13天的中国团体游到此结束。在北京，您将有一些自由活动时间，可以自行探索。之后，我们会送您前往机场或火车站，搭乘航班或高铁前往下一目的地。</w:t>
      </w:r>
    </w:p>
    <w:p>
      <w:pPr>
        <w:widowControl/>
      </w:pPr>
      <w:r>
        <w:t>行程延伸建议：如果您不打算马上回国，而想继续探索亚洲其他国家，我们很乐意为您安排延伸行程。欢迎随时告诉我们您的想法。</w:t>
      </w:r>
    </w:p>
    <w:p>
      <w:pPr>
        <w:widowControl/>
      </w:pPr>
      <w:r>
        <w:t>感谢您选择亚洲奥德赛旅游安排此次中国之旅。我们随时为您服务，期待您下次来中国或亚洲旅行时再次相见。祝您旅途平安！</w:t>
      </w:r>
    </w:p>
    <w:p>
      <w:pPr>
        <w:widowControl/>
      </w:pPr>
      <w:r>
        <w:t>概述：离开上海，12:00前办理酒店退房，随后送机。祝您平安回家。（含早餐）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上海出发13天中国跟团游，探秘神圣西藏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