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China Group Tour from Chengdu with Classic China Exploration</w:t>
      </w:r>
    </w:p>
    <w:p>
      <w:pPr>
        <w:widowControl/>
      </w:pPr>
      <w:r>
        <w:t>Product code: AOT-GT-011</w:t>
      </w:r>
    </w:p>
    <w:p>
      <w:pPr>
        <w:keepNext/>
        <w:widowControl/>
        <w:spacing w:before="240"/>
      </w:pPr>
      <w:r>
        <w:t>Day 1 Arrival in Chengdu | Airport Pick-up and Hotel Check-in</w:t>
      </w:r>
    </w:p>
    <w:p>
      <w:pPr>
        <w:widowControl/>
      </w:pPr>
      <w:r>
        <w:t>Nihao! Welcome to Chengdu, the panda hometown in southwestern China! Upon your arrival at the airport/train station in Chengdu, the driver will meet you at the exit, and then escort you to the well-selected hotel in downtown Chengdu. The rest of the day is free on your own so that you can have a good rest for the jet lag or explore by yourselves around your hotel.</w:t>
      </w:r>
    </w:p>
    <w:p>
      <w:pPr>
        <w:widowControl/>
      </w:pPr>
      <w:r>
        <w:t>Arrival Ideas:</w:t>
      </w:r>
    </w:p>
    <w:p>
      <w:pPr>
        <w:widowControl/>
      </w:pPr>
      <w:r>
        <w:t>Chengdu is well connected by air and high-speed rail. There are two airports - Chengdu Shuangliu International Airport and Chengdu Tianfu International Airport operating many international and domestic airlines. Travelers can go to Chengdu by air from most cities in China, like Hong Kong, Beijing, Shanghai, Guangzhou, Xian, Guilin, Hangzhou, Kunming, Lhasa, Lanzhou, Wuhan, Xiamen, Guiyang, Chongqing… In addition, travelers can take high speed train to Chengdu from Xian (3-4 hours), Chongqing (1.5-2hours), Guiyang (3.5-4.5 hours), Kunming (6-6.5hours), Shanghai (12.5-14.5 hours), etc.</w:t>
      </w:r>
    </w:p>
    <w:p>
      <w:pPr>
        <w:widowControl/>
      </w:pPr>
      <w:r>
        <w:t>Overview: Arrive in Chengdu, airport pick-up, transfer to your hotel and check-in.</w:t>
      </w:r>
    </w:p>
    <w:p>
      <w:pPr>
        <w:widowControl/>
      </w:pPr>
      <w:r>
        <w:t>Attractions: Explore freely today</w:t>
      </w:r>
    </w:p>
    <w:p>
      <w:pPr>
        <w:widowControl/>
      </w:pPr>
      <w:r>
        <w:t>Transport and activities: Arrive in Chengdu by yourself; vehicle</w:t>
      </w:r>
    </w:p>
    <w:p>
      <w:pPr>
        <w:widowControl/>
      </w:pPr>
      <w:r>
        <w:t>Accommodation: Comfortable</w:t>
      </w:r>
    </w:p>
    <w:p>
      <w:pPr>
        <w:keepNext/>
        <w:widowControl/>
        <w:spacing w:before="240"/>
      </w:pPr>
      <w:r>
        <w:t>Day 2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Chengdu to Guilin by High Speed Train | Elephant Trunk Hill, Reed Flute Cave</w:t>
      </w:r>
    </w:p>
    <w:p>
      <w:pPr>
        <w:widowControl/>
      </w:pPr>
      <w:r>
        <w:t>On this day, you will be escorted to the train station in Chengdu for your high-speed train journey to Guilin (5-6 hours). (Note: In some circumstances, you may take a flight from Chengdu to Guilin, which takes about 1.5 hours.) Welcome to Guilin, the land of nature's masterpieces. Upon your arrival in Guilin, your driver will meet you at the exit of the train station/airport and escort you to your hotel in downtown Guilin.</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from Chengdu, visit Elephant Trunk Hill, Reed Flute Cave. (B)</w:t>
      </w:r>
    </w:p>
    <w:p>
      <w:pPr>
        <w:widowControl/>
      </w:pPr>
      <w:r>
        <w:t>Attractions: 2 sites</w:t>
      </w:r>
    </w:p>
    <w:p>
      <w:pPr>
        <w:widowControl/>
      </w:pPr>
      <w:r>
        <w:t>Transport and activities: vehicle, Flight or train</w:t>
      </w:r>
    </w:p>
    <w:p>
      <w:pPr>
        <w:widowControl/>
      </w:pPr>
      <w:r>
        <w:t>Meals: Breakfast</w:t>
      </w:r>
    </w:p>
    <w:p>
      <w:pPr>
        <w:widowControl/>
      </w:pPr>
      <w:r>
        <w:t>Accommodation: Guilin downtown</w:t>
      </w:r>
    </w:p>
    <w:p>
      <w:pPr>
        <w:keepNext/>
        <w:widowControl/>
        <w:spacing w:before="240"/>
      </w:pPr>
      <w:r>
        <w:t>Day 4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(Lunch Upgrade: 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 Town</w:t>
      </w:r>
    </w:p>
    <w:p>
      <w:pPr>
        <w:keepNext/>
        <w:widowControl/>
        <w:spacing w:before="240"/>
      </w:pPr>
      <w:r>
        <w:t>Day 5 Guilin to Shanghai by Flight</w:t>
      </w:r>
    </w:p>
    <w:p>
      <w:pPr>
        <w:widowControl/>
      </w:pPr>
      <w:r>
        <w:t>On this day, you will be transferred to the airport for the flight to Shanghai (about 2.5 hours). Welcome to Shanghai! Upon your arrival, your driver will meet you at the airport and escort you to your hotel in downtown Shanghai. Enjoy a good rest today.</w:t>
      </w:r>
    </w:p>
    <w:p>
      <w:pPr>
        <w:widowControl/>
      </w:pPr>
      <w:r>
        <w:t>Option for the Shanghai Evening Tour:</w:t>
      </w:r>
    </w:p>
    <w:p>
      <w:pPr>
        <w:widowControl/>
      </w:pPr>
      <w:r>
        <w:t>1. Shanghai Acrabat Evening Show (19:30- 21:00, 1.5 hours)</w:t>
      </w:r>
    </w:p>
    <w:p>
      <w:pPr>
        <w:widowControl/>
      </w:pPr>
      <w:r>
        <w:t>The Shanghai Acrobatic Show is a beloved and enchanting evening delight for tourists visiting Shanghai. This captivating spectacle is brought to life by the renowned Shanghai Acrobatic Troupe, a troupe that has graced stages since its establishment in 1951. With their international acclaim, the troupe regularly presents their mesmerizing performances not only in Shanghai but also in various cities across China. Prepare to be amazed as the show unfolds with a breathtaking blend of acrobatics, graceful dance, rib-tickling comedy, mystifying magic, and awe-inspiring displays of aerial strength. Through this extraordinary showcase, the essence of Shanghai's rich cultural heritage is beautifully honored, transporting you to a world of wonder and marvel.</w:t>
      </w:r>
    </w:p>
    <w:p>
      <w:pPr>
        <w:widowControl/>
      </w:pPr>
      <w:r>
        <w:t>Overview: Get to Shanghai by flight from Guilin, airport pick-up, and hotel check-in. (B)</w:t>
      </w:r>
    </w:p>
    <w:p>
      <w:pPr>
        <w:widowControl/>
      </w:pPr>
      <w:r>
        <w:t>Attractions: explore freely on your own</w:t>
      </w:r>
    </w:p>
    <w:p>
      <w:pPr>
        <w:widowControl/>
      </w:pPr>
      <w:r>
        <w:t>Transport and activities: vehicle</w:t>
      </w:r>
    </w:p>
    <w:p>
      <w:pPr>
        <w:widowControl/>
      </w:pPr>
      <w:r>
        <w:t>Meals: Breakfast</w:t>
      </w:r>
    </w:p>
    <w:p>
      <w:pPr>
        <w:widowControl/>
      </w:pPr>
      <w:r>
        <w:t>Accommodation: Comfortable</w:t>
      </w:r>
    </w:p>
    <w:p>
      <w:pPr>
        <w:keepNext/>
        <w:widowControl/>
        <w:spacing w:before="240"/>
      </w:pPr>
      <w:r>
        <w:t>Day 6 Tour Shanghai by Yourself</w:t>
      </w:r>
    </w:p>
    <w:p>
      <w:pPr>
        <w:widowControl/>
      </w:pPr>
      <w:r>
        <w:t>Today is a free day on your own to explore China's most internationalized and vibrant city - Shanghai. Here, you will find an endless range of delicious food, modern architecture, cultural sites and shopping at every corner. You can take a walk along the exotic streets and absorb atmosphere of vitality. Enjoy your day.</w:t>
      </w:r>
    </w:p>
    <w:p>
      <w:pPr>
        <w:widowControl/>
      </w:pPr>
      <w:r>
        <w:t>Overview: Today is free on your own to explore Shanghai. (B)</w:t>
      </w:r>
    </w:p>
    <w:p>
      <w:pPr>
        <w:widowControl/>
      </w:pPr>
      <w:r>
        <w:t>Attractions: explore freely on your own</w:t>
      </w:r>
    </w:p>
    <w:p>
      <w:pPr>
        <w:widowControl/>
      </w:pPr>
      <w:r>
        <w:t>Meals: Breakfast</w:t>
      </w:r>
    </w:p>
    <w:p>
      <w:pPr>
        <w:widowControl/>
      </w:pPr>
      <w:r>
        <w:t>Accommodation: Comfortable</w:t>
      </w:r>
    </w:p>
    <w:p>
      <w:pPr>
        <w:keepNext/>
        <w:widowControl/>
        <w:spacing w:before="240"/>
      </w:pPr>
      <w:r>
        <w:t>Day 7 Shanghai City Tour | Shanghai Museum, Shanghai Tower,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Shanghai to Xian by Flight</w:t>
      </w:r>
    </w:p>
    <w:p>
      <w:pPr>
        <w:widowControl/>
      </w:pPr>
      <w:r>
        <w:t>On this day, you will have some free time till be met in the hotel lobby and escorted to the airport for your flight to Xian (about 2.5 hours).</w:t>
      </w:r>
    </w:p>
    <w:p>
      <w:pPr>
        <w:widowControl/>
      </w:pPr>
      <w:r>
        <w:t>Welcome to Xian, the capital of 13 ancient China dynasties! Upon your arrival in Xian, the local driver will greet you at the exit of the airport, and then escort you to your hotel in Xian downtown area. Enjoy some free time on your own after the hotel check-in.</w:t>
      </w:r>
    </w:p>
    <w:p>
      <w:pPr>
        <w:widowControl/>
      </w:pPr>
      <w:r>
        <w:t>Overview: Get to Xian by flight from Shanghai, airport pick-up, and hotel check-in. (B)</w:t>
      </w:r>
    </w:p>
    <w:p>
      <w:pPr>
        <w:widowControl/>
      </w:pPr>
      <w:r>
        <w:t>Attractions: explore freely on your own</w:t>
      </w:r>
    </w:p>
    <w:p>
      <w:pPr>
        <w:widowControl/>
      </w:pPr>
      <w:r>
        <w:t>Transport and activities: flight, vehicle</w:t>
      </w:r>
    </w:p>
    <w:p>
      <w:pPr>
        <w:widowControl/>
      </w:pPr>
      <w:r>
        <w:t>Meals: Breakfast</w:t>
      </w:r>
    </w:p>
    <w:p>
      <w:pPr>
        <w:widowControl/>
      </w:pPr>
      <w:r>
        <w:t>Accommodation: Comfortable</w:t>
      </w:r>
    </w:p>
    <w:p>
      <w:pPr>
        <w:keepNext/>
        <w:widowControl/>
        <w:spacing w:before="240"/>
      </w:pPr>
      <w:r>
        <w:t>Day 9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Xian to Beijing by High Speed Train | Giant Wild Goose Pagoda, Muslim Quarter</w:t>
      </w:r>
    </w:p>
    <w:p>
      <w:pPr>
        <w:widowControl/>
      </w:pPr>
      <w:r>
        <w:t>In the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in Xian first. Get to Beijing by high-speed train, train station pick-up, and hotel check-in.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11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12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13 Departure from Beijing | Hotel Check-out and Airport See-off</w:t>
      </w:r>
    </w:p>
    <w:p>
      <w:pPr>
        <w:widowControl/>
      </w:pPr>
      <w:r>
        <w:t>It is time to end your 13-day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from Beijing, hotel check-out before 12:00, and airport see-off. Safe journey home. (B)</w:t>
      </w:r>
    </w:p>
    <w:p>
      <w:pPr>
        <w:widowControl/>
      </w:pPr>
      <w:r>
        <w:t>Attractions: Explore freely today</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China Group Tour from Chengdu with Classic China Exploration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