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13天成都出发中国跟团游：经典中国探索之旅</w:t>
      </w:r>
    </w:p>
    <w:p>
      <w:pPr>
        <w:widowControl/>
      </w:pPr>
      <w:r>
        <w:t>线路编号：AOT-GT-011</w:t>
      </w:r>
    </w:p>
    <w:p>
      <w:pPr>
        <w:keepNext/>
        <w:widowControl/>
        <w:spacing w:before="240"/>
      </w:pPr>
      <w:r>
        <w:t>第1天 抵达成都 接机与酒店入住</w:t>
      </w:r>
    </w:p>
    <w:p>
      <w:pPr>
        <w:widowControl/>
      </w:pPr>
      <w:r>
        <w:t>你好！欢迎来到中国西南部的熊猫之乡成都！抵达成都机场或火车站后，司机会在出口处接您，然后送您前往成都市中心的精选酒店。当天剩余时间自由活动，您可以好好休息调整时差，或在酒店周边自行探索。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成都的航空和高铁交通十分便利。成都有两个机场——成都双流国际机场和成都天府国际机场，运营多条国际和国内航线。游客可以从中国大多数城市乘飞机前往成都，如香港、北京、上海、广州、西安、桂林、杭州、昆明、拉萨、兰州、武汉、厦门、贵阳、重庆……此外，游客可以乘坐高铁从西安（3-4小时）、重庆（1.5-2小时）、贵阳（3.5-4.5小时）、昆明（6-6.5小时）、上海（12.5-14.5小时）等地前往成都。</w:t>
      </w:r>
    </w:p>
    <w:p>
      <w:pPr>
        <w:widowControl/>
      </w:pPr>
      <w:r>
        <w:t>概述：抵达成都，接机，送往酒店并办理入住。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交通与活动：自行抵达成都；车辆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成都经典游：成都大熊猫基地、三星堆博物馆、锦里古街（或旺季备选：市区游）</w:t>
      </w:r>
    </w:p>
    <w:p>
      <w:pPr>
        <w:widowControl/>
      </w:pPr>
      <w:r>
        <w:t>上午，您将在约定时间于成都酒店大堂与导游提前会合。今天您将实现熊猫梦，乘车17公里前往成都大熊猫繁育研究基地（熊猫基地）。</w:t>
      </w:r>
    </w:p>
    <w:p>
      <w:pPr>
        <w:widowControl/>
      </w:pPr>
      <w:r>
        <w:t>成都大熊猫基地是距离市区最近的大熊猫基地，园内饲养着100多只大熊猫，是世界上圈养大熊猫数量最多的基地。您将看到不同年龄段的大熊猫。观看它们玩耍、进食、攀爬、睡觉，乐趣无穷……如果您在秋季前来，将有机会在太阳产房和月亮产房看到粉红色的新生大熊猫幼崽。除了大熊猫，您还可以在红熊猫活动区与可爱的红熊猫（小熊猫）近距离接触，它们可能就在您身边漫步。随后跟随导游参观熊猫博物馆，探索更多关于熊猫的秘密。（注意：熊猫喜欢凉爽天气，因此建议您尽早抵达，因为熊猫在上午更为活跃。高温天气时，熊猫更愿意待在室内睡觉。）</w:t>
      </w:r>
    </w:p>
    <w:p>
      <w:pPr>
        <w:widowControl/>
      </w:pPr>
      <w:r>
        <w:t>下午，驱车前往参观神秘的三星堆遗址博物馆（约1小时车程，50公里）。三星堆于1929年被发现，出土自3000至5000年前古都的璀璨文物，一直让考古学家兴奋不已。作为中国最值得外国游客参观的50个地方之一，您将为创造这些杰出文物的古人而惊叹。沉睡数千年，一醒惊天下。在青铜馆，您可以近距离观赏青铜神树（高3.96米，博物馆镇馆之宝，考古学家耗时10年才修复完成）、青铜立人像（高2.6米，同类器中唯一完整的大型人像）、纵目青铜面具（突出的眼睛被认为是古蜀第一位首领“蚕丛”的象征）、太阳形青铜器（看起来像汽车方向盘）……走进神秘的综合馆，惊叹于金杖（古蜀国王的金杖）、三足陶器（三足炊具陶器，当地人称之为火锅）、玉璋、金面具……通过三星堆遗址出土的青铜、玉器和金器，您可以想象灿烂的三星堆文明和古蜀国的存在，这将四川地区的历史向前推进了2000多年。参观三星堆后，驱车返回成都市区。</w:t>
      </w:r>
    </w:p>
    <w:p>
      <w:pPr>
        <w:widowControl/>
      </w:pPr>
      <w:r>
        <w:t>之后，返回成都市区，在锦里古街悠闲漫步。锦里拥有1800多年的历史，展现了古蜀国的深厚文化。在这条传统的石板街上惬意散步，街道两旁满是美味的当地小吃、精致的工艺品、有趣的民俗表演等。</w:t>
      </w:r>
    </w:p>
    <w:p>
      <w:pPr>
        <w:widowControl/>
      </w:pPr>
      <w:r>
        <w:t>备选方案：成都市内游（不含三星堆博物馆）</w:t>
      </w:r>
    </w:p>
    <w:p>
      <w:pPr>
        <w:widowControl/>
      </w:pPr>
      <w:r>
        <w:t>旺季期间，三星堆博物馆门票可能难以预订。如门票无法获取，您的行程将调整为成都市内游。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从成都乘高铁到桂林：象鼻山与芦笛岩</w:t>
      </w:r>
    </w:p>
    <w:p>
      <w:pPr>
        <w:widowControl/>
      </w:pPr>
      <w:r>
        <w:t>这一天，您将乘车前往成都火车站，搭乘高铁前往桂林（约5至6小时）。（注意：部分情况下，可能改为从成都乘飞机前往桂林，航程约1.5小时。）欢迎来到桂林，这里汇聚了大自然的杰作。抵达桂林后，司机会在火车站或机场出口接您，随后送您前往桂林市中心的酒店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，您将前往象鼻山，这是桂林的标志性景观。象鼻山位于漓江与桃花江交汇处，这座天然石灰岩山体形似一头巨象在江边饮水。它由水流侵蚀历经数百万年形成，也是“桂林山水甲天下”这一名句的灵感来源。您可以步行前往水月洞，这是一处位于“大象”鼻子与身体之间的半圆形洞口。水月洞高12米，内有唐宋时期的石刻诗文，自然与文化在此交融。</w:t>
      </w:r>
    </w:p>
    <w:p>
      <w:pPr>
        <w:widowControl/>
      </w:pPr>
      <w:r>
        <w:t>随后，参观芦笛岩，它被称为“大自然艺术之宫”。洞内可见由大自然历经数千年雕琢而成的钟乳石、石笋、石柱和流石景观，令人惊叹。彩色LED灯照亮了“狮岭朝霞”“原始森林”“龙象峰”和“花果山”等景观。</w:t>
      </w:r>
    </w:p>
    <w:p>
      <w:pPr>
        <w:widowControl/>
      </w:pPr>
      <w:r>
        <w:t>不要错过水晶宫，那里的静水倒映着发光的岩壁，营造出梦幻而超凡的景象。您还可以体验水幕电影，这是一部在水幕后放映的短片，展示洞穴的地质演变过程。</w:t>
      </w:r>
    </w:p>
    <w:p>
      <w:pPr>
        <w:widowControl/>
      </w:pPr>
      <w:r>
        <w:t>游览结束后，将送您返回桂林的酒店。</w:t>
      </w:r>
    </w:p>
    <w:p>
      <w:pPr>
        <w:widowControl/>
      </w:pPr>
      <w:r>
        <w:t>概述：从成都前往桂林，游览象鼻山、芦笛岩。（含早餐）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交通与活动：车辆，飞机或火车</w:t>
      </w:r>
    </w:p>
    <w:p>
      <w:pPr>
        <w:widowControl/>
      </w:pPr>
      <w:r>
        <w:t>用餐：早餐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第4天 桂林至阳朔之旅：漓江游船、阳朔乡村与西街</w:t>
      </w:r>
    </w:p>
    <w:p>
      <w:pPr>
        <w:widowControl/>
      </w:pPr>
      <w:r>
        <w:t>“桂林山水甲天下”。早餐后，您将前往探索漓江沿岸最令人惊叹的自然风光，漓江被《国家地理》杂志誉为“世界十大水上奇观”之一。从酒店驱车约1小时抵达码头，开始4.5小时轻松惬意的漓江观光游船之旅，前往阳朔。在这段84公里的风景游船旅程中，您将大饱眼福，欣赏如连绵不绝的中国山水画卷：蜿蜒的河流、众多翠绿的石灰岩喀斯特山峰、吃草的水牛、在肥沃田野里劳作的农民，以及依偎在山脚下的田园村落。（午餐升级：亚洲奥德赛旅游为您精心准备了定制西式午餐。导游将带上当天清晨新鲜制作的美食，供您在船上享用。）</w:t>
      </w:r>
    </w:p>
    <w:p>
      <w:pPr>
        <w:widowControl/>
      </w:pPr>
      <w:r>
        <w:t>抵达阳朔后，司机会从码头接您，驱车前往阳朔镇上的酒店稍作休息。接下来，您可以近距离感受阳朔的乡村天堂。请选择适合您的方式：(1) 乘车加步行；(2) 骑自行车；或 (3) 骑电动车。（可能需额外付费）。</w:t>
      </w:r>
    </w:p>
    <w:p>
      <w:pPr>
        <w:widowControl/>
      </w:pPr>
      <w:r>
        <w:t>让所有如画美景最大程度地愉悦您的眼睛和心灵，彻底放松。在各个地点，您还可能看到当地人从事日常家务、农民照料田地，甚至孩子们在河岸边玩耍。古雅的石头房屋点缀在河岸边，灰色的石板屋顶与翠绿的环境形成令人愉悦的对比。一头孤独的水牛在田野里悠闲地吃草，这一景象为全景增添了一抹动人的乡村生活气息。</w:t>
      </w:r>
    </w:p>
    <w:p>
      <w:pPr>
        <w:widowControl/>
      </w:pPr>
      <w:r>
        <w:t>随后，您将悠闲地漫步西街，这是阳朔最繁华的区域。街道两旁的餐厅、酒吧和纪念品商店总是宾客盈门。这里是西方文化与中国文化的融合，是享受夜生活的最佳去处。无论您想喝杯咖啡、品尝当地美食，还是只是沉浸在生动的氛围中……您都能如愿以偿。</w:t>
      </w:r>
    </w:p>
    <w:p>
      <w:pPr>
        <w:widowControl/>
      </w:pPr>
      <w:r>
        <w:t>概述：从桂林乘漓江游船前往阳朔，悠闲游览阳朔乡村和西街。（含早餐+午餐）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</w:t>
      </w:r>
    </w:p>
    <w:p>
      <w:pPr>
        <w:widowControl/>
      </w:pPr>
      <w:r>
        <w:t>用餐：早餐、午餐</w:t>
      </w:r>
    </w:p>
    <w:p>
      <w:pPr>
        <w:widowControl/>
      </w:pPr>
      <w:r>
        <w:t>住宿：阳朔镇</w:t>
      </w:r>
    </w:p>
    <w:p>
      <w:pPr>
        <w:keepNext/>
        <w:widowControl/>
        <w:spacing w:before="240"/>
      </w:pPr>
      <w:r>
        <w:t>第5天 从桂林飞往上海</w:t>
      </w:r>
    </w:p>
    <w:p>
      <w:pPr>
        <w:widowControl/>
      </w:pPr>
      <w:r>
        <w:t>这一天，您将被送往机场，搭乘飞往上海的航班（约2.5小时）。欢迎来到上海！抵达后，司机将在机场接您，并送您前往上海市中心的酒店。今天好好休息。</w:t>
      </w:r>
    </w:p>
    <w:p>
      <w:pPr>
        <w:widowControl/>
      </w:pPr>
      <w:r>
        <w:t>上海夜游可选项目：</w:t>
      </w:r>
    </w:p>
    <w:p>
      <w:pPr>
        <w:widowControl/>
      </w:pPr>
      <w:r>
        <w:t>1. 上海杂技晚场表演（19:30-21:00，1.5小时）</w:t>
      </w:r>
    </w:p>
    <w:p>
      <w:pPr>
        <w:widowControl/>
      </w:pPr>
      <w:r>
        <w:t>上海杂技表演是游客访问上海时备受喜爱的夜间娱乐项目。这场引人入胜的演出由著名的上海杂技团呈现，该团自1951年成立以来一直登台演出。凭借其国际声誉，该团不仅在上海，还在中国多个城市定期呈现令人着迷的表演。准备好惊叹吧，演出将惊险的杂技、优美的舞蹈、令人捧腹的喜剧、神秘的魔术和令人惊叹的空中力量展示融为一体。通过这场非凡的演出，上海丰富文化遗产的精髓得到了美好的致敬，将您带入一个奇妙与惊叹的世界。</w:t>
      </w:r>
    </w:p>
    <w:p>
      <w:pPr>
        <w:widowControl/>
      </w:pPr>
      <w:r>
        <w:t>概述：从桂林乘飞机抵达上海，接机，并办理酒店入住。（含早餐）</w:t>
      </w:r>
    </w:p>
    <w:p>
      <w:pPr>
        <w:widowControl/>
      </w:pPr>
      <w:r>
        <w:t>景点：自由自行探索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上海自由行</w:t>
      </w:r>
    </w:p>
    <w:p>
      <w:pPr>
        <w:widowControl/>
      </w:pPr>
      <w:r>
        <w:t>今天您可以自由安排，探索中国最国际化、最具活力的城市——上海。在这里，美食、现代建筑、文化景点和购物场所随处可见，丰富多样。您可以漫步在充满异国风情的街道上，感受这座城市的活力。祝您度过愉快的一天。</w:t>
      </w:r>
    </w:p>
    <w:p>
      <w:pPr>
        <w:widowControl/>
      </w:pPr>
      <w:r>
        <w:t>概述：今天自由活动，自行探索上海。（含早餐）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上海城市游：上海博物馆、上海中心大厦、豫园及商城、南京路及外滩</w:t>
      </w:r>
    </w:p>
    <w:p>
      <w:pPr>
        <w:widowControl/>
      </w:pPr>
      <w:r>
        <w:t>今天，您的团队将有一整天的时间体验"东方巴黎"东西方文化的完美融合。探索精彩的博物馆、古典园林、未来主义摩天大楼和令人惊叹的建筑——这一切都汇聚在这一座充满活力的城市中。</w:t>
      </w:r>
    </w:p>
    <w:p>
      <w:pPr>
        <w:widowControl/>
      </w:pPr>
      <w:r>
        <w:t>首先，前往浦东和陆家嘴金融区，这里矗立着三座标志性的摩天大楼。上海中心大厦是中国最高、世界第二高的建筑，高达632米（2073英尺），从底部到顶部呈戏剧性的120度扭转。乘坐世界上最快的电梯（时速64公里）到达位于地面以上546米的第118层"上海之巅观光厅"。欣赏令人叹为观止的城市360度全景，金茂大厦和上海环球金融中心尽收眼底。</w:t>
      </w:r>
    </w:p>
    <w:p>
      <w:pPr>
        <w:widowControl/>
      </w:pPr>
      <w:r>
        <w:t>随后，参观上海博物馆（东馆），这是世界上收藏中国古代艺术最精美的博物馆之一。其时尚现代的设计灵感来源于中国传统玉璧。馆内设有青铜器、陶瓷、书法、绘画、玉器、家具、钱币和雕塑等展厅。不要错过标志性珍品，如大克鼎——一件拥有3000年历史的青铜器，与子龙鼎和晋侯稣钟一同展出——这是青铜器馆的罕见亮点。此外，还可观赏传奇的越王勾践剑，一件古代工艺的杰作。</w:t>
      </w:r>
    </w:p>
    <w:p>
      <w:pPr>
        <w:widowControl/>
      </w:pPr>
      <w:r>
        <w:t>接下来，参观豫园，上海最著名的古典园林，隐藏于城市中心。漫步于优雅的亭台楼阁、假山和荷花池之间，欣赏精美的雕刻和传统建筑。在园外，豫园商城提供当地小吃、纪念品和手工艺品。</w:t>
      </w:r>
    </w:p>
    <w:p>
      <w:pPr>
        <w:widowControl/>
      </w:pPr>
      <w:r>
        <w:t>下午，沿着南京路步行街漫步，街道两旁遍布全球品牌、咖啡馆和历史建筑。最后来到外滩，上海最不容错过的地标。外滩被誉为"万国建筑博览"，拥有52幢哥特式、巴洛克式和装饰艺术风格的宏伟建筑。从这里，可以欣赏到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豫园周一闭馆。在这种情况下，我们可能改为参观城隍庙或法租界。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上海博物馆（东馆）周二闭馆。当天您将参观上海博物馆（人民广场馆）。如果人民广场馆无法进入，我们将安排其他城市景点。</w:t>
      </w:r>
    </w:p>
    <w:p>
      <w:pPr>
        <w:widowControl/>
      </w:pPr>
      <w:r>
        <w:t>概述：通过上海博物馆、豫园、豫园商城、南京路、外滩和上海中心大厦，探索上海的古老与现代。（含早餐+午餐）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从上海乘飞机前往西安</w:t>
      </w:r>
    </w:p>
    <w:p>
      <w:pPr>
        <w:widowControl/>
      </w:pPr>
      <w:r>
        <w:t>今天，您将有一些自由活动时间，随后在酒店大堂集合，乘车前往机场，搭乘航班飞往西安（约2.5小时）。</w:t>
      </w:r>
    </w:p>
    <w:p>
      <w:pPr>
        <w:widowControl/>
      </w:pPr>
      <w:r>
        <w:t>欢迎来到西安，这里是中国13个古代王朝的都城！抵达西安后，当地司机会在机场出口迎接您，随后送您前往西安市中心的酒店。办理入住后，您可以自由活动。</w:t>
      </w:r>
    </w:p>
    <w:p>
      <w:pPr>
        <w:widowControl/>
      </w:pPr>
      <w:r>
        <w:t>概述：从上海乘飞机抵达西安，机场接机，并办理酒店入住。（含早餐）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交通与活动：航班、车辆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乘高铁从西安到北京：大雁塔与回民街</w:t>
      </w:r>
    </w:p>
    <w:p>
      <w:pPr>
        <w:widowControl/>
      </w:pPr>
      <w:r>
        <w:t>上午，您将参观大雁塔，这是西安最具辨识度的地标之一，也是唐代辉煌的象征。这座七层宝塔矗立在宁静的大慈恩寺内，是中国唐代风格佛塔的最佳范例之一（方形而非圆形）。它建于公元652年，用于存放僧人玄奘从印度带回的佛教经书。玄奘的旅行启发了中国最著名的文学作品之一《西游记》。</w:t>
      </w:r>
    </w:p>
    <w:p>
      <w:pPr>
        <w:widowControl/>
      </w:pPr>
      <w:r>
        <w:t>之后，您将有机会探索充满活力、熙熙攘攘的回民街，这是西安最著名的街区之一。这片区域绵延约500米，是西安回族穆斯林社区的所在地。享受热闹的氛围，尤其是令人垂涎的街头美食。您可以品尝著名的西安特色小吃，如肉夹馍、羊肉泡馍、裤带面和烤肉串。</w:t>
      </w:r>
    </w:p>
    <w:p>
      <w:pPr>
        <w:widowControl/>
      </w:pPr>
      <w:r>
        <w:t>游览结束后，您将被送往火车站，乘坐高铁前往下一个目的地——北京。抵达北京后，司机会在火车站接您并送您到酒店。当天剩余时间自由活动，您可以在酒店周边自行探索。</w:t>
      </w:r>
    </w:p>
    <w:p>
      <w:pPr>
        <w:widowControl/>
      </w:pPr>
      <w:r>
        <w:t>概述：先参观西安的大雁塔、回民街。乘高铁抵达北京，火车站接站，酒店入住。（含早餐）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交通与活动：高铁；车辆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北京城市游：天安门广场、故宫、景山公园、颐和园</w:t>
      </w:r>
    </w:p>
    <w:p>
      <w:pPr>
        <w:widowControl/>
      </w:pPr>
      <w:r>
        <w:t>今天您将用一整天时间，通过中国著名的地标、皇家气派和园林，探索北京的古老城郭。</w:t>
      </w:r>
    </w:p>
    <w:p>
      <w:pPr>
        <w:widowControl/>
      </w:pPr>
      <w:r>
        <w:t>早餐后，导游将在酒店接您，然后前往天安门广场，这是世界上最大的公共广场，也是中国的象征。在过去的几十年里，它见证了中国历史上的许多重大事件，从这里您可以拍到天安门城楼的绝佳照片，每天都能在央视新闻中看到。</w:t>
      </w:r>
    </w:p>
    <w:p>
      <w:pPr>
        <w:widowControl/>
      </w:pPr>
      <w:r>
        <w:t>穿过广场，您将参观宏伟壮丽的故宫，这是世界上最大的宫殿建筑群，也是24位中国皇帝的前居所。故宫被列为联合国教科文组织世界遗产，拥有约500年历史，在明朝（1368-1644）和清朝（1644-1911）期间是中国的政治和礼仪中心。故宫拥有8700多个房间，不仅是中国最大、保存最完好的古建筑群，也是一座城中之城，就像罗马的梵蒂冈一样。从午门进入，沿着中轴线参观，确保您看到所有亮点。欣赏辉煌的建筑和众多古代珍宝，同时听导游讲述曾经住在这里的皇帝们的故事。之后，步行15分钟上景山公园，在那里您可以欣赏到现代北京和故宫红褐色屋顶的壮丽全景。（注意：需要走一些路，请穿舒适的鞋子。您可以根据自己的身体状况决定是否爬到山顶。）</w:t>
      </w:r>
    </w:p>
    <w:p>
      <w:pPr>
        <w:widowControl/>
      </w:pPr>
      <w:r>
        <w:t>下午，驱车前往颐和园，这是“皇家园林博物馆”，曾是皇室的避暑胜地。园内的寺庙、花园、亭台、湖泊、桥梁、城楼和长廊都是景观设计的奇迹。悠闲漫步，欣赏皇家建筑、山顶美景和美丽的湖泊，这里提供了进入中国传统山水画般景色的田园逃避。</w:t>
      </w:r>
    </w:p>
    <w:p>
      <w:pPr>
        <w:widowControl/>
      </w:pPr>
      <w:r>
        <w:t>（旅行提示：北京故宫周一闭馆。闭馆期间，您将改为参观天坛或恭王府。）</w:t>
      </w:r>
    </w:p>
    <w:p>
      <w:pPr>
        <w:widowControl/>
      </w:pPr>
      <w:r>
        <w:t>概述：北京一日游，包括天安门广场、故宫、景山公园和颐和园。（含早餐+午餐）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第13天 从北京出发：酒店退房并送往机场</w:t>
      </w:r>
    </w:p>
    <w:p>
      <w:pPr>
        <w:widowControl/>
      </w:pPr>
      <w:r>
        <w:t>为期13天的中国团体游到此结束。您将在北京有一些自由活动时间，可自行安排游览，之后我们将送您前往机场或火车站，搭乘航班或高铁前往下一个目的地。</w:t>
      </w:r>
    </w:p>
    <w:p>
      <w:pPr>
        <w:widowControl/>
      </w:pPr>
      <w:r>
        <w:t>行程延伸建议：如果您不想马上回国，而想前往其他亚洲目的地，我们很乐意为您安排延伸行程。欢迎随时告诉我们您的想法！</w:t>
      </w:r>
    </w:p>
    <w:p>
      <w:pPr>
        <w:widowControl/>
      </w:pPr>
      <w:r>
        <w:t>感谢您选择亚洲奥德赛旅游安排此次中国之旅。我们随时为您服务，期待您下次来中国或亚洲旅行时再次相见。祝您旅途平安！</w:t>
      </w:r>
    </w:p>
    <w:p>
      <w:pPr>
        <w:widowControl/>
      </w:pPr>
      <w:r>
        <w:t>概述：从北京出发，12:00前办理酒店退房，随后送往机场。祝您平安回家。(B)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13天成都出发中国跟团游：经典中国探索之旅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