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11 Days China Scenic &amp; Cultural Tour in Group (Shanghai Zhangjiajie Xian Beijing)</w:t>
      </w:r>
    </w:p>
    <w:p>
      <w:pPr>
        <w:widowControl/>
      </w:pPr>
      <w:r>
        <w:t>Product code: AOT-GT-012</w:t>
      </w:r>
    </w:p>
    <w:p>
      <w:pPr>
        <w:keepNext/>
        <w:widowControl/>
        <w:spacing w:before="240"/>
      </w:pPr>
      <w:r>
        <w:t>Day 1 Arrival in Shanghai | Airport Pick-up and Hotel Check-in</w:t>
      </w:r>
    </w:p>
    <w:p>
      <w:pPr>
        <w:widowControl/>
      </w:pPr>
      <w:r>
        <w:t>Nihao! Welcome to Shanghai, China's most internationalized and vibrant city! Shanghai's long-term fusion of Eastern and Western cultures has contributed to Shanghai's unique culture. 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pPr>
        <w:widowControl/>
      </w:pPr>
      <w:r>
        <w:t>Arrival Ideas:</w:t>
      </w:r>
    </w:p>
    <w:p>
      <w:pPr>
        <w:widowControl/>
      </w:pPr>
      <w: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pPr>
        <w:widowControl/>
      </w:pPr>
      <w:r>
        <w:t>Overview: Arrive at Shanghai airport, airport pick-up, transfer to your hotel and check-in.</w:t>
      </w:r>
    </w:p>
    <w:p>
      <w:pPr>
        <w:widowControl/>
      </w:pPr>
      <w:r>
        <w:t>Attractions: Explore freely today</w:t>
      </w:r>
    </w:p>
    <w:p>
      <w:pPr>
        <w:widowControl/>
      </w:pPr>
      <w:r>
        <w:t>Transport and activities: Arrive in Shanghai by yourself; vehicle</w:t>
      </w:r>
    </w:p>
    <w:p>
      <w:pPr>
        <w:widowControl/>
      </w:pPr>
      <w:r>
        <w:t>Accommodation: Comfortable</w:t>
      </w:r>
    </w:p>
    <w:p>
      <w:pPr>
        <w:keepNext/>
        <w:widowControl/>
        <w:spacing w:before="240"/>
      </w:pPr>
      <w:r>
        <w:t>Day 2 Shanghai City Tour | Shanghai Museum, Shanghai Tower,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Tower, Yu Garden, Yuyuan Bazaar, Nanjing Road, The Bund.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Shanghai to Zhangjiajie by Flight | Zhangjiajie Airport Pick-up &amp; Hotel Check-in</w:t>
      </w:r>
    </w:p>
    <w:p>
      <w:pPr>
        <w:widowControl/>
      </w:pPr>
      <w:r>
        <w:t>On this day, you will have some free time till be met in the hotel lobby and escorted to the airport for your flight to Zhangjiajie (about 2.5 hours).</w:t>
      </w:r>
    </w:p>
    <w:p>
      <w:pPr>
        <w:widowControl/>
      </w:pPr>
      <w:r>
        <w:t>Welcome to Zhangjiajie, an incredible place where you can see Avatar Hallelujah Mountain in reality! Upon your arrival in Zhangjiajie, the local driver will greet you at the exit of the airport, and then escort you to your hotel in Wulingyuan Area. Enjoy some free time on your own after the hotel check-in.</w:t>
      </w:r>
    </w:p>
    <w:p>
      <w:pPr>
        <w:widowControl/>
      </w:pPr>
      <w:r>
        <w:t>Overview: Get to Zhangjiajie by flight from Shanghai, airport pick-up, and hotel check-in. (B)</w:t>
      </w:r>
    </w:p>
    <w:p>
      <w:pPr>
        <w:widowControl/>
      </w:pPr>
      <w:r>
        <w:t>Attractions: explore freely on your own</w:t>
      </w:r>
    </w:p>
    <w:p>
      <w:pPr>
        <w:widowControl/>
      </w:pPr>
      <w:r>
        <w:t>Transport and activities: vehicle</w:t>
      </w:r>
    </w:p>
    <w:p>
      <w:pPr>
        <w:widowControl/>
      </w:pPr>
      <w:r>
        <w:t>Meals: Breakfast</w:t>
      </w:r>
    </w:p>
    <w:p>
      <w:pPr>
        <w:widowControl/>
      </w:pPr>
      <w:r>
        <w:t>Accommodation: Zhangjiajie downtown</w:t>
      </w:r>
    </w:p>
    <w:p>
      <w:pPr>
        <w:keepNext/>
        <w:widowControl/>
        <w:spacing w:before="240"/>
      </w:pPr>
      <w:r>
        <w:t>Day 4 Zhangjiajie Wulingyuan Tour | Yuanjiajie, Tianzi Mountain</w:t>
      </w:r>
    </w:p>
    <w:p>
      <w:pPr>
        <w:widowControl/>
      </w:pPr>
      <w:r>
        <w:t>After breakfast, you will have a whole day to explore Wulingyuan Scenic Area, a spectacular island of nature dominated by more than 3,000 narrow quartz sandstone pillars. First, take a sightseeing bus to Bailong Elevator that within 1.5 minutes you can go from the valley bottom up to the pillar peak. It is the fastest and as well as the tallest outdoor elevator in the world. Next, enjoy the hike into a mysterious Pandora World - Yuanjiajie, where is rightly the shooting location of “Hallelujah Mountains” in reality. Catch the chance to shoot South Sky Pillar, the landmark of Yuanjiajie, about 150 meters high vertically rising high from the deep valley, looking like a giant standing so upright under heaven. Go to the Enchanting Platform for a marvel at the unbelievable scenery with hundreds of various peaks like bamboo shoots towering from the grounds. And then enjoy the lush scenery of Natural Bonsai at Backyard Garden.</w:t>
      </w:r>
    </w:p>
    <w:p>
      <w:pPr>
        <w:widowControl/>
      </w:pPr>
      <w:r>
        <w:t>Next, take the sightseeing bus to the second tourist site - Tianzi Mountain Nature Reserve which was named after the leader of the local Tujia ethnic group - Xiang Dakun in early Ming Dynasty (1368-1644). It is a fairyland in moive Monkey King. Hike to He Long Park which has a fascinating viewing deck to appreciate the incredible and magnificent scene of peculiar stone peaks. Move to Dianjiang Terrace to overlook the West Sea Stone Forest, rugged rock rising out of a misty canyon.</w:t>
      </w:r>
    </w:p>
    <w:p>
      <w:pPr>
        <w:widowControl/>
      </w:pPr>
      <w:r>
        <w:t>After the tour, get back to your hotel in Wulingyuan for a good rest.</w:t>
      </w:r>
    </w:p>
    <w:p>
      <w:pPr>
        <w:widowControl/>
      </w:pPr>
      <w:r>
        <w:t>Overview: Explore in Wulingyuan Scenic Area by visiting Yuanjiajie, Tianzi Mountain. (B+L)</w:t>
      </w:r>
    </w:p>
    <w:p>
      <w:pPr>
        <w:widowControl/>
      </w:pPr>
      <w:r>
        <w:t>Attractions: 2 sites</w:t>
      </w:r>
    </w:p>
    <w:p>
      <w:pPr>
        <w:widowControl/>
      </w:pPr>
      <w:r>
        <w:t>Transport and activities: sightseeing bus</w:t>
      </w:r>
    </w:p>
    <w:p>
      <w:pPr>
        <w:widowControl/>
      </w:pPr>
      <w:r>
        <w:t>Meals: Breakfast,Lunch</w:t>
      </w:r>
    </w:p>
    <w:p>
      <w:pPr>
        <w:widowControl/>
      </w:pPr>
      <w:r>
        <w:t>Accommodation: Wulingyuan</w:t>
      </w:r>
    </w:p>
    <w:p>
      <w:pPr>
        <w:keepNext/>
        <w:widowControl/>
        <w:spacing w:before="240"/>
      </w:pPr>
      <w:r>
        <w:t>Day 5 Zhangjiajie Tour | Zhangjiajie Grand Canyon Glass Bridge, Baofeng Lake</w:t>
      </w:r>
    </w:p>
    <w:p>
      <w:pPr>
        <w:widowControl/>
      </w:pPr>
      <w:r>
        <w:t>After breakfast, you will be transferred to the Zhangjiajie Grand Canyon for the breathtaking Grand Canyon Glass Bridge experience. The Grand Canyon Glass Bridge wants to say “hello” to you and makes you yell “my god” to give a deeper impression of Zhangjiajie. Suspended between two peaks, the glass bridge is 430 meters long and 300 meters high, which is the longest and highest glass bridge in the world. Standing on the transparent glass is like floating in the air and you can have superb panoramic view of the entire Grand Canyon.</w:t>
      </w:r>
    </w:p>
    <w:p>
      <w:pPr>
        <w:widowControl/>
      </w:pPr>
      <w:r>
        <w:t>After your “tremble” on the glass bridge, move to the Baofeng Lake to do a scenic cruise to bring you back to peace. Surrounded by green trees and stone peaks of various shapes, Baofeng Lake is an idyllic place for relaxation. When leisurely cruising on the boat, you can see the reflection of the marvelous peaks and enjoy the folk songs performed by the local minority people.</w:t>
      </w:r>
    </w:p>
    <w:p>
      <w:pPr>
        <w:widowControl/>
      </w:pPr>
      <w:r>
        <w:t>After the tour, return to your hotel in Wulingyuan.</w:t>
      </w:r>
    </w:p>
    <w:p>
      <w:pPr>
        <w:widowControl/>
      </w:pPr>
      <w:r>
        <w:t>Overview: Tour Zhangjiajie Grand Canyon Glass Bridge, Baofeng Lake (B+L)</w:t>
      </w:r>
    </w:p>
    <w:p>
      <w:pPr>
        <w:widowControl/>
      </w:pPr>
      <w:r>
        <w:t>Attractions: 2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6 Zhangjiajie to Xian by Flight | Tianmen Mountain</w:t>
      </w:r>
    </w:p>
    <w:p>
      <w:pPr>
        <w:widowControl/>
      </w:pPr>
      <w:r>
        <w:t>After breakfast, your guide and driver will pick you up at your hotel lobby. Today, you will make a breathtaking visit to Tianmen Mountain, one of the world's most beautiful mountains. You won't miss the chance to experience the world's longest cable car, walk on the glass skywalk, and pay a visit Heaven's Door and view Avenue toward Heaven with 99 turns.</w:t>
      </w:r>
    </w:p>
    <w:p>
      <w:pPr>
        <w:widowControl/>
      </w:pPr>
      <w:r>
        <w:t>First, go to take the 30-minute cable car with 7,455 meters in length which means you'll travel from the city of Zhangjiajie to the top of Tianmen Mountain. From the cable car you will have a perfect view of Heaven's Door and a shocking look at the wandering Avenue toward Heaven. Next, move to Tianmen Temple where you can enjoy the typical Qing Dynasty styled Buddhist structure with verdant forest surrounding by.</w:t>
      </w:r>
    </w:p>
    <w:p>
      <w:pPr>
        <w:widowControl/>
      </w:pPr>
      <w:r>
        <w:t>Now, the challenge time is coming. Hold your breath to experience the scary walks on the cliff path hanging on the mountain. Walk on the Glass Skywalk, which is transparent glass 1430 meters above the bottomless valley, giving you a thrilling feeling like walking in the sky. Also, try the 1.6-kilometer-long Cliff-Hanging Walkway, built along the edges of the mountain's summits. Amazing, isn't it? After that, go down by escalator from the peak to Tianmen Cave which is also known as “Heaven's Door”. Tianmen Cave is a natural arch between two peaks of a height of 131.5 meters, rising above the ground and closing to the sky with a lofty and towering posture. It is the highest hole of its sort in the world. (Note: Tianmen Mountain is the famous spot for Wingsuit Flying, you might have a chance to witness this unbelievable sport there.) After the memorable time, take the cable car down the mountain. And then, you will be transferred to Wulingyuan area and have accommodation here.</w:t>
      </w:r>
    </w:p>
    <w:p>
      <w:pPr>
        <w:widowControl/>
      </w:pPr>
      <w:r>
        <w:t>After the tour, it is time to say goodbye to Zhangjiajie. You will be escorted to the airport for your night flight to Xian (about 2 hours). Upon your arrival in Xian, the local driver will meet you at the exit of the airport and escort you to your hotel.</w:t>
      </w:r>
    </w:p>
    <w:p>
      <w:pPr>
        <w:widowControl/>
      </w:pPr>
      <w:r>
        <w:t>Optional Transfer Plan from Zhangjiajie to Xian in the Off-Season:</w:t>
      </w:r>
    </w:p>
    <w:p>
      <w:pPr>
        <w:widowControl/>
      </w:pPr>
      <w:r>
        <w:t>During the off-season, if there is no direct flight from Zhangjiajie to Xian, we will adjust the plan for you: transfer from Zhangjiajie to Changsha by high-speed train, and then take a flight from Changsha to Xian.</w:t>
      </w:r>
    </w:p>
    <w:p>
      <w:pPr>
        <w:widowControl/>
      </w:pPr>
      <w:r>
        <w:t>Overview: A full day to explore Tianmen Mountain and fly to Xian (B+L)</w:t>
      </w:r>
    </w:p>
    <w:p>
      <w:pPr>
        <w:widowControl/>
      </w:pPr>
      <w:r>
        <w:t>Attractions: 1 site</w:t>
      </w:r>
    </w:p>
    <w:p>
      <w:pPr>
        <w:widowControl/>
      </w:pPr>
      <w:r>
        <w:t>Transport and activities: flight, vehicle</w:t>
      </w:r>
    </w:p>
    <w:p>
      <w:pPr>
        <w:widowControl/>
      </w:pPr>
      <w:r>
        <w:t>Meals: Breakfast,Lunch</w:t>
      </w:r>
    </w:p>
    <w:p>
      <w:pPr>
        <w:widowControl/>
      </w:pPr>
      <w:r>
        <w:t>Accommodation: Comfortable</w:t>
      </w:r>
    </w:p>
    <w:p>
      <w:pPr>
        <w:keepNext/>
        <w:widowControl/>
        <w:spacing w:before="240"/>
      </w:pPr>
      <w:r>
        <w:t>Day 7 Xian City Tour | Terracotta Warriors, Ancient City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City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Xian to Beijing by High Speed Train | Giant Wild Goose Pagoda, Muslim Quarter</w:t>
      </w:r>
    </w:p>
    <w:p>
      <w:pPr>
        <w:widowControl/>
      </w:pPr>
      <w:r>
        <w:t>In the morning,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After the tour, you will be transferred to the train station for your high speed train to next destination - Beijing. Upon arrival in Beijing, your driver will meet you at the train station and escort you to your hotel. The rest of the day is free on your own so you can explore by yourself around your hotel.</w:t>
      </w:r>
    </w:p>
    <w:p>
      <w:pPr>
        <w:widowControl/>
      </w:pPr>
      <w:r>
        <w:t>Overview: Visit Giant Wild Goose Pagoda, Muslim Quarter first, get to Xian by high-speed train, train station pick-up.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9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10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Coach</w:t>
      </w:r>
    </w:p>
    <w:p>
      <w:pPr>
        <w:widowControl/>
      </w:pPr>
      <w:r>
        <w:t>Meals: Breakfast,Lunch</w:t>
      </w:r>
    </w:p>
    <w:p>
      <w:pPr>
        <w:widowControl/>
      </w:pPr>
      <w:r>
        <w:t>Accommodation: Comfortable</w:t>
      </w:r>
    </w:p>
    <w:p>
      <w:pPr>
        <w:keepNext/>
        <w:widowControl/>
        <w:spacing w:before="240"/>
      </w:pPr>
      <w:r>
        <w:t>Day 11 Departure from Beijing (hotel check-out and airport see-off)</w:t>
      </w:r>
    </w:p>
    <w:p>
      <w:pPr>
        <w:widowControl/>
      </w:pPr>
      <w:r>
        <w:t>It is time to end your 11-day China group tour. You will have some free time in Beijing and explore more on your own till be escorted to the airport/train station for your flight or high speed train to your next destination.</w:t>
      </w:r>
    </w:p>
    <w:p>
      <w:pPr>
        <w:widowControl/>
      </w:pPr>
      <w:r>
        <w:t>Trip Extension Ideas: If you want to explore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from Beijing,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Days China Scenic &amp; Cultural Tour in Group (Shanghai Zhangjiajie Xian Beijing)</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