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11天中国风景与文化团体游（上海、张家界、西安、北京）</w:t>
      </w:r>
    </w:p>
    <w:p>
      <w:pPr>
        <w:widowControl/>
      </w:pPr>
      <w:r>
        <w:t>线路编号：AOT-GT-012</w:t>
      </w:r>
    </w:p>
    <w:p>
      <w:pPr>
        <w:keepNext/>
        <w:widowControl/>
        <w:spacing w:before="240"/>
      </w:pPr>
      <w:r>
        <w:t>第1天 抵达上海，接机并入住酒店</w:t>
      </w:r>
    </w:p>
    <w:p>
      <w:pPr>
        <w:widowControl/>
      </w:pPr>
      <w:r>
        <w:t>你好！欢迎来到上海，中国最国际化、最具活力的城市！上海长期融合东西方文化，造就了独特的上海文化。当您抵达上海的机场或火车站后，司机会在出口处迎接您，随后送您前往上海市中心精心挑选的酒店。当天剩余时间自由活动，您可以好好休息倒时差，或者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游客可以轻松乘坐飞机或高铁前往上海。上海有两个机场——上海浦东国际机场和上海虹桥国际机场，运营众多国际和国内航线。游客可以从中国大多数城市乘飞机前往上海，如北京、西安、广州、成都、桂林、昆明、丽江、拉萨等。此外，游客可以乘坐高铁从北京（4.5-6小时）、西安（6-7.5小时）、黄山（2.5-3小时）、广州（7-8.5小时）、苏州（0.5小时）、杭州（约45分钟）、武汉（3.5-4.5小时）等地前往上海。</w:t>
      </w:r>
    </w:p>
    <w:p>
      <w:pPr>
        <w:widowControl/>
      </w:pPr>
      <w:r>
        <w:t>概述：抵达上海机场，接机，送往酒店并办理入住。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交通与活动：自行抵达上海；车辆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上海城市游览：上海博物馆、上海中心大厦、豫园及豫园市场、南京路与外滩</w:t>
      </w:r>
    </w:p>
    <w:p>
      <w:pPr>
        <w:widowControl/>
      </w:pPr>
      <w:r>
        <w:t>今天，您的团队将有一整天的时间体验“东方巴黎”东西方文化的完美融合。在这座充满活力的城市中，探索精彩的博物馆、古典园林、未来感十足的摩天大楼和令人惊叹的建筑。</w:t>
      </w:r>
    </w:p>
    <w:p>
      <w:pPr>
        <w:widowControl/>
      </w:pPr>
      <w:r>
        <w:t>首先，前往浦东和陆家嘴金融区，这里有三座标志性的摩天大楼。上海中心大厦是中国最高、世界第二高的建筑，高达632米（2,073英尺），从底部到顶部呈120度的戏剧性扭转。乘坐世界上最快的电梯（时速64公里）到达位于地面546米高的第118层“上海之巅观光厅”。欣赏令人叹为观止的城市360度全景，金茂大厦和上海环球金融中心尽收眼底。</w:t>
      </w:r>
    </w:p>
    <w:p>
      <w:pPr>
        <w:widowControl/>
      </w:pPr>
      <w:r>
        <w:t>随后，参观上海博物馆（东馆），这是世界上最精美的中国古代艺术博物馆之一。其时尚现代的设计灵感来源于传统的中国玉璧。馆内设有青铜器、陶瓷、书法、绘画、玉器、家具、钱币和雕塑等展馆。不要错过标志性的珍品，如大克鼎，这件拥有3000年历史的青铜器，与子龙鼎和晋侯稣钟一同展出——这是青铜器馆难得的亮点。还可观赏传奇的越王勾践剑，这是古代工艺的杰作。</w:t>
      </w:r>
    </w:p>
    <w:p>
      <w:pPr>
        <w:widowControl/>
      </w:pPr>
      <w:r>
        <w:t>接下来，参观豫园，这是上海最著名的古典园林，隐藏在市中心。漫步于优雅的亭台楼阁、假山和荷花池之间，欣赏精美的雕刻和传统建筑。外面的豫园市场提供当地小吃、纪念品和手工艺品。</w:t>
      </w:r>
    </w:p>
    <w:p>
      <w:pPr>
        <w:widowControl/>
      </w:pPr>
      <w:r>
        <w:t>下午，沿着南京路步行街漫步，街道两旁遍布全球品牌、咖啡馆和历史建筑。最后来到外滩，这是上海最不容错过的地标。外滩被称为“万国建筑博览”，拥有52座哥特式、巴洛克式和装饰艺术风格的宏伟建筑。从这里，您可以欣赏到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豫园周一闭园。在这种情况下，我们可能参观城隍庙或法租界。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上海博物馆（东馆）周二闭馆。当天您将参观上海博物馆（人民广场馆）。如果人民广场馆无法进入，我们将安排另一个城市景点。</w:t>
      </w:r>
    </w:p>
    <w:p>
      <w:pPr>
        <w:widowControl/>
      </w:pPr>
      <w:r>
        <w:t>概述：通过上海中心大厦、豫园、豫园市场、南京路和外滩，探索上海的古今风貌。（含早餐+午餐）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上海飞往张家界：接机与酒店入住</w:t>
      </w:r>
    </w:p>
    <w:p>
      <w:pPr>
        <w:widowControl/>
      </w:pPr>
      <w:r>
        <w:t>这一天，您将有一些自由活动时间，随后在酒店大堂集合，乘车前往机场，搭乘飞往张家界的航班（约2.5小时）。</w:t>
      </w:r>
    </w:p>
    <w:p>
      <w:pPr>
        <w:widowControl/>
      </w:pPr>
      <w:r>
        <w:t>欢迎来到张家界！在这里，您可以亲眼看到现实中的阿凡达哈利路亚山。抵达张家界后，当地司机会在机场出口迎接您，随后送您前往武陵源地区的酒店。办理入住后，您可自由活动。</w:t>
      </w:r>
    </w:p>
    <w:p>
      <w:pPr>
        <w:widowControl/>
      </w:pPr>
      <w:r>
        <w:t>概述：从上海乘飞机抵达张家界，接机并入住酒店。（含早餐）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住宿：张家界市区</w:t>
      </w:r>
    </w:p>
    <w:p>
      <w:pPr>
        <w:keepNext/>
        <w:widowControl/>
        <w:spacing w:before="240"/>
      </w:pPr>
      <w:r>
        <w:t>第4天 张家界武陵源之旅：袁家界、天子山</w:t>
      </w:r>
    </w:p>
    <w:p>
      <w:pPr>
        <w:widowControl/>
      </w:pPr>
      <w:r>
        <w:t>早餐后，您将有一整天的时间游览武陵源风景区。这里是大自然中一片壮观的区域，以3000多座狭窄的石英砂岩柱为主。首先乘坐观光巴士前往百龙电梯，1.5分钟即可从谷底升至峰顶。这是世界上速度最快、也是最高的户外电梯。随后徒步进入神秘的潘多拉世界——袁家界，这里正是现实中“哈利路亚山”的取景地。可以拍摄袁家界的标志性景观南天一柱，它垂直高度约150米，从深谷中拔地而起，像巨人一样直立在天地之间。前往迷魂台，欣赏令人惊叹的景色，数百座形态各异的山峰如竹笋般从地面耸立。然后到后花园欣赏郁郁葱葱的自然盆景风光。</w:t>
      </w:r>
    </w:p>
    <w:p>
      <w:pPr>
        <w:widowControl/>
      </w:pPr>
      <w:r>
        <w:t>接下来，乘坐观光巴士前往第二个景点——天子山自然保护区。该保护区因明初（1368—1644年）当地土家族领袖向大坤而得名。这里是电影《孙悟空》中的仙境。徒步前往贺龙公园，那里有观景台，可欣赏奇特石峰的壮丽景色。再到点将台，俯瞰西海石林，崎岖的岩石从雾气弥漫的峡谷中拔地而起。</w:t>
      </w:r>
    </w:p>
    <w:p>
      <w:pPr>
        <w:widowControl/>
      </w:pPr>
      <w:r>
        <w:t>游览结束后，返回武陵源的酒店好好休息。</w:t>
      </w:r>
    </w:p>
    <w:p>
      <w:pPr>
        <w:widowControl/>
      </w:pPr>
      <w:r>
        <w:t>概述：游览武陵源风景区，参观袁家界、天子山。（含早餐+午餐）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交通与活动：观光巴士</w:t>
      </w:r>
    </w:p>
    <w:p>
      <w:pPr>
        <w:widowControl/>
      </w:pPr>
      <w:r>
        <w:t>用餐：早餐、午餐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第5天 张家界之旅：张家界大峡谷玻璃桥、宝峰湖</w:t>
      </w:r>
    </w:p>
    <w:p>
      <w:pPr>
        <w:widowControl/>
      </w:pPr>
      <w:r>
        <w:t>早餐后，乘车前往张家界大峡谷，体验令人惊叹的大峡谷玻璃桥。大峡谷玻璃桥仿佛在向您说“你好”，让您忍不住惊呼“我的天”，从而对张家界留下更深刻的印象。玻璃桥悬于两座山峰之间，长430米，高300米，是世界最长、最高的玻璃桥。站在透明玻璃上，仿佛漂浮在空中，可以俯瞰整个大峡谷的绝佳全景。</w:t>
      </w:r>
    </w:p>
    <w:p>
      <w:pPr>
        <w:widowControl/>
      </w:pPr>
      <w:r>
        <w:t>在玻璃桥上“颤抖”之后，前往宝峰湖，乘船游览风景，让您回归宁静。宝峰湖四周绿树环绕，石峰形态各异，是放松身心的田园之地。当您悠闲地乘船游览时，可以看到奇妙山峰的倒影，并欣赏当地少数民族演唱的民歌。</w:t>
      </w:r>
    </w:p>
    <w:p>
      <w:pPr>
        <w:widowControl/>
      </w:pPr>
      <w:r>
        <w:t>游览结束后，返回武陵源的酒店。</w:t>
      </w:r>
    </w:p>
    <w:p>
      <w:pPr>
        <w:widowControl/>
      </w:pPr>
      <w:r>
        <w:t>概述：游览张家界大峡谷玻璃桥、宝峰湖（含早餐+午餐）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第6天 张家界乘飞机前往西安，游览天门山</w:t>
      </w:r>
    </w:p>
    <w:p>
      <w:pPr>
        <w:widowControl/>
      </w:pPr>
      <w:r>
        <w:t>早餐后，导游和司机将在您入住的酒店大堂接您。今天您将前往天门山，它是世界上最美丽的山峰之一，景色令人叹为观止。您将有机会体验世界上最长的索道，行走在玻璃栈道上，参观天门洞，并观赏有99道弯的通天大道。</w:t>
      </w:r>
    </w:p>
    <w:p>
      <w:pPr>
        <w:widowControl/>
      </w:pPr>
      <w:r>
        <w:t>首先，您将乘坐全长7455米的索道，约30分钟，从张家界市区前往天门山顶。在索道上，您可以完整地欣赏天门洞，并惊叹于蜿蜒曲折的通天大道。接下来，前往天门山寺，在那里您可以欣赏典型的清代风格佛教建筑，周围环绕着苍翠的森林。</w:t>
      </w:r>
    </w:p>
    <w:p>
      <w:pPr>
        <w:widowControl/>
      </w:pPr>
      <w:r>
        <w:t>现在，挑战的时刻到了。请屏住呼吸，体验在悬挂于山崖上的栈道上行走的惊险。行走在玻璃栈道上，透明玻璃位于无底山谷上方1430米处，让您感受如同在空中行走般的惊险刺激。此外，还可以尝试全长1.6公里的悬崖悬挂栈道，它沿着山顶边缘修建。很神奇，不是吗？之后，从山顶乘扶梯下到天门洞，天门洞也被称为“天门”。天门洞是两座山峰之间的天然拱门，高131.5米，高耸入云，气势雄伟。它是世界上此类洞穴中最高的。(注：天门山是著名的翼装飞行地点，您可能有机会目睹这项不可思议的运动。) 在难忘的时光之后，乘坐索道下山。随后，您将被送往武陵源地区，并在此住宿。</w:t>
      </w:r>
    </w:p>
    <w:p>
      <w:pPr>
        <w:widowControl/>
      </w:pPr>
      <w:r>
        <w:t>游览结束后，是时候告别张家界了。您将被送往机场，搭乘夜间航班前往西安（约2小时）。抵达西安后，当地司机将在机场出口迎接您，并送您前往酒店。</w:t>
      </w:r>
    </w:p>
    <w:p>
      <w:pPr>
        <w:widowControl/>
      </w:pPr>
      <w:r>
        <w:t>淡季张家界至西安可选交通方案：</w:t>
      </w:r>
    </w:p>
    <w:p>
      <w:pPr>
        <w:widowControl/>
      </w:pPr>
      <w:r>
        <w:t>在淡季，如果张家界至西安没有直飞航班，我们将为您调整方案：从张家界乘高铁至长沙，然后从长沙乘飞机至西安。</w:t>
      </w:r>
    </w:p>
    <w:p>
      <w:pPr>
        <w:widowControl/>
      </w:pPr>
      <w:r>
        <w:t>概述：全天探索天门山，然后飞往西安（含早餐+午餐）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交通与活动：航班、车辆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西安城市游：兵马俑、古城墙、钟楼（或鼓楼）</w:t>
      </w:r>
    </w:p>
    <w:p>
      <w:pPr>
        <w:widowControl/>
      </w:pPr>
      <w:r>
        <w:t>早餐后，导游和司机将在酒店接您。驱车约40公里（约1小时），前往参观世界上最伟大的考古发现之一——兵马俑博物馆。它由中国第一位皇帝秦始皇修建，用以在来世护卫他。迄今为止，已发现约8,000个栩栩如生、真人大小般的兵马俑。首先参观规模最大、最为壮观的一号坑，据信其中埋藏有超过6,000件陶质士兵和马匹。数千个真人大小的人俑静立地下，守卫着皇帝，您会为此惊叹不已，也会赞叹中国古代工匠的精湛技艺。接下来前往另一个俑坑，在那里可以看到约1,300件武士和战马。考察古代军阵，包括跪射俑和立射俑、战车阵列，以及众多手持武器的士兵。</w:t>
      </w:r>
    </w:p>
    <w:p>
      <w:pPr>
        <w:widowControl/>
      </w:pPr>
      <w:r>
        <w:t>午餐后，前往参观古城墙，也称西安城墙，是中国最古老、规模最大、保存最完好的城墙之一。您可以在城墙上悠闲漫步，欣赏内外墙、敌楼和护城河，饱览现代西安的全景。在那里，您还将参观令人惊叹的钟楼（或鼓楼），这是可追溯到600年前的明代地标。夜晚灯光璀璨，为拍摄精彩照片营造出迷人背景，展现西安古代历史与现代的和谐交融。傍晚时分，您还有机会前往热闹的钟鼓楼广场，像当地人一样感受西安充满活力的夜生活。</w:t>
      </w:r>
    </w:p>
    <w:p>
      <w:pPr>
        <w:widowControl/>
      </w:pPr>
      <w:r>
        <w:t>概述：西安历史之旅，游览兵马俑、古城墙和钟楼（或鼓楼）。（含早餐+午餐）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乘高铁从西安到北京：大雁塔与回民街</w:t>
      </w:r>
    </w:p>
    <w:p>
      <w:pPr>
        <w:widowControl/>
      </w:pPr>
      <w:r>
        <w:t>上午，您将前往大雁塔参观。大雁塔是西安最有代表性的地标之一，也是唐代鼎盛气象的象征。这座七层宝塔位于安静的大慈恩寺内，是中国唐代风格佛塔的典型代表之一（塔身方形，而非圆形）。大雁塔建于公元652年，用来存放僧人玄奘从印度带回的佛教经书。玄奘的旅行后来启发了中国最著名的文学作品之一《西游记》。</w:t>
      </w:r>
    </w:p>
    <w:p>
      <w:pPr>
        <w:widowControl/>
      </w:pPr>
      <w:r>
        <w:t>之后，您将有机会游览热闹繁华的回民街。这里是西安最著名的街区之一，长约500米，是西安回族穆斯林社区的聚居地。您可以感受这里热闹的气氛，尤其不要错过诱人的街头小吃。可以品尝西安名吃，如肉夹馍、羊肉泡馍、biangbiang面和烤肉串。</w:t>
      </w:r>
    </w:p>
    <w:p>
      <w:pPr>
        <w:widowControl/>
      </w:pPr>
      <w:r>
        <w:t>游览结束后，将送您前往火车站，乘坐高铁前往下一站北京。抵达北京后，司机会在火车站接您，并送您前往酒店。当天剩余时间自由活动，您可以在酒店周边自行安排。</w:t>
      </w:r>
    </w:p>
    <w:p>
      <w:pPr>
        <w:widowControl/>
      </w:pPr>
      <w:r>
        <w:t>概述：先参观大雁塔和回民街，再乘高铁前往西安，含火车站接站。（含早餐）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北京城市游：天安门广场、故宫、景山公园、颐和园</w:t>
      </w:r>
    </w:p>
    <w:p>
      <w:pPr>
        <w:widowControl/>
      </w:pPr>
      <w:r>
        <w:t>今天您将用一整天时间，通过中国著名地标、皇家建筑和皇家园林，探索北京的古老城郭。</w:t>
      </w:r>
    </w:p>
    <w:p>
      <w:pPr>
        <w:widowControl/>
      </w:pPr>
      <w:r>
        <w:t>早餐后，导游将前往您下榻的酒店接您，然后前往天安门广场——世界上最大的公共广场，也是中国的象征。过去几十年间，这里见证了中国历史上的许多重大事件，您可以在此拍摄天安门城楼的绝佳照片，它每天都出现在央视新闻中。</w:t>
      </w:r>
    </w:p>
    <w:p>
      <w:pPr>
        <w:widowControl/>
      </w:pPr>
      <w:r>
        <w:t>步行穿过广场，您将参观宏伟壮丽的故宫——世界上最大的宫殿建筑群，曾是24位中国皇帝的家。故宫被列为联合国教科文组织世界遗产，拥有约500年历史，在明朝（1368-1644年）和清朝（1644-1911年）期间是中国的政治和礼仪中心。故宫拥有超过8700个房间，不仅是中国规模最大、保存最完好的古代建筑群，也是一座城中之城，犹如罗马的梵蒂冈。从午门进入，沿中轴线参观，确保您能看到所有亮点。欣赏辉煌的建筑和众多古代珍宝，同时聆听导游分享曾居住于此的皇帝们的故事。之后，步行15分钟前往景山公园，在那里您可以欣赏到现代北京和故宫红褐色屋顶的壮丽全景。（注意：需要走一些路，请穿舒适的鞋子。您可以根据自身身体状况决定是否登顶。）</w:t>
      </w:r>
    </w:p>
    <w:p>
      <w:pPr>
        <w:widowControl/>
      </w:pPr>
      <w:r>
        <w:t>下午，驱车前往颐和园——这座“皇家园林博物馆”，曾是皇室的夏季避暑胜地。园内的殿堂、寺庙、花园、亭台、湖泊、桥梁、门楼和长廊都是景观设计的奇迹。悠闲漫步，欣赏皇家建筑、山顶美景和美丽湖泊，在这传统中国画般的景致中享受田园般的逃离。</w:t>
      </w:r>
    </w:p>
    <w:p>
      <w:pPr>
        <w:widowControl/>
      </w:pPr>
      <w:r>
        <w:t>（旅行提示：北京故宫周一闭馆。届时，您将改为参观天坛或恭王府。）</w:t>
      </w:r>
    </w:p>
    <w:p>
      <w:pPr>
        <w:widowControl/>
      </w:pPr>
      <w:r>
        <w:t>概述：北京全日游，包括天安门广场、故宫、景山公园和颐和园。（含早餐+午餐）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北京长城之旅：慕田峪长城、鸟巢和水立方外观一览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惊叹的古代杰作之一。慕田峪长城西接箭扣长城，东连古北口长城。慕田峪是保存最完整、修复最好的长城段，游客相对较少，以其23座明代敌楼和壮丽景色而闻名。乘坐缆车登上第14座敌楼，然后沿着西线在长城上享受难忘的徒步时光。周围覆盖着苍翠的松柏，蜿蜒的城墙雄伟地矗立在广阔的大地上，您将在此段捕捉到最令人惊叹的自然风光。挑战自我，攀登至第20座敌楼，实现您的长城梦想。珍惜这个机会，尽情拍照吧！</w:t>
      </w:r>
    </w:p>
    <w:p>
      <w:pPr>
        <w:widowControl/>
      </w:pPr>
      <w:r>
        <w:t>在这难忘的体验之后，返回北京市区，有机会与鸟巢（北京国家体育场）和水立方（北京国家游泳中心）的外观合影。它们都是为2008年北京奥运会而设计，并用于2022年冬奥会。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概述：乘坐缆车（往返）游览慕田峪长城，回程途中一览鸟巢和水立方外观。（含早餐+午餐）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从北京出发（酒店退房并送机）</w:t>
      </w:r>
    </w:p>
    <w:p>
      <w:pPr>
        <w:widowControl/>
      </w:pPr>
      <w:r>
        <w:t>11天的中国团体游到此结束。您将在北京有一些自由活动时间，可以自行安排探索，之后我们会送您前往机场或火车站，搭乘航班或高铁前往下一个目的地。</w:t>
      </w:r>
    </w:p>
    <w:p>
      <w:pPr>
        <w:widowControl/>
      </w:pPr>
      <w:r>
        <w:t>行程延伸建议：如果您不想马上回国，而是想前往其他亚洲目的地，我们很乐意为您安排延伸行程。欢迎随时告诉我们您的想法！</w:t>
      </w:r>
    </w:p>
    <w:p>
      <w:pPr>
        <w:widowControl/>
      </w:pPr>
      <w:r>
        <w:t>感谢您选择亚洲奥德赛旅游安排此次中国之旅。我们始终在这里为您服务，期待您下次来中国或亚洲旅行时再次相见。旅途平安！</w:t>
      </w:r>
    </w:p>
    <w:p>
      <w:pPr>
        <w:widowControl/>
      </w:pPr>
      <w:r>
        <w:t>概述：从北京出发，中午12:00前退房，之后送机。祝您平安回家。（含早餐）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11天中国风景与文化团体游（上海、张家界、西安、北京）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