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4 Days Beijing Group Tour for Classic Exploration</w:t>
      </w:r>
    </w:p>
    <w:p>
      <w:pPr>
        <w:widowControl/>
      </w:pPr>
      <w:r>
        <w:t>Product code: AOT-GT-014</w:t>
      </w:r>
    </w:p>
    <w:p>
      <w:pPr>
        <w:keepNext/>
        <w:widowControl/>
        <w:spacing w:before="240"/>
      </w:pPr>
      <w:r>
        <w:t>Day 1 Arrival in Beijing | Airport Pick-up and Hotel Check-in</w:t>
      </w:r>
    </w:p>
    <w:p>
      <w:pPr>
        <w:widowControl/>
      </w:pPr>
      <w:r>
        <w:t>Nihao! Welcome to Beijing, the Capital of China! Upon your arrival at the airport or train station in Beijing, your driver will be waiting at the exit to warmly greet you and your group. You'll then be escorted to your carefully chosen hotel in downtown Beijing. The rest of the day is yours to relax and recover from any jet lag or to explore the area around your hotel at your own pace.</w:t>
      </w:r>
    </w:p>
    <w:p>
      <w:pPr>
        <w:widowControl/>
      </w:pPr>
      <w:r>
        <w:t>Arrival Tips:</w:t>
      </w:r>
    </w:p>
    <w:p>
      <w:pPr>
        <w:widowControl/>
      </w:pPr>
      <w:r>
        <w:t>Beijing is a major transportation hub, conveniently connected by air and high-speed rail. The city has two airports: Beijing Daxing International Airport and Beijing Capital International Airport, both operating numerous international and domestic flights.</w:t>
      </w:r>
    </w:p>
    <w:p>
      <w:pPr>
        <w:widowControl/>
      </w:pPr>
      <w:r>
        <w:t>Travelers can easily fly to Beijing from most major cities in China, including Hong Kong, Shanghai, Guangzhou, Chengdu, Xi'an, Guilin, Hangzhou, Kunming, Wuhan, Xiamen, Guiyang, Chongqing, and Lanzhou.</w:t>
      </w:r>
    </w:p>
    <w:p>
      <w:pPr>
        <w:widowControl/>
      </w:pPr>
      <w:r>
        <w:t>Alternatively, you can take a high-speed train to Beijing from various cities: Xi'an (4-5 hours), Shanghai (4.5-6 hours), Zhengzhou (2.5-3 hours), Wuhan (4-5 hours), Harbin (5-5.5 hours), etc.</w:t>
      </w:r>
    </w:p>
    <w:p>
      <w:pPr>
        <w:widowControl/>
      </w:pPr>
      <w:r>
        <w:t>Overview: Arrive at Beijing airport, airport pick-up, transfer to your hotel and check-in.</w:t>
      </w:r>
    </w:p>
    <w:p>
      <w:pPr>
        <w:widowControl/>
      </w:pPr>
      <w:r>
        <w:t>Attractions: Explore freely today</w:t>
      </w:r>
    </w:p>
    <w:p>
      <w:pPr>
        <w:widowControl/>
      </w:pPr>
      <w:r>
        <w:t>Transport and activities: Arrive in Beijing by yourself</w:t>
      </w:r>
    </w:p>
    <w:p>
      <w:pPr>
        <w:widowControl/>
      </w:pPr>
      <w:r>
        <w:t>Accommodation: Comfortable</w:t>
      </w:r>
    </w:p>
    <w:p>
      <w:pPr>
        <w:keepNext/>
        <w:widowControl/>
        <w:spacing w:before="240"/>
      </w:pPr>
      <w:r>
        <w:t>Day 2 Beijing City Tour | Tian'anmen Square, Forbidden City, Jingshan Park, Summer Palace</w:t>
      </w:r>
    </w:p>
    <w:p>
      <w:pPr>
        <w:widowControl/>
      </w:pPr>
      <w:r>
        <w:t>Today, you and your group will immerse yourself in Beijing's rich history, exploring its most iconic landmarks, imperial grandeur, and exquisite royal gardens.</w:t>
      </w:r>
    </w:p>
    <w:p>
      <w:pPr>
        <w:widowControl/>
      </w:pPr>
      <w:r>
        <w:t>After breakfast, your guide will pick you up at your hotel and take you to Tiananmen Square, the world's largest public square and a symbol of modern China. This historic site has witnessed some of the most significant events in China's history. From here, you can capture great photos of Tiananmen Gate, an iconic image seen daily on CCTV News.</w:t>
      </w:r>
    </w:p>
    <w:p>
      <w:pPr>
        <w:widowControl/>
      </w:pPr>
      <w:r>
        <w:t>From Tiananmen Square, you'll walk to the imposing and magnificent Forbidden City, the world's largest palace complex and a UNESCO World Heritage Site. Once home to 24 emperors during the Ming (1368-1644) and Qing (1644-1911) dynasties, this 500-year-old marvel served as China's political and ceremonial center. With more than 8,700 rooms, the Forbidden City is not only the largest and best-preserved collection of ancient buildings in China but also a "city within a city," much like the Vatican in Rome. Enter through the Meridian Gate and follow the central axis to explore the highlights of this imperial masterpiece. Admire the splendid architecture and countless ancient treasures while your guide shares fascinating stories of the emperors and their lives within these grand halls.</w:t>
      </w:r>
    </w:p>
    <w:p>
      <w:pPr>
        <w:widowControl/>
      </w:pPr>
      <w:r>
        <w:t>Next, take a short 15-minute walk to Jingshan Park, where you'll enjoy breathtaking panoramic views of modern Beijing and the russet rooftops of the Forbidden City from its hilltop.</w:t>
      </w:r>
    </w:p>
    <w:p>
      <w:pPr>
        <w:widowControl/>
      </w:pPr>
      <w:r>
        <w:t>In the afternoon, you'll head to the enchanting Summer Palace, also known as the "Museum of Royal Gardens." Once a summer retreat for China's imperial families, the Summer Palace is a masterpiece of landscape design. Its grounds feature a harmonious blend of temples, pavilions, gardens, lakes, bridges, gate-towers, and corridors. Take a leisurely stroll through its scenic pathways, admire the imperial architecture, and soak in the serene beauty of the lakes and hilltop vistas, which evoke the tranquil landscapes of traditional Chinese paintings.</w:t>
      </w:r>
    </w:p>
    <w:p>
      <w:pPr>
        <w:widowControl/>
      </w:pPr>
      <w:r>
        <w:t>Travel Note:</w:t>
      </w:r>
    </w:p>
    <w:p>
      <w:pPr>
        <w:widowControl/>
      </w:pPr>
      <w:r>
        <w:t>Beijing's Forbidden City is closed on Mondays. On those days, you will instead visit the Temple of Heaven or Prince Gong's Mansion.)</w:t>
      </w:r>
    </w:p>
    <w:p>
      <w:pPr>
        <w:widowControl/>
      </w:pPr>
      <w:r>
        <w:t>Overview: A full-day Beijing tour with Tiananmen Square, Forbidden City, Jingshan Park, and Summer Palace. (B+L)</w:t>
      </w:r>
    </w:p>
    <w:p>
      <w:pPr>
        <w:widowControl/>
      </w:pPr>
      <w:r>
        <w:t>Attractions: 4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3 Beijing Great Wall Tour | Mutianyu Great Wall, Bird's Nest &amp; Water Cube</w:t>
      </w:r>
    </w:p>
    <w:p>
      <w:pPr>
        <w:widowControl/>
      </w:pPr>
      <w:r>
        <w:t>This morning, you will journey northwest of Beijing (about 1.5–2 hours, 73 km) to the Mutianyu section of the Great Wall, one of the most spectacular and well-preserved parts of this world-famous landmark. With a history spanning over 2,000 years and stretching more than 3,000 miles across northern China, the Great Wall stands as one of the most awe-inspiring ancient wonders on the planet.</w:t>
      </w:r>
    </w:p>
    <w:p>
      <w:pPr>
        <w:widowControl/>
      </w:pPr>
      <w:r>
        <w:t>The Mutianyu Great Wall connects to the Jiankou section in the west and the Gubeikou section in the east. Known as the longest and best fully-restored section of the Wall, Mutianyu offers a quieter, more serene experience with fewer tourists. It is celebrated for its 23 Ming-era watchtowers and breathtaking views.</w:t>
      </w:r>
    </w:p>
    <w:p>
      <w:pPr>
        <w:widowControl/>
      </w:pPr>
      <w:r>
        <w:t>Take a cable car up to the 14th watchtower and begin your unforgettable hike along the Wall, exploring its western route. Surrounded by lush green pines and cypresses, the Mutianyu section winds majestically across the rolling hills, creating a stunning contrast with the vast landscape. For those up for a challenge, climb to the 20th watchtower, where you'll feel an incredible sense of achievement and fulfill your Great Wall dream. Don't forget to capture this once-in-a-lifetime experience with as many photos as you like!</w:t>
      </w:r>
    </w:p>
    <w:p>
      <w:pPr>
        <w:widowControl/>
      </w:pPr>
      <w:r>
        <w:t>After your incredible Great Wall adventure, return to downtown Beijing and stop to admire two iconic landmarks from the 2008 Beijing Olympics: the Bird's Nest (Beijing National Stadium) and the Water Cube (Beijing National Aquatics Center). Both architectural marvels have become symbols of modern Beijing and were also utilized during the 2022 Winter Olympics. Take some time to snap photos of these world-renowned structures.</w:t>
      </w:r>
    </w:p>
    <w:p>
      <w:pPr>
        <w:widowControl/>
      </w:pPr>
      <w:r>
        <w:t>Finally, transfer back to your hotel in Beijing.</w:t>
      </w:r>
    </w:p>
    <w:p>
      <w:pPr>
        <w:widowControl/>
      </w:pPr>
      <w:r>
        <w:t>Overview: A visit to Mutianyu Great Wall by cable car (round-trip), have a glimpse of Bird’s Nest &amp; Water Cube on the way back downtown. (B+L)</w:t>
      </w:r>
    </w:p>
    <w:p>
      <w:pPr>
        <w:widowControl/>
      </w:pPr>
      <w:r>
        <w:t>Attractions: 3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4 Departure from Beijing | Hotel Check-out and See-off</w:t>
      </w:r>
    </w:p>
    <w:p>
      <w:pPr>
        <w:widowControl/>
      </w:pPr>
      <w:r>
        <w:t>It is time to end your 4-day Beijing group trip. You will have some free time in Beijing and explore more on your own till be escorted to the airport/train station for your flight or high speed train to your next destination.</w:t>
      </w:r>
    </w:p>
    <w:p>
      <w:pPr>
        <w:widowControl/>
      </w:pPr>
      <w:r>
        <w:t>Trip Extension Ideas: If you want to explore China and other Asia destinations rather than return home right away, we would be glad to assist you with an extension trip. Feel free to tell us your ideas!</w:t>
      </w:r>
    </w:p>
    <w:p>
      <w:pPr>
        <w:widowControl/>
      </w:pPr>
      <w:r>
        <w:t>Thank you for choosing Asia Odyssey Travel for your China tour, and we are always here working for you and hope to see you again for your next trip to China/Asia. Safe journey!</w:t>
      </w:r>
    </w:p>
    <w:p>
      <w:pPr>
        <w:widowControl/>
      </w:pPr>
      <w:r>
        <w:t>Overview: Depart Beijing, hotel check-out before 12:00, and airport see-off. Safe journey home. (B)</w:t>
      </w:r>
    </w:p>
    <w:p>
      <w:pPr>
        <w:widowControl/>
      </w:pPr>
      <w:r>
        <w:t>Transport and activities: vehicle</w:t>
      </w:r>
    </w:p>
    <w:p>
      <w:pPr>
        <w:widowControl/>
      </w:pPr>
      <w:r>
        <w:t>Meals: Breakfast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 Days Beijing Group Tour for Classic Exploration</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