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北京经典探索4日团体游</w:t>
      </w:r>
    </w:p>
    <w:p>
      <w:pPr>
        <w:widowControl/>
      </w:pPr>
      <w:r>
        <w:t>线路编号：AOT-GT-014</w:t>
      </w:r>
    </w:p>
    <w:p>
      <w:pPr>
        <w:keepNext/>
        <w:widowControl/>
        <w:spacing w:before="240"/>
      </w:pPr>
      <w:r>
        <w:t>第1天 抵达北京｜机场接机与酒店入住</w:t>
      </w:r>
    </w:p>
    <w:p>
      <w:pPr>
        <w:widowControl/>
      </w:pPr>
      <w:r>
        <w:t>您好！欢迎来到中国首都北京！您抵达北京的机场或火车站后，司机将在出口处等候，热情迎接您和您的团队。随后，司机会送您前往我们为您精心挑选的北京市区酒店。当天剩余时间由您自行安排，您可以休息调整时差，也可以按照自己的节奏在酒店周边逛逛。</w:t>
      </w:r>
    </w:p>
    <w:p>
      <w:pPr>
        <w:widowControl/>
      </w:pPr>
      <w:r>
        <w:t>抵达提示：</w:t>
      </w:r>
    </w:p>
    <w:p>
      <w:pPr>
        <w:widowControl/>
      </w:pPr>
      <w:r>
        <w:t>北京是重要的交通枢纽，航空和高铁都很方便。北京有两座机场：北京大兴国际机场和北京首都国际机场，均运营大量国际和国内航班。</w:t>
      </w:r>
    </w:p>
    <w:p>
      <w:pPr>
        <w:widowControl/>
      </w:pPr>
      <w:r>
        <w:t>从中国大多数主要城市都可以方便地飞往北京，包括香港、上海、广州、成都、西安、桂林、杭州、昆明、武汉、厦门、贵阳、重庆和兰州。</w:t>
      </w:r>
    </w:p>
    <w:p>
      <w:pPr>
        <w:widowControl/>
      </w:pPr>
      <w:r>
        <w:t>您也可以从多个城市乘坐高铁前往北京：西安（4-5小时）、上海（4.5-6小时）、郑州（2.5-3小时）、武汉（4-5小时）、哈尔滨（5-5.5小时）等。</w:t>
      </w:r>
    </w:p>
    <w:p>
      <w:pPr>
        <w:widowControl/>
      </w:pPr>
      <w:r>
        <w:t>概述：抵达北京机场，接机，送往酒店并办理入住。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交通与活动：自行抵达北京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北京城市游：天安门广场、故宫、景山公园、颐和园</w:t>
      </w:r>
    </w:p>
    <w:p>
      <w:pPr>
        <w:widowControl/>
      </w:pPr>
      <w:r>
        <w:t>今天，您和您的团队将深入了解北京丰富的历史，探索其最具标志性的地标、皇家气派与精美园林。</w:t>
      </w:r>
    </w:p>
    <w:p>
      <w:pPr>
        <w:widowControl/>
      </w:pPr>
      <w:r>
        <w:t>早餐后，导游将在酒店接您，带您前往天安门广场——世界上最大的公共广场，也是现代中国的象征。这处历史遗址见证了中国历史上一些最重要的事件。在这里，您可以拍摄天安门城楼的绝佳照片，这是每天在央视新闻中都能看到的标志性画面。</w:t>
      </w:r>
    </w:p>
    <w:p>
      <w:pPr>
        <w:widowControl/>
      </w:pPr>
      <w:r>
        <w:t>从天安门广场步行前往宏伟壮观的故宫，这是世界上最大的宫殿建筑群，也是联合国教科文组织世界遗产。故宫曾是明朝（1368-1644）和清朝（1644-1911）24位皇帝的家，这座拥有500年历史的奇迹曾是中国政治和仪式的中心。故宫拥有8700多个房间，不仅是中国最大、保存最完好的古建筑群，也是一座“城中之城”，如同罗马的梵蒂冈。从午门进入，沿中轴线探索这座皇家杰作的精华。欣赏辉煌的建筑和无数古代珍宝，同时导游会分享皇帝及其在这些宏伟殿堂中生活的精彩故事。</w:t>
      </w:r>
    </w:p>
    <w:p>
      <w:pPr>
        <w:widowControl/>
      </w:pPr>
      <w:r>
        <w:t>接下来，步行15分钟前往景山公园，在山顶欣赏现代北京和故宫红褐色屋顶的壮丽全景。</w:t>
      </w:r>
    </w:p>
    <w:p>
      <w:pPr>
        <w:widowControl/>
      </w:pPr>
      <w:r>
        <w:t>下午，前往迷人的颐和园，也被称为“皇家园林博物馆”。颐和园曾是中国皇室的避暑胜地，是景观设计的杰作。园内融合了寺庙、亭台、花园、湖泊、桥梁、城楼和长廊。沿着风景如画的小径悠闲漫步，欣赏皇家建筑，沉浸在湖泊和山顶景观的宁静之美中，仿佛置身于传统中国画中的宁静山水。</w:t>
      </w:r>
    </w:p>
    <w:p>
      <w:pPr>
        <w:widowControl/>
      </w:pPr>
      <w:r>
        <w:t>iTravel提示：</w:t>
      </w:r>
    </w:p>
    <w:p>
      <w:pPr>
        <w:widowControl/>
      </w:pPr>
      <w:r>
        <w:t>北京故宫周一闭馆。届时，您将改为参观天坛或恭王府。</w:t>
      </w:r>
    </w:p>
    <w:p>
      <w:pPr>
        <w:widowControl/>
      </w:pPr>
      <w:r>
        <w:t>概述：北京全天游，包括天安门广场、故宫、景山公园和颐和园。（含早餐+午餐）</w:t>
      </w:r>
    </w:p>
    <w:p>
      <w:pPr>
        <w:widowControl/>
      </w:pPr>
      <w:r>
        <w:t>景点：4个景点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北京长城之旅：慕田峪长城、鸟巢和水立方</w:t>
      </w:r>
    </w:p>
    <w:p>
      <w:pPr>
        <w:widowControl/>
      </w:pPr>
      <w:r>
        <w:t>今天上午，您将前往北京西北方向（约1.5至2小时车程，73公里），抵达举世闻名的长城中保存最完好、最壮观的一段——慕田峪长城。长城已有2000多年历史，横跨中国北方3000多英里，是地球上最令人惊叹的古代奇迹之一。</w:t>
      </w:r>
    </w:p>
    <w:p>
      <w:pPr>
        <w:widowControl/>
      </w:pPr>
      <w:r>
        <w:t>慕田峪长城西接箭扣长城，东连古北口长城。作为长城最长且修复最完整的段落，慕田峪游客较少，氛围更为宁静。这里以23座明代敌楼和令人屏息的美景而闻名。</w:t>
      </w:r>
    </w:p>
    <w:p>
      <w:pPr>
        <w:widowControl/>
      </w:pPr>
      <w:r>
        <w:t>乘坐缆车直达第14座敌楼，开始您难忘的长城徒步之旅，探索西线。慕田峪段被茂密的松柏环绕，在起伏的山峦上蜿蜒伸展，气势雄伟，与广阔的自然景观形成绝美对比。如果您愿意挑战，可继续攀登至第20座敌楼，在那里您将感受到无与伦比的成就感，实现您的长城梦想。别忘了尽情拍照，记录下这终生难忘的体验！</w:t>
      </w:r>
    </w:p>
    <w:p>
      <w:pPr>
        <w:widowControl/>
      </w:pPr>
      <w:r>
        <w:t>结束这段精彩的长城探险后，返回北京市区，途中驻足欣赏2008年北京奥运会的两个标志性建筑：鸟巢（北京国家体育场）和水立方（北京国家游泳中心）。这两座建筑奇迹已成为现代北京的象征，并在2022年冬奥会期间再次被使用。花些时间拍摄这些世界闻名的建筑。</w:t>
      </w:r>
    </w:p>
    <w:p>
      <w:pPr>
        <w:widowControl/>
      </w:pPr>
      <w:r>
        <w:t>最后，送您返回北京的酒店。</w:t>
      </w:r>
    </w:p>
    <w:p>
      <w:pPr>
        <w:widowControl/>
      </w:pPr>
      <w:r>
        <w:t>概述：乘坐缆车往返游览慕田峪长城，返回市区途中一睹鸟巢和水立方风采。（含早餐+午餐）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第4天 离开北京：酒店退房与送行</w:t>
      </w:r>
    </w:p>
    <w:p>
      <w:pPr>
        <w:widowControl/>
      </w:pPr>
      <w:r>
        <w:t>为期4天的北京团体之旅即将结束。您将在北京享有部分自由活动时间，可自行安排探索更多景点，之后我们将送您前往机场或火车站，搭乘航班或高铁前往下一个目的地。</w:t>
      </w:r>
    </w:p>
    <w:p>
      <w:pPr>
        <w:widowControl/>
      </w:pPr>
      <w:r>
        <w:t>行程延长建议：如果您不想立即回国，而是希望继续探索中国及亚洲其他目的地，我们很乐意协助您安排延长行程。欢迎随时告诉我们您的想法！</w:t>
      </w:r>
    </w:p>
    <w:p>
      <w:pPr>
        <w:widowControl/>
      </w:pPr>
      <w:r>
        <w:t>感谢您选择亚洲奥德赛旅游安排您的中国之旅，我们随时为您服务，期待您下次来中国或亚洲旅行时再次相见。祝您旅途平安！</w:t>
      </w:r>
    </w:p>
    <w:p>
      <w:pPr>
        <w:widowControl/>
      </w:pPr>
      <w:r>
        <w:t>概述：离开北京，中午12:00前退房，送机。祝您平安回家。（含早餐）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北京经典探索4日团体游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