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widowControl/>
        <w:spacing w:before="240"/>
      </w:pPr>
      <w:r>
        <w:t>西安古都3日小团游，含兵马俑参观</w:t>
      </w:r>
    </w:p>
    <w:p>
      <w:pPr>
        <w:widowControl/>
      </w:pPr>
      <w:r>
        <w:t>线路编号：AOT-GT-015</w:t>
      </w:r>
    </w:p>
    <w:p>
      <w:pPr>
        <w:keepNext/>
        <w:widowControl/>
        <w:spacing w:before="240"/>
      </w:pPr>
      <w:r>
        <w:t>第1天 抵达西安：机场接机并入住酒店</w:t>
      </w:r>
    </w:p>
    <w:p>
      <w:pPr>
        <w:widowControl/>
      </w:pPr>
      <w:r>
        <w:t>你好！欢迎来到西安，这座十三朝古都。抵达西安机场或火车站后，司机将在出口处热情迎接您，并送您前往市内精心挑选的酒店。当天剩余时间由您自由安排，您可以放松休息，或按照自己的节奏探索周边地区，感受这座历史名城的魅力。</w:t>
      </w:r>
    </w:p>
    <w:p>
      <w:pPr>
        <w:widowControl/>
      </w:pPr>
      <w:r>
        <w:t>抵达提示：</w:t>
      </w:r>
    </w:p>
    <w:p>
      <w:pPr>
        <w:widowControl/>
      </w:pPr>
      <w:r>
        <w:t>西安位于中国中北部，是重要的交通枢纽，通过航空和高铁均可轻松抵达。西安咸阳国际机场位于市中心西北40公里处，提供往返上海、北京、广州、拉萨、成都、昆明、武汉、重庆等主要城市的便捷航班，以及众多国际目的地。</w:t>
      </w:r>
    </w:p>
    <w:p>
      <w:pPr>
        <w:widowControl/>
      </w:pPr>
      <w:r>
        <w:t>或者，旅客可以从多个城市乘坐高铁前往西安：北京（4-5小时）、成都（4小时）、上海（6-7小时）、兰州（2.5-3.5小时）、郑州（2-3小时）、重庆（5-6小时）等。</w:t>
      </w:r>
    </w:p>
    <w:p>
      <w:pPr>
        <w:widowControl/>
      </w:pPr>
      <w:r>
        <w:t>概述：抵达西安，机场接机，送往酒店并办理入住。</w:t>
      </w:r>
    </w:p>
    <w:p>
      <w:pPr>
        <w:widowControl/>
      </w:pPr>
      <w:r>
        <w:t>景点：今日自由探索</w:t>
      </w:r>
    </w:p>
    <w:p>
      <w:pPr>
        <w:widowControl/>
      </w:pPr>
      <w:r>
        <w:t>交通与活动：自行抵达西安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第2天 西安城市游：兵马俑、古城墙、钟楼</w:t>
      </w:r>
    </w:p>
    <w:p>
      <w:pPr>
        <w:widowControl/>
      </w:pPr>
      <w:r>
        <w:t>早餐后，导游和司机将到酒店接您，带您踏上一段旅程，探访世界上最伟大的考古发现之一——兵马俑博物馆。博物馆位于距市区约40公里处（车程约1小时），展示了中国第一位皇帝秦始皇留下的非凡遗产，他下令建造了这支庞大的地下军队，以便在来世保护自己。</w:t>
      </w:r>
    </w:p>
    <w:p>
      <w:pPr>
        <w:widowControl/>
      </w:pPr>
      <w:r>
        <w:t>首先参观一号坑，这是最大、最令人震撼的发掘坑，据信埋有超过6000件真人大小的陶俑和陶马。当您站在这支寂静却威严的军队面前，会惊叹于武士们精细的细节和栩栩如生的表情，这体现了古代中国工匠非凡的技艺。</w:t>
      </w:r>
    </w:p>
    <w:p>
      <w:pPr>
        <w:widowControl/>
      </w:pPr>
      <w:r>
        <w:t>接下来前往二号坑，那里有约1300件武士和战马，排列成引人入胜的军事阵型。您可以近距离观察跪射俑和立射俑、战车阵列以及手持武器的骑兵，了解这支古代军队在组织和设计上的精巧。</w:t>
      </w:r>
    </w:p>
    <w:p>
      <w:pPr>
        <w:widowControl/>
      </w:pPr>
      <w:r>
        <w:t>午餐后返回市区，参观标志性的古城墙，这是中国最古老、规模最大、保存最完好的城墙之一。这座防御工事建于明代，绵延超过13公里，为了解西安的历史提供了独特视角。您可以在城墙上悠闲漫步，甚至骑行（自费），探索城门、敌楼和护城河，同时欣赏现代西安与古代遗产的全景。</w:t>
      </w:r>
    </w:p>
    <w:p>
      <w:pPr>
        <w:widowControl/>
      </w:pPr>
      <w:r>
        <w:t>接下来参观钟楼，这是明代一座引人注目的地标建筑，拥有600多年的历史。这些宏伟的建筑在夜晚灯火辉煌，是拍照的绝佳背景，可以捕捉西安古代历史与现代活力的交融。</w:t>
      </w:r>
    </w:p>
    <w:p>
      <w:pPr>
        <w:widowControl/>
      </w:pPr>
      <w:r>
        <w:t>概述：西安历史之旅，包含兵马俑、古城墙和钟楼。（含早餐+午餐）</w:t>
      </w:r>
    </w:p>
    <w:p>
      <w:pPr>
        <w:widowControl/>
      </w:pPr>
      <w:r>
        <w:t>景点：3个景点</w:t>
      </w:r>
    </w:p>
    <w:p>
      <w:pPr>
        <w:widowControl/>
      </w:pPr>
      <w:r>
        <w:t>交通与活动：乘车</w:t>
      </w:r>
    </w:p>
    <w:p>
      <w:pPr>
        <w:widowControl/>
      </w:pPr>
      <w:r>
        <w:t>用餐：早餐、午餐</w:t>
      </w:r>
    </w:p>
    <w:p>
      <w:pPr>
        <w:widowControl/>
      </w:pPr>
      <w:r>
        <w:t>住宿：舒适型</w:t>
      </w:r>
    </w:p>
    <w:p>
      <w:pPr>
        <w:keepNext/>
        <w:widowControl/>
        <w:spacing w:before="240"/>
      </w:pPr>
      <w:r>
        <w:t>第3天 大雁塔与回民街｜酒店退房及送站</w:t>
      </w:r>
    </w:p>
    <w:p>
      <w:pPr>
        <w:widowControl/>
      </w:pPr>
      <w:r>
        <w:t>今天上午，您将参观西安最具标志性的地标之一——大雁塔，它是唐代恢弘气象的象征。这座七层宝塔坐落于宁静的大慈恩寺内，是唐代风格建筑的杰作，其方形基座而非圆形基座是其显著特征。大雁塔始建于公元652年，最初是为了存放著名高僧玄奘从印度带回的佛教经卷。他的传奇旅程启发了中国文学最著名的作品之一《西游记》。</w:t>
      </w:r>
    </w:p>
    <w:p>
      <w:pPr>
        <w:widowControl/>
      </w:pPr>
      <w:r>
        <w:t>随后，您将沉浸在回民街（穆斯林街）的热闹氛围中。这片历史悠久的街区位于鼓楼后方，钟楼以西约430米处，一千多年来一直是文化与商业中心。漫步于熙熙攘攘的街道，两旁是传统店铺、小吃摊和当地商贩，体验定义这个活力街区的中国与伊斯兰文化的独特融合。</w:t>
      </w:r>
    </w:p>
    <w:p>
      <w:pPr>
        <w:widowControl/>
      </w:pPr>
      <w:r>
        <w:t>现在，是时候结束您在西安难忘的3日团体游了。您的团队将被送往机场或火车站，搭乘航班或高铁前往下一个目的地。</w:t>
      </w:r>
    </w:p>
    <w:p>
      <w:pPr>
        <w:widowControl/>
      </w:pPr>
      <w:r>
        <w:t>行程延伸建议：</w:t>
      </w:r>
    </w:p>
    <w:p>
      <w:pPr>
        <w:widowControl/>
      </w:pPr>
      <w:r>
        <w:t>如果您想继续探索中国或亚洲其他目的地，而不是直接回家，我们很乐意协助您规划延伸行程。欢迎与我们分享您的想法和偏好！</w:t>
      </w:r>
    </w:p>
    <w:p>
      <w:pPr>
        <w:widowControl/>
      </w:pPr>
      <w:r>
        <w:t>感谢您选择亚洲奥德赛旅游安排您的中国之旅。很荣幸为您服务。我们期待在您的下一次中国或亚洲探险中再次欢迎您。祝您旅途平安愉快！</w:t>
      </w:r>
    </w:p>
    <w:p>
      <w:pPr>
        <w:widowControl/>
      </w:pPr>
      <w:r>
        <w:t>概述：在西安参观大雁塔和回民街；从西安出发。</w:t>
      </w:r>
    </w:p>
    <w:p>
      <w:pPr>
        <w:widowControl/>
      </w:pPr>
      <w:r>
        <w:t>景点：2个景点</w:t>
      </w:r>
    </w:p>
    <w:p>
      <w:pPr>
        <w:widowControl/>
      </w:pPr>
      <w:r>
        <w:t>交通与活动：车辆</w:t>
      </w:r>
    </w:p>
    <w:p>
      <w:pPr>
        <w:widowControl/>
      </w:pPr>
      <w:r>
        <w:t>用餐：早餐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Arial" w:hAnsi="Arial" w:eastAsia="Noto Sans CJK SC"/>
      <w:b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 w:line="276" w:lineRule="auto"/>
      <w:outlineLvl w:val="0"/>
    </w:pPr>
    <w:rPr>
      <w:rFonts w:asciiTheme="majorHAnsi" w:eastAsiaTheme="majorEastAsia" w:hAnsiTheme="majorHAnsi" w:cstheme="majorBidi" w:ascii="Arial" w:hAnsi="Arial" w:eastAsia="Noto Sans CJK SC"/>
      <w:b w:val="0"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76" w:lineRule="auto"/>
      <w:contextualSpacing/>
    </w:pPr>
    <w:rPr>
      <w:rFonts w:asciiTheme="majorHAnsi" w:eastAsiaTheme="majorEastAsia" w:hAnsiTheme="majorHAnsi" w:cstheme="majorBidi" w:ascii="Arial" w:hAnsi="Arial" w:eastAsia="Noto Sans CJK SC"/>
      <w:b w:val="0"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西安古都3日小团游，含兵马俑参观</dc:title>
  <dc:subject/>
  <dc:creator>Asia Odyssey Travel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