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3 Days Amazing Shanghai Group Tour</w:t>
      </w:r>
    </w:p>
    <w:p>
      <w:pPr>
        <w:widowControl/>
      </w:pPr>
      <w:r>
        <w:t>Product code: AOT-GT-016</w:t>
      </w:r>
    </w:p>
    <w:p>
      <w:pPr>
        <w:keepNext/>
        <w:widowControl/>
        <w:spacing w:before="240"/>
      </w:pPr>
      <w:r>
        <w:t>Day 1 Arrival in Shanghai (Airport Pick-up and Hotel Check-in)</w:t>
      </w:r>
    </w:p>
    <w:p>
      <w:pPr>
        <w:widowControl/>
      </w:pPr>
      <w:r>
        <w:t>Nihao! Welcome to Shanghai - China's Most Cosmopolitan and Vibrant City!</w:t>
      </w:r>
    </w:p>
    <w:p>
      <w:pPr>
        <w:widowControl/>
      </w:pPr>
      <w:r>
        <w:t>Shanghai, known for its remarkable blend of Eastern and Western cultures, has developed a unique charm over time. Upon your arrival at the airport or train station in Shanghai, your tour guide and driver will be waiting at the exit to greet you and escort you to a carefully selected hotel in downtown Shanghai. The remainder of the day is yours to relax and recover from jet lag or to explore the nearby surroundings at your own pace.</w:t>
      </w:r>
    </w:p>
    <w:p>
      <w:pPr>
        <w:widowControl/>
      </w:pPr>
      <w:r>
        <w:t>Arrival Tips:</w:t>
      </w:r>
    </w:p>
    <w:p>
      <w:pPr>
        <w:widowControl/>
      </w:pPr>
      <w:r>
        <w:t>Travelers can easily reach Shanghai by air or high-speed train. The city is served by two major airports: Shanghai Pudong International Airport and Shanghai Hongqiao International Airport, both offering numerous international and domestic flights. You can fly to Shanghai from most major cities in China, including Beijing, Xi'an, Guangzhou, Chengdu, Guilin, Kunming, Lijiang, and Lhasa. Alternatively, high-speed trains provide fast connections to Shanghai from: Beijing (4.5-6 hours), Xi'an (6-7.5 hours), Huangshan (2.5-3 hours), Guangzhou (7-8.5 hours), Suzhou (30 minutes), Hangzhou (about 45 minutes), Wuhan (3.5-4.5 hours), etc.</w:t>
      </w:r>
    </w:p>
    <w:p>
      <w:pPr>
        <w:widowControl/>
      </w:pPr>
      <w:r>
        <w:t>Overview: Arrive at Shanghai airport, airport pick-up, transfer to your hotel and check-in.</w:t>
      </w:r>
    </w:p>
    <w:p>
      <w:pPr>
        <w:widowControl/>
      </w:pPr>
      <w:r>
        <w:t>Attractions: explore freely today</w:t>
      </w:r>
    </w:p>
    <w:p>
      <w:pPr>
        <w:widowControl/>
      </w:pPr>
      <w:r>
        <w:t>Transport and activities: arrive in Shanghai by yourself</w:t>
      </w:r>
    </w:p>
    <w:p>
      <w:pPr>
        <w:widowControl/>
      </w:pPr>
      <w:r>
        <w:t>Accommodation: Comfortable</w:t>
      </w:r>
    </w:p>
    <w:p>
      <w:pPr>
        <w:keepNext/>
        <w:widowControl/>
        <w:spacing w:before="240"/>
      </w:pPr>
      <w:r>
        <w:t>Day 2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Departure from Shanghai | Hotel Check-out and Airport See-off</w:t>
      </w:r>
    </w:p>
    <w:p>
      <w:pPr>
        <w:widowControl/>
      </w:pPr>
      <w:r>
        <w:t>As your 3-day Shanghai group tour comes to an end, you'll have some free time to explore the city at your own pace before being escorted to the airport or train station for your flight or high-speed train to your next destination.</w:t>
      </w:r>
    </w:p>
    <w:p>
      <w:pPr>
        <w:widowControl/>
      </w:pPr>
      <w:r>
        <w:t>Trip Extension Ideas:</w:t>
      </w:r>
    </w:p>
    <w:p>
      <w:pPr>
        <w:widowControl/>
      </w:pPr>
      <w:r>
        <w:t>If you'd like to continue your adventure and explore other fascinating destinations in Asia instead of heading home, we'd be delighted to help you plan an extension trip. Simply share your ideas with us, and we'll customize a journey tailored to your preferences!</w:t>
      </w:r>
    </w:p>
    <w:p>
      <w:pPr>
        <w:widowControl/>
      </w:pPr>
      <w:r>
        <w:t>Thank you for choosing Asia Odyssey Travel for your China tour. It has been our pleasure to assist you, and we look forward to welcoming you again on your next trip to China or Asia. Wishing you a safe and pleasant journey!</w:t>
      </w:r>
    </w:p>
    <w:p>
      <w:pPr>
        <w:widowControl/>
      </w:pPr>
      <w:r>
        <w:t>Overview: Depart Shanghai, hotel check-out before 12:00, and airport see-off. Safe journey home.</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Days Amazing Shanghai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