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3天精彩上海跟团游</w:t>
      </w:r>
    </w:p>
    <w:p>
      <w:pPr>
        <w:widowControl/>
      </w:pPr>
      <w:r>
        <w:t>线路编号：AOT-GT-016</w:t>
      </w:r>
    </w:p>
    <w:p>
      <w:pPr>
        <w:keepNext/>
        <w:widowControl/>
        <w:spacing w:before="240"/>
      </w:pPr>
      <w:r>
        <w:t>第1天 抵达上海（接机并入住酒店）</w:t>
      </w:r>
    </w:p>
    <w:p>
      <w:pPr>
        <w:widowControl/>
      </w:pPr>
      <w:r>
        <w:t>你好！欢迎来到上海——中国最具国际大都市气息与活力的城市！</w:t>
      </w:r>
    </w:p>
    <w:p>
      <w:pPr>
        <w:widowControl/>
      </w:pPr>
      <w:r>
        <w:t>上海以东西方文化交融而闻名，经过岁月沉淀，形成了独特的魅力。当您抵达上海的机场或火车站时，导游和司机将在出口处等候迎接，并送您前往上海市中心精选的酒店。当天剩余时间由您自由安排，您可以休息放松、缓解时差，或按自己的节奏探索周边环境。</w:t>
      </w:r>
    </w:p>
    <w:p>
      <w:pPr>
        <w:widowControl/>
      </w:pPr>
      <w:r>
        <w:t>抵达提示：</w:t>
      </w:r>
    </w:p>
    <w:p>
      <w:pPr>
        <w:widowControl/>
      </w:pPr>
      <w:r>
        <w:t>旅客可轻松乘飞机或高铁抵达上海。上海有两个主要机场：上海浦东国际机场和上海虹桥国际机场，均提供大量国际和国内航班。您可以从中国大多数主要城市飞往上海，包括北京、西安、广州、成都、桂林、昆明、丽江和拉萨。此外，高铁可快速连接以下城市至上海：北京（4.5-6小时）、西安（6-7.5小时）、黄山（2.5-3小时）、广州（7-8.5小时）、苏州（30分钟）、杭州（约45分钟）、武汉（3.5-4.5小时）等。</w:t>
      </w:r>
    </w:p>
    <w:p>
      <w:pPr>
        <w:widowControl/>
      </w:pPr>
      <w:r>
        <w:t>概述：抵达上海机场，接机，送往酒店并办理入住。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交通与活动：自行抵达上海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上海城市游：上海中心大厦、上海博物馆、豫园及豫园商城、南京路和外滩</w:t>
      </w:r>
    </w:p>
    <w:p>
      <w:pPr>
        <w:widowControl/>
      </w:pPr>
      <w:r>
        <w:t>今天，您的团队将有一整天时间体验“东方巴黎”东西方文化的完美融合。探索精彩的博物馆、古典园林、未来主义摩天大楼和令人惊叹的建筑——所有这些都汇聚在这座充满活力的城市中。</w:t>
      </w:r>
    </w:p>
    <w:p>
      <w:pPr>
        <w:widowControl/>
      </w:pPr>
      <w:r>
        <w:t>首先，前往浦东和陆家嘴金融区，这里坐落着三座标志性摩天大楼。上海中心大厦是中国最高、世界第二高的建筑，高632米（2073英尺），从底部到顶部呈120度扭转。乘坐世界上最快的电梯（时速64公里）到达位于第118层、距地面546米的“上海之巅观光厅”。欣赏令人叹为观止的城市360度全景，俯瞰金茂大厦和上海环球金融中心。</w:t>
      </w:r>
    </w:p>
    <w:p>
      <w:pPr>
        <w:widowControl/>
      </w:pPr>
      <w:r>
        <w:t>随后，参观上海博物馆（东馆），这是世界上最优秀的中国古代艺术博物馆之一。其时尚现代的设计灵感来自中国传统玉璧。馆内可探索青铜器、陶瓷、书法、绘画、玉器、家具、钱币和雕塑等展厅。不要错过标志性珍品，如大克鼎——一件3000年前的青铜器，与子龙鼎和晋侯稣钟一同展出——这是青铜器馆的罕见亮点。还可观赏传奇的越王勾践剑，古代工艺的杰作。</w:t>
      </w:r>
    </w:p>
    <w:p>
      <w:pPr>
        <w:widowControl/>
      </w:pPr>
      <w:r>
        <w:t>接下来，参观豫园，上海最著名的古典园林，隐藏在城市中心。漫步于优雅的亭台楼阁、假山和荷花池之间，欣赏精美的雕刻和传统建筑。外面，豫园商城提供当地小吃、纪念品和手工艺品。</w:t>
      </w:r>
    </w:p>
    <w:p>
      <w:pPr>
        <w:widowControl/>
      </w:pPr>
      <w:r>
        <w:t>下午，沿着南京路步行街漫步，两旁遍布全球品牌、咖啡馆和历史建筑。最后来到外滩，上海最不容错过的地标。这里被称为“万国建筑博览”，拥有52座哥特式、巴洛克式和装饰艺术风格的宏伟建筑。从这里，欣赏黄浦江对岸浦东天际线的壮丽景色。</w:t>
      </w:r>
    </w:p>
    <w:p>
      <w:pPr>
        <w:widowControl/>
      </w:pPr>
      <w:r>
        <w:t>iTravel提示：</w:t>
      </w:r>
    </w:p>
    <w:p>
      <w:pPr>
        <w:widowControl/>
      </w:pPr>
      <w:r>
        <w:t>豫园周一闭园。在这种情况下，我们可能参观城隍庙，或法租界</w:t>
      </w:r>
    </w:p>
    <w:p>
      <w:pPr>
        <w:widowControl/>
      </w:pPr>
      <w:r>
        <w:t>上海博物馆（东馆）周二闭馆。当天您将参观上海博物馆（人民广场馆）。如果人民广场馆无法进入，我们将安排替代的城市景点。</w:t>
      </w:r>
    </w:p>
    <w:p>
      <w:pPr>
        <w:widowControl/>
      </w:pPr>
      <w:r>
        <w:t>概述：通过上海博物馆、豫园、豫园商城、南京路、外滩和上海中心大厦，探索上海的古代与现代。（含早餐+午餐）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上海出发：酒店退房及送机</w:t>
      </w:r>
    </w:p>
    <w:p>
      <w:pPr>
        <w:widowControl/>
      </w:pPr>
      <w:r>
        <w:t>为期3天的上海跟团游即将结束，您将有一些自由时间，可按自己的节奏探索这座城市，之后会送您前往机场或火车站，搭乘航班或高铁前往下一目的地。</w:t>
      </w:r>
    </w:p>
    <w:p>
      <w:pPr>
        <w:widowControl/>
      </w:pPr>
      <w:r>
        <w:t>行程延展建议：</w:t>
      </w:r>
    </w:p>
    <w:p>
      <w:pPr>
        <w:widowControl/>
      </w:pPr>
      <w:r>
        <w:t>如果您不想直接回家，而是希望继续旅程，探索亚洲其他迷人目的地，我们很乐意协助您规划一段延展行程。只需将您的想法告诉我们，我们就会根据您的偏好定制专属旅程！</w:t>
      </w:r>
    </w:p>
    <w:p>
      <w:pPr>
        <w:widowControl/>
      </w:pPr>
      <w:r>
        <w:t>感谢您选择亚洲奥德赛旅游安排您的中国之旅。很高兴能为您提供服务，期待在您下次中国或亚洲之旅时再次欢迎您。祝您旅途平安愉快！</w:t>
      </w:r>
    </w:p>
    <w:p>
      <w:pPr>
        <w:widowControl/>
      </w:pPr>
      <w:r>
        <w:t>概述：离开上海，12:00前办理酒店退房，并安排送机。祝您平安回家。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3天精彩上海跟团游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