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3天成都跟团游：看大熊猫与古蜀文明</w:t>
      </w:r>
    </w:p>
    <w:p>
      <w:pPr>
        <w:widowControl/>
      </w:pPr>
      <w:r>
        <w:t>线路编号：AOT-GT-017</w:t>
      </w:r>
    </w:p>
    <w:p>
      <w:pPr>
        <w:keepNext/>
        <w:widowControl/>
        <w:spacing w:before="240"/>
      </w:pPr>
      <w:r>
        <w:t>第1天 抵达成都（接机并入住酒店）</w:t>
      </w:r>
    </w:p>
    <w:p>
      <w:pPr>
        <w:widowControl/>
      </w:pPr>
      <w:r>
        <w:t>你好！欢迎来到中国西南部的熊猫之乡——成都！抵达成都机场或火车站后，司机会在出口处接您，随后送您前往位于成都市中心的精选酒店。当天剩余时间自由活动，您可以好好休息调整时差，也可以在酒店周边自行探索。</w:t>
      </w:r>
    </w:p>
    <w:p>
      <w:pPr>
        <w:widowControl/>
      </w:pPr>
      <w:r>
        <w:t>抵达建议：</w:t>
      </w:r>
    </w:p>
    <w:p>
      <w:pPr>
        <w:widowControl/>
      </w:pPr>
      <w:r>
        <w:t>成都的航空和高铁交通都很便利。成都有两个机场——成都双流国际机场和成都天府国际机场，运营多条国际和国内航线。旅行者可以从中国大多数城市乘飞机前往成都，如香港、北京、上海、广州、西安、桂林、杭州、昆明、拉萨、兰州、武汉、厦门、贵阳、重庆……此外，旅行者还可以乘坐高铁从西安（3-4小时）、重庆（1.5-2小时）、贵阳（3.5-4.5小时）、昆明（6-6.5小时）、上海（12.5-14.5小时）等地前往成都。</w:t>
      </w:r>
    </w:p>
    <w:p>
      <w:pPr>
        <w:widowControl/>
      </w:pPr>
      <w:r>
        <w:t>自由活动建议：晚上强烈推荐品尝四川火锅和观看川剧。</w:t>
      </w:r>
    </w:p>
    <w:p>
      <w:pPr>
        <w:widowControl/>
      </w:pPr>
      <w:r>
        <w:t>概述：抵达成都，从机场/火车站接站，并办理酒店入住。（含早餐）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交通与活动：自行抵达成都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成都经典游：成都大熊猫基地、三星堆博物馆、锦里古街（或旺季备选：市区游）</w:t>
      </w:r>
    </w:p>
    <w:p>
      <w:pPr>
        <w:widowControl/>
      </w:pPr>
      <w:r>
        <w:t>上午，您将在约定时间于成都酒店大堂与导游提前会合。今天您将实现熊猫梦，乘车17公里前往成都大熊猫繁育研究基地（熊猫基地）。</w:t>
      </w:r>
    </w:p>
    <w:p>
      <w:pPr>
        <w:widowControl/>
      </w:pPr>
      <w:r>
        <w:t>成都大熊猫基地是距离市区最近的大熊猫基地，园内饲养着100多只大熊猫，是世界上圈养大熊猫数量最多的基地。您将看到不同年龄段的大熊猫。观看它们玩耍、进食、攀爬、睡觉，乐趣无穷……如果您在秋季前来，将有机会在太阳产房和月亮产房看到粉红色的新生大熊猫幼崽。除了大熊猫，您还可以在红熊猫活动区与可爱的红熊猫（小熊猫）近距离接触，它们可能就在您身边漫步。随后跟随导游参观熊猫博物馆，探索更多关于熊猫的秘密。（注意：熊猫喜欢凉爽天气，因此建议您尽早抵达，因为熊猫在上午更为活跃。高温天气时，熊猫更愿意待在室内睡觉。）</w:t>
      </w:r>
    </w:p>
    <w:p>
      <w:pPr>
        <w:widowControl/>
      </w:pPr>
      <w:r>
        <w:t>下午，驱车前往参观神秘的三星堆遗址博物馆（约1小时车程，50公里）。三星堆于1929年被发现，出土自3000至5000年前古都的璀璨文物，一直让考古学家兴奋不已。作为中国最值得外国游客参观的50个地方之一，您将为创造这些杰出文物的古人而惊叹。沉睡数千年，一醒惊天下。在青铜馆，您可以近距离观赏青铜神树（高3.96米，博物馆镇馆之宝，考古学家耗时10年才修复完成）、青铜立人像（高2.6米，同类器中唯一完整的大型人像）、纵目青铜面具（突出的眼睛被认为是古蜀第一位首领“蚕丛”的象征）、太阳形青铜器（看起来像汽车方向盘）……走进神秘的综合馆，惊叹于金杖（古蜀国王的金杖）、三足陶器（三足炊具陶器，当地人称之为火锅）、玉璋、金面具……通过三星堆遗址出土的青铜、玉器和金器，您可以想象灿烂的三星堆文明和古蜀国的存在，这将四川地区的历史向前推进了2000多年。参观三星堆后，驱车返回成都市区。</w:t>
      </w:r>
    </w:p>
    <w:p>
      <w:pPr>
        <w:widowControl/>
      </w:pPr>
      <w:r>
        <w:t>之后，返回成都市区，在锦里古街悠闲漫步。锦里拥有1800多年的历史，展现了古蜀国的深厚文化。在这条传统的石板街上惬意散步，街道两旁满是美味的当地小吃、精致的工艺品、有趣的民俗表演等。</w:t>
      </w:r>
    </w:p>
    <w:p>
      <w:pPr>
        <w:widowControl/>
      </w:pPr>
      <w:r>
        <w:t>备选方案：成都市内游（不含三星堆博物馆）</w:t>
      </w:r>
    </w:p>
    <w:p>
      <w:pPr>
        <w:widowControl/>
      </w:pPr>
      <w:r>
        <w:t>旺季期间，三星堆博物馆门票可能难以预订。如门票无法获取，您的行程将调整为成都市内游。</w:t>
      </w:r>
    </w:p>
    <w:p>
      <w:pPr>
        <w:widowControl/>
      </w:pPr>
      <w:r>
        <w:t>调整后的行程包括：成都大熊猫繁育研究基地 → 成都博物馆 → 宽窄巷子 → 人民公园。</w:t>
      </w:r>
    </w:p>
    <w:p>
      <w:pPr>
        <w:widowControl/>
      </w:pPr>
      <w:r>
        <w:t>概述：方案A：参观成都大熊猫基地 + 三星堆博物馆 + 锦里古街；方案B：参观成都大熊猫基地 + 成都博物馆 + 宽窄巷子 + 人民公园。</w:t>
      </w:r>
    </w:p>
    <w:p>
      <w:pPr>
        <w:widowControl/>
      </w:pPr>
      <w:r>
        <w:t>景点：3-4个标志性景点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成都出发：酒店退房与送站</w:t>
      </w:r>
    </w:p>
    <w:p>
      <w:pPr>
        <w:widowControl/>
      </w:pPr>
      <w:r>
        <w:t>为期3天的成都跟团游到此结束。您将在成都拥有一些自由活动时间，自行探索更多精彩，随后我们将送您前往机场或火车站，搭乘航班或高铁前往下一个目的地。</w:t>
      </w:r>
    </w:p>
    <w:p>
      <w:pPr>
        <w:widowControl/>
      </w:pPr>
      <w:r>
        <w:t>行程延长建议：如果您想探索中国及亚洲其他目的地，而不是立即回国，我们很乐意协助您安排延长行程。欢迎随时告诉我们您的想法！</w:t>
      </w:r>
    </w:p>
    <w:p>
      <w:pPr>
        <w:widowControl/>
      </w:pPr>
      <w:r>
        <w:t>感谢您选择亚洲奥德赛旅游为您安排中国之旅，我们随时为您服务，期待您下次再来中国或亚洲旅行时与您相见。祝您旅途平安！</w:t>
      </w:r>
    </w:p>
    <w:p>
      <w:pPr>
        <w:widowControl/>
      </w:pPr>
      <w:r>
        <w:t>概述：离开成都，中午12:00前退房，机场送站。祝您平安回家。（含早餐）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3天成都跟团游：看大熊猫与古蜀文明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