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4天桂林跟团游：桂林、阳朔喀斯特地貌景观</w:t>
      </w:r>
    </w:p>
    <w:p>
      <w:pPr>
        <w:widowControl/>
      </w:pPr>
      <w:r>
        <w:t>线路编号：AOT-GT-018</w:t>
      </w:r>
    </w:p>
    <w:p>
      <w:pPr>
        <w:keepNext/>
        <w:widowControl/>
        <w:spacing w:before="240"/>
      </w:pPr>
      <w:r>
        <w:t>第1天 抵达桂林：机场接机与酒店入住</w:t>
      </w:r>
    </w:p>
    <w:p>
      <w:pPr>
        <w:widowControl/>
      </w:pPr>
      <w:r>
        <w:t>你好！欢迎来到桂林，中国风景最优美的地方！抵达桂林两江国际机场或火车站后，我们的当地司机会在出口处迎接您，随后送您前往桂林市中心为您精心挑选的酒店。</w:t>
      </w:r>
    </w:p>
    <w:p>
      <w:pPr>
        <w:widowControl/>
      </w:pPr>
      <w:r>
        <w:t>入住后，您可自由安排时间，按照自己的节奏放松休息、随意逛逛。我们推荐：</w:t>
      </w:r>
    </w:p>
    <w:p>
      <w:pPr>
        <w:widowControl/>
      </w:pPr>
      <w:r>
        <w:t>沿滨江路悠闲漫步，欣赏漓江美景</w:t>
      </w:r>
    </w:p>
    <w:p>
      <w:pPr>
        <w:widowControl/>
      </w:pPr>
      <w:r>
        <w:t>品尝桂林米粉——当地特色美食，值得一试的舒心小吃</w:t>
      </w:r>
    </w:p>
    <w:p>
      <w:pPr>
        <w:widowControl/>
      </w:pPr>
      <w:r>
        <w:t>安顿下来，慢慢感受这座江边城市的宁静。</w:t>
      </w:r>
    </w:p>
    <w:p>
      <w:pPr>
        <w:widowControl/>
      </w:pPr>
      <w:r>
        <w:t>抵达桂林的交通参考：</w:t>
      </w:r>
    </w:p>
    <w:p>
      <w:pPr>
        <w:widowControl/>
      </w:pPr>
      <w:r>
        <w:t>桂林位于中国南部，航空和高铁交通都很便利。桂林两江国际机场位于桂林市中心以西30公里处，旅客可从香港（1.5小时）、成都（1.5小时）、上海（3小时）、北京（3小时）、西安（2小时）、重庆（1.5小时）等地飞往桂林。此外，旅客可从广州（2.5小时）、深圳（3.5小时）、重庆（5小时）、贵阳（2-3小时）、昆明（4.5小时）等地乘坐高铁前往桂林。</w:t>
      </w:r>
    </w:p>
    <w:p>
      <w:pPr>
        <w:widowControl/>
      </w:pPr>
      <w:r>
        <w:t>概述：抵达桂林，机场接机，送往酒店并办理入住。</w:t>
      </w:r>
    </w:p>
    <w:p>
      <w:pPr>
        <w:widowControl/>
      </w:pPr>
      <w:r>
        <w:t>景点：自行探索</w:t>
      </w:r>
    </w:p>
    <w:p>
      <w:pPr>
        <w:widowControl/>
      </w:pPr>
      <w:r>
        <w:t>交通与活动：车辆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第2天 桂林市区游：靖江王府、东西巷、象鼻山、芦笛岩</w:t>
      </w:r>
    </w:p>
    <w:p>
      <w:pPr>
        <w:widowControl/>
      </w:pPr>
      <w:r>
        <w:t>上午：靖江王府、东西巷</w:t>
      </w:r>
    </w:p>
    <w:p>
      <w:pPr>
        <w:widowControl/>
      </w:pPr>
      <w:r>
        <w:t>今天上午游览桂林市区。首先参观靖江王府——明代保存最完好、沿用时间最长的皇家府邸，已有600多年历史。这里也是名句“桂林山水甲天下”的最初出处。</w:t>
      </w:r>
    </w:p>
    <w:p>
      <w:pPr>
        <w:widowControl/>
      </w:pPr>
      <w:r>
        <w:t>沿着中轴线步行，参观承运门和承运殿，了解明代藩王的日常生活和皇室历史。参观科举文化博物馆，了解中国古代科举制度。王府曾作为广西贡院，出过众多状元和官员。</w:t>
      </w:r>
    </w:p>
    <w:p>
      <w:pPr>
        <w:widowControl/>
      </w:pPr>
      <w:r>
        <w:t>随后乘车片刻前往东西巷，这是一处保存完好的历史街区。这里有明清风格建筑、青瓦屋顶和鹅卵石小巷，让人感觉仿佛回到过去。可以在街巷中悠闲漫步，逛逛特色小店，品尝当地小吃，拍照留念。这里深受游客和本地人喜爱，是桂林热门的“必去”文化景点之一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前往象鼻山，这是桂林的标志性景观。象鼻山位于漓江与桃花江交汇处，这座天然石灰岩山体形似一头巨象在江边饮水。它由水流侵蚀经过数百万年形成，是“桂林山水甲天下”的灵感来源。步行至水月洞，这是位于“大象”鼻子与身体之间的半圆形洞口。洞高12米，内有唐宋时期的石刻诗词，自然与文化在此交融。</w:t>
      </w:r>
    </w:p>
    <w:p>
      <w:pPr>
        <w:widowControl/>
      </w:pPr>
      <w:r>
        <w:t>接下来参观芦笛岩，被誉为“大自然艺术之宫”。洞内可见历经千年自然雕琢形成的钟乳石、石笋、石柱和流石，景象令人惊叹。彩色LED灯光照亮“狮岭朝霞”“原始森林”“龙象峰”“花果山”等景观。</w:t>
      </w:r>
    </w:p>
    <w:p>
      <w:pPr>
        <w:widowControl/>
      </w:pPr>
      <w:r>
        <w:t>不要错过水晶宫，平静的水面倒映着发光的岩壁，营造出如梦似幻的奇异景象。还可观看水幕电影——在水流屏幕后方投影的短片，展示洞穴的地质演化过程，为这段旅程画上奇妙结尾。</w:t>
      </w:r>
    </w:p>
    <w:p>
      <w:pPr>
        <w:widowControl/>
      </w:pPr>
      <w:r>
        <w:t>游览结束后，送您返回桂林的酒店。</w:t>
      </w:r>
    </w:p>
    <w:p>
      <w:pPr>
        <w:widowControl/>
      </w:pPr>
      <w:r>
        <w:t>概述：桂林市区全日游，参观靖江王府、东西巷、象鼻山、芦笛岩。（含早餐+午餐）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用餐：早餐，午餐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第3天 桂林到阳朔之旅：漓江游船、阳朔乡村与西街</w:t>
      </w:r>
    </w:p>
    <w:p>
      <w:pPr>
        <w:widowControl/>
      </w:pPr>
      <w:r>
        <w:t>“桂林山水甲天下。”早餐后，出发探索中国最壮观的自然景观之一——漓江。《国家地理》将漓江评为“世界十大水上奇观”之一，乘船游览漓江，如同穿行于一幅生动的中国山水画卷。</w:t>
      </w:r>
    </w:p>
    <w:p>
      <w:pPr>
        <w:widowControl/>
      </w:pPr>
      <w:r>
        <w:t>从酒店驱车约1小时抵达码头，登船开始从桂林到阳朔的4.5小时漓江风景游船。沿途84公里的航线中，可欣赏蜿蜒的河流、翠绿的喀斯特山峰、吃草的水牛、在稻田里劳作的农民，以及坐落在奇特石灰岩山脚下的宁静村庄，美景不断。</w:t>
      </w:r>
    </w:p>
    <w:p>
      <w:pPr>
        <w:widowControl/>
      </w:pPr>
      <w:r>
        <w:t>午餐升级：亚洲奥德赛旅游为您精心准备了定制西式午餐。在船上享用新鲜制作的餐食，当天早晨用心打包，让您舒适又方便。</w:t>
      </w:r>
    </w:p>
    <w:p>
      <w:pPr>
        <w:widowControl/>
      </w:pPr>
      <w:r>
        <w:t>抵达阳朔后，司机将在码头接您，送您到酒店稍作休息。随后，您可以用自己喜欢的方式探索阳朔的田园风光。请选择适合您的体验：</w:t>
      </w:r>
    </w:p>
    <w:p>
      <w:pPr>
        <w:widowControl/>
      </w:pPr>
      <w:r>
        <w:t>选项1：风景驾车游，含步行停留（驾车加步行）</w:t>
      </w:r>
    </w:p>
    <w:p>
      <w:pPr>
        <w:widowControl/>
      </w:pPr>
      <w:r>
        <w:t>选项2：乡村自行车骑行</w:t>
      </w:r>
    </w:p>
    <w:p>
      <w:pPr>
        <w:widowControl/>
      </w:pPr>
      <w:r>
        <w:t>选项3：摩托车探险（需额外付费）</w:t>
      </w:r>
    </w:p>
    <w:p>
      <w:pPr>
        <w:widowControl/>
      </w:pPr>
      <w:r>
        <w:t>让迷人的景色放松您的眼睛和心灵。沿途，您可能会看到当地人日常生活的场景：田间劳作的农民、河边玩耍的孩子，或在阳光下的草地上安静吃草的水牛。灰色石板屋顶的古朴石屋点缀在风景中，乡村气息与茂盛的绿意融为一体。</w:t>
      </w:r>
    </w:p>
    <w:p>
      <w:pPr>
        <w:widowControl/>
      </w:pPr>
      <w:r>
        <w:t>之后，悠闲地漫步西街，这里是阳朔最具活力的中心。街道两旁有餐厅、酒吧和纪念品商店，总是聚集着游客和当地人。西街融合了中国传统与西方文化，是享受夜晚的好地方。您可以喝杯咖啡，尝尝当地桂林米粉，或只是感受热闹的氛围。无论您想安静片刻还是享受欢乐夜晚，西街都能满足。</w:t>
      </w:r>
    </w:p>
    <w:p>
      <w:pPr>
        <w:widowControl/>
      </w:pPr>
      <w:r>
        <w:t>夜宿阳朔。</w:t>
      </w:r>
    </w:p>
    <w:p>
      <w:pPr>
        <w:widowControl/>
      </w:pPr>
      <w:r>
        <w:t>概述：从桂林乘漓江游船前往阳朔，悠闲游览阳朔乡村和西街。（含早餐+午餐）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交通与活动：游船、车辆或自行车</w:t>
      </w:r>
    </w:p>
    <w:p>
      <w:pPr>
        <w:widowControl/>
      </w:pPr>
      <w:r>
        <w:t>用餐：早餐、午餐</w:t>
      </w:r>
    </w:p>
    <w:p>
      <w:pPr>
        <w:widowControl/>
      </w:pPr>
      <w:r>
        <w:t>住宿：阳朔镇</w:t>
      </w:r>
    </w:p>
    <w:p>
      <w:pPr>
        <w:keepNext/>
        <w:widowControl/>
        <w:spacing w:before="240"/>
      </w:pPr>
      <w:r>
        <w:t>第4天 阳朔至桂林送别，酒店退房及送站服务</w:t>
      </w:r>
    </w:p>
    <w:p>
      <w:pPr>
        <w:widowControl/>
      </w:pPr>
      <w:r>
        <w:t>早餐后，告别阳朔，乘车返回桂林，准备启程。我们会舒适地送您前往机场或火车站，继续您的后续旅程。</w:t>
      </w:r>
    </w:p>
    <w:p>
      <w:pPr>
        <w:widowControl/>
      </w:pPr>
      <w:r>
        <w:t>感谢您选择亚洲奥德赛旅游的中国团队游。很荣幸能参与您的旅程，我们也将继续竭诚为您服务。期待在您下一次中国或亚洲之旅时再次欢迎您。祝您旅途平安！</w:t>
      </w:r>
    </w:p>
    <w:p>
      <w:pPr>
        <w:widowControl/>
      </w:pPr>
      <w:r>
        <w:t>概述：返回桂林，送往机场/火车站离站。（含早餐）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4天桂林跟团游：桂林、阳朔喀斯特地貌景观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