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13 Days Essential China Group Tour with Lhasa &amp; Chengdu Pandas</w:t>
      </w:r>
    </w:p>
    <w:p>
      <w:pPr>
        <w:widowControl/>
      </w:pPr>
      <w:r>
        <w:t>Product code: AOT-GT-019</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This morning, you will head northwest of Beijing (about 1.5 - 2 hours' drive, 73km) to the Great Wall at Mutianyu. The Great Wall boasts a history of over 2,000 years and stretches more than 3,000 miles across several provinces of northern China, making it one of the most impressive ancient masterpieces on the planet. Mutianyu Great Wall is connecting with the Jiankou Great Wall in the west and the Gubeikou Great Wall in the east. Mutianyu is the longest and best fully-restored great wall with fewer tourists and is also famed for its 23 Ming-era watchtowers and stunning views.</w:t>
      </w:r>
    </w:p>
    <w:p>
      <w:pPr>
        <w:widowControl/>
      </w:pPr>
      <w:r>
        <w:t>Take the cable car up to the 14th watchtower and then enjoy some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Take a visit to Mutianyu Great Wall by cable car (round-trip), have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and Muslim Quarter. (B)</w:t>
      </w:r>
    </w:p>
    <w:p>
      <w:pPr>
        <w:widowControl/>
      </w:pPr>
      <w:r>
        <w:t>Attractions: 2 sites</w:t>
      </w:r>
    </w:p>
    <w:p>
      <w:pPr>
        <w:widowControl/>
      </w:pPr>
      <w:r>
        <w:t>Transport and activities: high speed train, vehicle</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Chengdu by High Speed Train</w:t>
      </w:r>
    </w:p>
    <w:p>
      <w:pPr>
        <w:widowControl/>
      </w:pPr>
      <w:r>
        <w:t>After the tour, you will be escorted to the train station for your high speed train to Chengdu (economy class train ticket arranged by AOT). Welcome to Chengdu, the panda hometown in southwestern China! Upon your arrival at the airport in Chengdu, the driver will meet you at the exit, and then escort you to the well-selected hotel in downtown Chengdu. The Sichuan hotpot and Sichuan Opera are highly recommended evening activities.</w:t>
      </w:r>
    </w:p>
    <w:p>
      <w:pPr>
        <w:widowControl/>
      </w:pPr>
      <w:r>
        <w:t>Overview: Take the high-speed train to Chengdu, train station pick-up, and hotel check in. (B)</w:t>
      </w:r>
    </w:p>
    <w:p>
      <w:pPr>
        <w:widowControl/>
      </w:pPr>
      <w:r>
        <w:t>Attractions: explore freely today</w:t>
      </w:r>
    </w:p>
    <w:p>
      <w:pPr>
        <w:widowControl/>
      </w:pPr>
      <w:r>
        <w:t>Transport and activities: high speed train</w:t>
      </w:r>
    </w:p>
    <w:p>
      <w:pPr>
        <w:widowControl/>
      </w:pPr>
      <w:r>
        <w:t>Meals: Breakfast</w:t>
      </w:r>
    </w:p>
    <w:p>
      <w:pPr>
        <w:widowControl/>
      </w:pPr>
      <w:r>
        <w:t>Accommodation: Comfortable</w:t>
      </w:r>
    </w:p>
    <w:p>
      <w:pPr>
        <w:keepNext/>
        <w:widowControl/>
        <w:spacing w:before="240"/>
      </w:pPr>
      <w:r>
        <w:t>Day 7 Chengdu Classic Tour | Chengdu Panda Base, Sanxingdui Museum, Jinli Old Street (or Plan B: City Tour in Peak Season)</w:t>
      </w:r>
    </w:p>
    <w:p>
      <w:pPr>
        <w:widowControl/>
      </w:pPr>
      <w:r>
        <w:t>In the morning, you will meet your guide early at the appointed time in the Chengdu hotel lobby. Today you are going to fulfill your panda dream with a 17-kilometers drive to Chengdu Research Base of Giant Panda Breeding (Xiongmao Jidi), or simply Chengdu Panda Base.</w:t>
      </w:r>
    </w:p>
    <w:p>
      <w:pPr>
        <w:widowControl/>
      </w:pPr>
      <w:r>
        <w:t>Chengdu Panda Base, the closest to the city proper, accommodated over 100 pandas which is the base with the largest population of captive giant pandas in the world. You will see giant pandas of different ages there. It's great fun to watch them playing, eating, climbing, sleeping… If you come in autumn, you will have the chance to see the pink newborn giant panda cubs in the Sunshine Nursery House and the Moonlight Nursery House. Besides giant pandas, you can also meet the cute red pandas walking by your side in the Red Panda Playgrounds. Then follow your guide to discover more about panda's secrets through the Panda Museum. (Note: Pandas like cool weather, so we advise you to arrive there early as pandas are more active in the morning. During the day of high temperatures, pandas would prefer to stay inside and sleep.)</w:t>
      </w:r>
    </w:p>
    <w:p>
      <w:pPr>
        <w:widowControl/>
      </w:pPr>
      <w:r>
        <w:t>In the afternoon, drive to visit the mysterious Sanxingdui Site Museum (about 1 hour's drive, 50km). Unearthed in 1929, Sanxingdui keeps making archaeologists excited by its brilliant relics unearthed from the ancient capital 3,000-5,000 years ago. As one of the 50 Places in China that are worthiest for foreign travelers to visit, you will be amazed by the ancient people who created the outstanding relics. Sleep for thousands of years, wake up, and shock the world. In the Bronze Pavilion, you can have close contact with the Bronze Sacred Tree (3.96m, a treasure of the museum, archaeologists took 10 years to recover it), the Bronze Standing Figure (2.6m, the only complete figure of its size and kind), Vertical-eyed Bronze Mask (the protruding eyes are considered as the symbol of 'Can Cong', the first leader of Ancient Shu), Sun-shaped Bronze (looks like a car steering wheel)... Walking into the mysterious Comprehensive Pavilion, marvel at The Gold Scepter (the gold stick of the King of Ancient Shu Kingdom), Ceramic Utensil with Three Legs (Three-legged Cooking Pottery, local people called it hotpot), Jade Zhang, Gold Mask… With the Bronze, jade, and gold products shown from the Sanxingdui Site, you can imagine the brilliant Sanxingdui Civilization and the existence of the ancient Shu Kingdom that pushes the history of the Sichuan region back for over 2,000 years. After Sanxingdui visiting, drive back to Chengdu downtown.</w:t>
      </w:r>
    </w:p>
    <w:p>
      <w:pPr>
        <w:widowControl/>
      </w:pPr>
      <w:r>
        <w:t>After that, return to Chengdu downtown for an relaxing stroll at Jinli Old Street. With a history over 1,800 years, it showcases the profound cultures of Ancient Shu Kingdom. Take a nice walk on the traditional stone-paved street full of delicious local snacks, delicate artifacts, interesting folk shows, etc.</w:t>
      </w:r>
    </w:p>
    <w:p>
      <w:pPr>
        <w:widowControl/>
      </w:pPr>
      <w:r>
        <w:t>Plan B: Chengdu Downtown City Tour (No Sanxingdui Museum)</w:t>
      </w:r>
    </w:p>
    <w:p>
      <w:pPr>
        <w:widowControl/>
      </w:pPr>
      <w:r>
        <w:t>During peak season, Sanxingdui Museum tickets can be difficult to secure. If tickets are unavailable, your itinerary will be adjusted to Chengdu city tour instead.</w:t>
      </w:r>
    </w:p>
    <w:p>
      <w:pPr>
        <w:widowControl/>
      </w:pPr>
      <w:r>
        <w:t>The revised schedule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Chengdu to Lhasa by Air</w:t>
      </w:r>
    </w:p>
    <w:p>
      <w:pPr>
        <w:widowControl/>
      </w:pPr>
      <w:r>
        <w:t>After breakfast, you will have some free time in Chengdu and explore more on your own till be escorted to airport for your flight to Lhasa (Economy Class Flight Ticket arranged by AOT).</w:t>
      </w:r>
    </w:p>
    <w:p>
      <w:pPr>
        <w:widowControl/>
      </w:pPr>
      <w:r>
        <w:t>Tashi Delek! Welcome to Lhasa, the capital of the Tibet Autonomous Region! Upon your arrival at the airport/train station in Lhasa, the local driver will meet you at the exit, and then escort you to the hotel in Lhasa. You can have a good rest to get used to the altitude (3,650m) in your hotel and get ready to explore Lhasa the next day.</w:t>
      </w:r>
    </w:p>
    <w:p>
      <w:pPr>
        <w:widowControl/>
      </w:pPr>
      <w:r>
        <w:t>Kind Reminds:</w:t>
      </w:r>
    </w:p>
    <w:p>
      <w:pPr>
        <w:widowControl/>
      </w:pPr>
      <w:r>
        <w:t>1. It is good to avoid the highland sickness by slow down, keep warm, drink some water frequently, no shower for the first one or two days, take it easy, and sleep well.</w:t>
      </w:r>
    </w:p>
    <w:p>
      <w:pPr>
        <w:widowControl/>
      </w:pPr>
      <w:r>
        <w:t>2. You should always follow your doctor's advice on altitude according to your health condition.</w:t>
      </w:r>
    </w:p>
    <w:p>
      <w:pPr>
        <w:widowControl/>
      </w:pPr>
      <w:r>
        <w:t>3. Be sure to let your guide or the hotel staff know whenever you feel unwell or need help. The people there are always willing to help and good at dealing with altitude sickness.</w:t>
      </w:r>
    </w:p>
    <w:p>
      <w:pPr>
        <w:widowControl/>
      </w:pPr>
      <w:r>
        <w:t>Overview: Depart Chengdu, arrive at Lhasa by flight, airport pick-up, and hotel check-in. (B)</w:t>
      </w:r>
    </w:p>
    <w:p>
      <w:pPr>
        <w:widowControl/>
      </w:pPr>
      <w:r>
        <w:t>Attractions: explore freely today</w:t>
      </w:r>
    </w:p>
    <w:p>
      <w:pPr>
        <w:widowControl/>
      </w:pPr>
      <w:r>
        <w:t>Transport and activities: Flight, vehicle</w:t>
      </w:r>
    </w:p>
    <w:p>
      <w:pPr>
        <w:widowControl/>
      </w:pPr>
      <w:r>
        <w:t>Meals: Breakfast</w:t>
      </w:r>
    </w:p>
    <w:p>
      <w:pPr>
        <w:widowControl/>
      </w:pPr>
      <w:r>
        <w:t>Accommodation: Comfortable</w:t>
      </w:r>
    </w:p>
    <w:p>
      <w:pPr>
        <w:keepNext/>
        <w:widowControl/>
        <w:spacing w:before="240"/>
      </w:pPr>
      <w:r>
        <w:t>Day 9 Lhasa Culture Tour | Lhasa Traditional Handicraft Art Center, Sera Monastery</w:t>
      </w:r>
    </w:p>
    <w:p>
      <w:pPr>
        <w:widowControl/>
      </w:pPr>
      <w:r>
        <w:t>Today, have fun in the Lhasa Traditional Handicraft Art Center for a close touch of Tibetan culture, and you will experience Tibetan Buddhism by witnessing the Monks' Debating in Sera Monastery.</w:t>
      </w:r>
    </w:p>
    <w:p>
      <w:pPr>
        <w:widowControl/>
      </w:pPr>
      <w:r>
        <w:t>In the morning, enjoy the experience in the Lhasa Traditional Handicraft Art Center, fully immerse yourself by making Tibetan incense, Tibetan calligraphy, and the secrets of block printing. Tibetan incense is typically burned as an offering during religious ceremonies and rituals in Tibetan Buddhism. The ingredients used for Tibetan incense usually include juniper, sandalwood, cedarwood, cinnamon, cloves, and various medicinal herbs. Besides learning how to make Tibetan incense, you can also participate in writing your own name in the Tibetan Language with the help of a local teacher, and engraving and printing it out. Handmade Tibetan incense and printed text can be taken home as a souvenir of the Tibetan cultural experience.</w:t>
      </w:r>
    </w:p>
    <w:p>
      <w:pPr>
        <w:widowControl/>
      </w:pPr>
      <w:r>
        <w:t>In the afternoon, drive approximately 7km (about 20 minutes) to visit Sera Monastery, which is one of the three great Gelug university monasteries of Tibet. It offers the opportunity to experience Tibetan Buddhism up close. The highlight of Sera Monastery is watching the monks' debate, which takes place around 15:00-17:00 (except on Sundays). The debate is an interesting form of exchange, where one monk acts as the questioner, standing while the answerer or group of answerers sit. The standing monk asks questions and slaps his palms and stomps, each action having a special meaning, such as activating wisdom, and are not meant to be aggressive. You will also have the chance to attend prayer ceremonies, visit meditation halls, and learn about the monastic way of life. It is a must-visit destination to gain insight into the beliefs and practices of Tibetan Buddhism.</w:t>
      </w:r>
    </w:p>
    <w:p>
      <w:pPr>
        <w:widowControl/>
      </w:pPr>
      <w:r>
        <w:t>In the evening, enjoy a group dinner featuring delicious Tibetan cuisine, specially offered by AOT team.</w:t>
      </w:r>
    </w:p>
    <w:p>
      <w:pPr>
        <w:widowControl/>
      </w:pPr>
      <w:r>
        <w:t>Overview: Start your Tibet tour with a special experience at the Lhasa Traditional Handicraft Art Center and a visit to the Sera Monastery. (B, D)</w:t>
      </w:r>
    </w:p>
    <w:p>
      <w:pPr>
        <w:widowControl/>
      </w:pPr>
      <w:r>
        <w:t>Attractions: 2 iconic sites</w:t>
      </w:r>
    </w:p>
    <w:p>
      <w:pPr>
        <w:widowControl/>
      </w:pPr>
      <w:r>
        <w:t>Transport and activities: vehicle</w:t>
      </w:r>
    </w:p>
    <w:p>
      <w:pPr>
        <w:widowControl/>
      </w:pPr>
      <w:r>
        <w:t>Meals: Breakfast, Dinner</w:t>
      </w:r>
    </w:p>
    <w:p>
      <w:pPr>
        <w:widowControl/>
      </w:pPr>
      <w:r>
        <w:t>Accommodation: Comfortable</w:t>
      </w:r>
    </w:p>
    <w:p>
      <w:pPr>
        <w:keepNext/>
        <w:widowControl/>
        <w:spacing w:before="240"/>
      </w:pPr>
      <w:r>
        <w:t>Day 10 Lhasa City Tour | Potala Palace, Jokhang Temple, Barkhor Street</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In the morning, you can walk up to the Potala Palace to explore. Not only is it the landmark of Tibet, but it is also the traditional residence and winter palace of the Dalai Lama (1649-1959). After climbing 365 steps from the gate of the Potala Palace to reach the Red Palace, you will arrive at the highest palace in the world at an altitude of 3,700m, where you can enjoy an excellent panoramic view of Lhasa city. As you explore the principal halls, chapels, and shrines of past Dalai Lamas in the Red Palace, you will be amazed and moved by its remarkable paintings, gorgeous jeweled works, skilled carving, colorful ornamentation, and the mystery stories behind the treasures. Inside the Potala Palace, you will meet many Tibetan pilgrims who come from afar to pray at this sacred site, making it a lifetime destination for them. You can also ask your guide to provide more stories about Songtsen Gampo, the 33rd king of Tibet, who first built the Potala Palace in the 7th century for his marriage to Princess Wencheng of the Tang Dynasty. (Please note that the visit order may be adjusted based on the visiting time specified on your Potala Palace ticket. All visitors are required to visit the palace with a tour group and remain inside for one hour. Please be advised that photography is prohibited inside the palace.)</w:t>
      </w:r>
    </w:p>
    <w:p>
      <w:pPr>
        <w:widowControl/>
      </w:pPr>
      <w:r>
        <w:t>Located in the heart of Lhasa for over 1300 years, the Jokhang Temple is an important pilgrimage site for Buddhists from all over the world. Famed as the spiritual center of Tibet, it is said that the Jokhang Monastery was built for King Songtsen Gampo's two brides: Chinese Princess Wencheng and Nepalese Princess Bhrikuti. "Jokhang" means "House of Buddha", and it houses a life-size statue of the 12-year-old Sakyamuni, which is considered a treasure of the Buddhist world. This is why Buddhist pilgrims consider it the holiest destination. The Jakhong temple is also renowned for its beautiful architecture. You can admire the intricate carvings, colorful murals, ornate decorations, and details of the building, which is a masterpiece of Tibetan architecture. Time seems to stand still as you watch people pray in front of the temple during the day and night. (Please note that the visit order may be adjusted based on the reservation of your Jokhang Temple Ticket Reservation.)</w:t>
      </w:r>
    </w:p>
    <w:p>
      <w:pPr>
        <w:widowControl/>
      </w:pPr>
      <w:r>
        <w:t>Afterward, take a walk on busy Barkhor Street near the Jokhang Monastery, which was a place for Buddhists to do a kora (pilgrim circuit) in ancient times. Nowadays, it has become a thriving local market where you can drink a pot of yak butter tea, dress in Tibetan clothes for photos, and pick up some local Tibetan, Nepalese, and Indian handicrafts and souvenirs.</w:t>
      </w:r>
    </w:p>
    <w:p>
      <w:pPr>
        <w:widowControl/>
      </w:pPr>
      <w:r>
        <w:t>Overview: Visit Potala Palace, Jokhang Temple, Barkhor Street. (B)</w:t>
      </w:r>
    </w:p>
    <w:p>
      <w:pPr>
        <w:widowControl/>
      </w:pPr>
      <w:r>
        <w:t>Attractions: 3 iconic sites</w:t>
      </w:r>
    </w:p>
    <w:p>
      <w:pPr>
        <w:widowControl/>
      </w:pPr>
      <w:r>
        <w:t>Transport and activities: vehicle</w:t>
      </w:r>
    </w:p>
    <w:p>
      <w:pPr>
        <w:widowControl/>
      </w:pPr>
      <w:r>
        <w:t>Meals: Breakfast</w:t>
      </w:r>
    </w:p>
    <w:p>
      <w:pPr>
        <w:widowControl/>
      </w:pPr>
      <w:r>
        <w:t>Accommodation: Comfortable</w:t>
      </w:r>
    </w:p>
    <w:p>
      <w:pPr>
        <w:keepNext/>
        <w:widowControl/>
        <w:spacing w:before="240"/>
      </w:pPr>
      <w:r>
        <w:t>Day 11 Lhasa - Shanghai | Hotel Check-out and Airport Transfers</w:t>
      </w:r>
    </w:p>
    <w:p>
      <w:pPr>
        <w:widowControl/>
      </w:pPr>
      <w:r>
        <w:t>On this day, after breakfast, your group will be escorted to airport for your flight to Shanghai (Economy Class Flight Ticket arranged by AOT). Welcome to Shanghai, China's most internationalized and vibrant city! Shanghai's long-term fusion of Eastern and Western cultures has contributed to Shanghai's unique culture.</w:t>
      </w:r>
    </w:p>
    <w:p>
      <w:pPr>
        <w:widowControl/>
      </w:pPr>
      <w:r>
        <w:t>Upon your arrival at the airport in Shanghai, the driver will meet and greet you at the exit, and then escort you to the well-selected hotel in downtown Shanghai. The rest of the day is free on your own so you can have a good rest for the jet lag or explore by yourself around your hotel.</w:t>
      </w:r>
    </w:p>
    <w:p>
      <w:pPr>
        <w:widowControl/>
      </w:pPr>
      <w:r>
        <w:t>Overview: Transfer to Lhasa airport for Shanghai, airport pick-up, and hotel check-in. (B)</w:t>
      </w:r>
    </w:p>
    <w:p>
      <w:pPr>
        <w:widowControl/>
      </w:pPr>
      <w:r>
        <w:t>Attractions: explore freely today in Shanghai</w:t>
      </w:r>
    </w:p>
    <w:p>
      <w:pPr>
        <w:widowControl/>
      </w:pPr>
      <w:r>
        <w:t>Transport and activities: flight, vehicle</w:t>
      </w:r>
    </w:p>
    <w:p>
      <w:pPr>
        <w:widowControl/>
      </w:pPr>
      <w:r>
        <w:t>Meals: Breakfast</w:t>
      </w:r>
    </w:p>
    <w:p>
      <w:pPr>
        <w:widowControl/>
      </w:pPr>
      <w:r>
        <w:t>Accommodation: Comfortable</w:t>
      </w:r>
    </w:p>
    <w:p>
      <w:pPr>
        <w:keepNext/>
        <w:widowControl/>
        <w:spacing w:before="240"/>
      </w:pPr>
      <w:r>
        <w:t>Day 12 Shanghai City Tour | Shanghai Museum, Shanghai Tower, Yu Garden &amp; Bazaar, Nanjing Road &amp; The Bund</w:t>
      </w:r>
    </w:p>
    <w:p>
      <w:pPr>
        <w:widowControl/>
      </w:pPr>
      <w:r>
        <w:t>Today you will spend the whole day experiencing the perfect blend of West and East in this "Paris of the East." Visit brilliant museums, traditional Chinese gardens, modern skyscrapers, and exotic architecture.</w:t>
      </w:r>
    </w:p>
    <w:p>
      <w:pPr>
        <w:widowControl/>
      </w:pPr>
      <w:r>
        <w:t>First, head to the Pudong Area. One eye-catching feature is the trio of towering skyscrapers in the Lujiazui financial district. Shanghai Tower is the tallest building in China and second tallest in the world at 632 meters (2,073 feet). Here, you will ascend the highest building in Shanghai - the Shanghai Tower - featuring a dramatic 120-degree twist from base to peak. Ride the world's fastest elevators, traveling at 64 km/h, up to the "Top of Shanghai Observatory" on the 118th floor, 546 meters (about 1,791 feet) above ground. Enjoy unparalleled 360-degree panoramic views over the city and look down on the Jin Mao Tower and Shanghai World Financial Center.</w:t>
      </w:r>
    </w:p>
    <w:p>
      <w:pPr>
        <w:widowControl/>
      </w:pPr>
      <w:r>
        <w:t>Later, visit the Shanghai Museum for an awe-inspiring tour of the finest art collection and profound Chinese history. Built shaped like an ancient bronze ding vessel, the museum has a round top and square base, symbolizing “round sky, square earth.” It contains 120,000 cultural relics showcasing incredible Chinese art spanning 5,000 years. Immerse yourself in the Bronze and Ceramics Exhibition Hall, appreciating the elaborate bronzes and exquisite artifacts. Don't miss top treasures like the Da Ke Ding bronze vessel from over 3,000 years ago and the Bianzhong of Marquis Su of Jin, ancient musical instruments.</w:t>
      </w:r>
    </w:p>
    <w:p>
      <w:pPr>
        <w:widowControl/>
      </w:pPr>
      <w:r>
        <w:t>Next, head to Yu Garden, the most celebrated classical Chinese garden hidden in bustling downtown Shanghai. Enjoy a leisurely stroll to see the Chinese architecture and exquisite sculptures and carvings. Outside, Yuyuan Bazaar is a fun place to taste local snacks and shop for traditional crafts and art.</w:t>
      </w:r>
    </w:p>
    <w:p>
      <w:pPr>
        <w:widowControl/>
      </w:pPr>
      <w:r>
        <w:t>In the afternoon, stroll down Nanjing Road Pedestrian Street, lined with famous brands, restaurants, cafes, souvenir shops, and towering buildings. Continue to the Bund, the top must-see spot in Shanghai. Known as the "Exhibition of International Architecture," the Bund features 52 buildings in various styles. Overlook the amazing Pudong skyline and skyscrapers from here.</w:t>
      </w:r>
    </w:p>
    <w:p>
      <w:pPr>
        <w:widowControl/>
      </w:pPr>
      <w:r>
        <w:t>(Travel Note: 1) The Shanghai Museum and Yuyuan Garden are closed on Mondays. On these days, your visit to the Shanghai Museum will be arranged at the Shanghai Museum East, and Yuyuan Garden will be replaced with a visit to the City God Temple. 2) During peak season, if it is difficult to reserve tickets for the Shanghai Museum (People's Square), your visit will be arranged at the Shanghai Museum East Branch instead.)</w:t>
      </w:r>
    </w:p>
    <w:p>
      <w:pPr>
        <w:widowControl/>
      </w:pPr>
      <w:r>
        <w:t>Overview: Discover ancient and modern Shanghai through Shanghai Museum, Yu Garden, Yuyuan Bazaar, Nanjing Road &amp; The Bund. (B+L)</w:t>
      </w:r>
    </w:p>
    <w:p>
      <w:pPr>
        <w:widowControl/>
      </w:pPr>
      <w:r>
        <w:t>Attractions: 4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13 Departure from Shanghai | Hotel Check-out and Airport See-off</w:t>
      </w:r>
    </w:p>
    <w:p>
      <w:pPr>
        <w:widowControl/>
      </w:pPr>
      <w:r>
        <w:t>It is time to end your 13-day China group tour. You will have some free time in Shanghai and explore more on your own till be escorted to the airport/train station for your flight or high speed train to your next destination.</w:t>
      </w:r>
    </w:p>
    <w:p>
      <w:pPr>
        <w:widowControl/>
      </w:pPr>
      <w:r>
        <w:t>Trip Extension Ideas: 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Days Essential China Group Tour with Lhasa &amp; Chengdu Pandas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