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13天中国精华团体游，含拉萨与成都熊猫</w:t>
      </w:r>
    </w:p>
    <w:p>
      <w:pPr>
        <w:widowControl/>
      </w:pPr>
      <w:r>
        <w:t>线路编号：AOT-GT-019</w:t>
      </w:r>
    </w:p>
    <w:p>
      <w:pPr>
        <w:keepNext/>
        <w:widowControl/>
        <w:spacing w:before="240"/>
      </w:pPr>
      <w:r>
        <w:t>第1天 抵达北京：机场接机与酒店入住</w:t>
      </w:r>
    </w:p>
    <w:p>
      <w:pPr>
        <w:widowControl/>
      </w:pPr>
      <w:r>
        <w:t>你好！欢迎来到中国首都北京！抵达北京机场或火车站后，司机会在出口处迎接您，然后送您前往北京市中心精选酒店。当天剩余时间自由活动，您可以好好休息调整时差，也可以在酒店周边自行探索。</w:t>
      </w:r>
    </w:p>
    <w:p>
      <w:pPr>
        <w:widowControl/>
      </w:pPr>
      <w:r>
        <w:t>抵达建议：</w:t>
      </w:r>
    </w:p>
    <w:p>
      <w:pPr>
        <w:widowControl/>
      </w:pPr>
      <w:r>
        <w:t>北京与各地空中及高铁交通便利。北京有两个机场——北京大兴国际机场和北京首都国际机场，运营众多国际和国内航线。旅客可从中国大多数城市乘飞机前往北京，如香港、上海、广州、成都、西安、桂林、杭州、昆明、武汉、厦门、贵阳、重庆和兰州。此外，旅客还可从西安（4-5小时）、上海（4.5-6小时）、郑州（2.5-3小时）、武汉（4-5小时）、哈尔滨（5-5.5小时）等地乘坐高铁前往北京。</w:t>
      </w:r>
    </w:p>
    <w:p>
      <w:pPr>
        <w:widowControl/>
      </w:pPr>
      <w:r>
        <w:t>概述：抵达北京机场，机场接机，送往酒店并办理入住。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交通与活动：自行抵达北京；用车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第2天 北京一日游：天安门广场、故宫、景山公园、颐和园</w:t>
      </w:r>
    </w:p>
    <w:p>
      <w:pPr>
        <w:widowControl/>
      </w:pPr>
      <w:r>
        <w:t>今天您将用一整天的时间，通过中国著名的地标建筑、皇家气派和园林，探索北京的古老城郭。</w:t>
      </w:r>
    </w:p>
    <w:p>
      <w:pPr>
        <w:widowControl/>
      </w:pPr>
      <w:r>
        <w:t>早餐后，导游将在您下榻的酒店接您，然后前往天安门广场——世界上最大的公共广场，也是中国的象征。在过去的几十年里，它见证了中国历史上的许多重大事件，从这里您可以拍到天安门城楼的绝佳照片，它每天都出现在央视新闻中。</w:t>
      </w:r>
    </w:p>
    <w:p>
      <w:pPr>
        <w:widowControl/>
      </w:pPr>
      <w:r>
        <w:t>穿过广场，您将参观宏伟壮丽的故宫，它是世界上最大的宫殿建筑群，也曾是24位中国皇帝的家。故宫被列为联合国教科文组织世界遗产，拥有约500年的历史，在明朝（1368-1644年）和清朝（1644-1911年）期间，它是中国的政治和礼仪中心。故宫拥有8700多个房间，不仅是中国最大、保存最完好的古建筑群，也是一座城中之城，就像罗马的梵蒂冈一样。从午门进入，沿中轴线参观，确保您能看到所有亮点。在欣赏辉煌的建筑和众多古代珍宝的同时，聆听导游讲述曾经住在这里的皇帝们的故事。</w:t>
      </w:r>
    </w:p>
    <w:p>
      <w:pPr>
        <w:widowControl/>
      </w:pPr>
      <w:r>
        <w:t>下午，驱车前往颐和园，这座“皇家园林博物馆”曾是皇室的避暑胜地。园内的殿堂、寺庙、花园、亭台、湖泊、桥梁、城楼和长廊都是园林设计的奇迹。悠闲漫步，欣赏皇家建筑、山顶美景和美丽的湖泊，仿佛置身于传统中国山水画中的田园风光。</w:t>
      </w:r>
    </w:p>
    <w:p>
      <w:pPr>
        <w:widowControl/>
      </w:pPr>
      <w:r>
        <w:t>（旅行提示：北京故宫每周一闭馆。在闭馆日，您将改为参观天坛或恭王府。）</w:t>
      </w:r>
    </w:p>
    <w:p>
      <w:pPr>
        <w:widowControl/>
      </w:pPr>
      <w:r>
        <w:t>概述：北京全日游，包括天安门广场、故宫、景山公园和颐和园。（含早餐+午餐）</w:t>
      </w:r>
    </w:p>
    <w:p>
      <w:pPr>
        <w:widowControl/>
      </w:pPr>
      <w:r>
        <w:t>景点：4个标志性景点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第3天 北京长城之旅：慕田峪长城，外观鸟巢和水立方</w:t>
      </w:r>
    </w:p>
    <w:p>
      <w:pPr>
        <w:widowControl/>
      </w:pPr>
      <w:r>
        <w:t>今天上午，您将前往北京西北方向的慕田峪长城（车程约1.5至2小时，73公里）。长城拥有2000多年历史，绵延3000多英里，横跨中国北方多个省份，是地球上最令人惊叹的古代杰作之一。慕田峪长城西接箭扣长城，东连古北口长城。慕田峪是长城最长且修复最完整的一段，游客相对较少，并以其23座明代敌楼和壮丽景色而闻名。</w:t>
      </w:r>
    </w:p>
    <w:p>
      <w:pPr>
        <w:widowControl/>
      </w:pPr>
      <w:r>
        <w:t>乘坐缆车登上第14座敌楼，然后在长城上徒步游览西线，感受这段旅程的独特体验。周围覆盖着苍翠的松柏，蜿蜒的长城雄伟地矗立在广阔的大地上，您将在这里拍摄到最壮丽的自然风光。挑战自我，攀登至第20座敌楼，实现您的长城梦想。珍惜这个机会，尽情拍照吧！</w:t>
      </w:r>
    </w:p>
    <w:p>
      <w:pPr>
        <w:widowControl/>
      </w:pPr>
      <w:r>
        <w:t>在这段难得的体验之后，返回北京市区，有机会与鸟巢（北京国家体育场）和水立方（北京国家游泳中心）的外观合影。它们都是为2008年北京奥运会而设计，并曾用于2022年冬奥会。</w:t>
      </w:r>
    </w:p>
    <w:p>
      <w:pPr>
        <w:widowControl/>
      </w:pPr>
      <w:r>
        <w:t>之后，送您返回酒店，今晚好好休息。</w:t>
      </w:r>
    </w:p>
    <w:p>
      <w:pPr>
        <w:widowControl/>
      </w:pPr>
      <w:r>
        <w:t>概述：乘坐缆车（往返）游览慕田峪长城，在返回市区的途中外观鸟巢和水立方。（含早餐+午餐）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用餐：早餐，午餐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第4天 北京乘高铁至西安 大雁塔与回民街</w:t>
      </w:r>
    </w:p>
    <w:p>
      <w:pPr>
        <w:widowControl/>
      </w:pPr>
      <w:r>
        <w:t>早餐后，工作人员将送您前往火车站，乘坐高铁前往西安（约4.5至5.5小时）。欢迎来到西安，这座中国十三朝古都！抵达火车站后，司机将在出口处迎接您，并送您前往西安的酒店。</w:t>
      </w:r>
    </w:p>
    <w:p>
      <w:pPr>
        <w:widowControl/>
      </w:pPr>
      <w:r>
        <w:t>下午，您将参观大雁塔，这是西安最具辨识度的地标之一，也是唐代辉煌的象征。这座七层宝塔坐落于宁静的大慈恩寺内，是中国唐代风格佛塔的最佳范例之一（方形而非圆形）。它于公元652年建成，用于存放僧人玄奘从印度带回的佛教经书。玄奘的旅行启发了中国文学最著名的作品之一《西游记》。</w:t>
      </w:r>
    </w:p>
    <w:p>
      <w:pPr>
        <w:widowControl/>
      </w:pPr>
      <w:r>
        <w:t>随后，您将有机会探索充满活力、热闹非凡的回民街，这是西安最著名的街区之一。该区域绵延约500米，是西安回族穆斯林社区的所在地。您可以感受这里的热闹氛围，尤其不要错过令人垂涎的街头美食。您可以品尝西安著名特色小吃，如肉夹馍、羊肉泡馍、biangbiang面和烤肉串。</w:t>
      </w:r>
    </w:p>
    <w:p>
      <w:pPr>
        <w:widowControl/>
      </w:pPr>
      <w:r>
        <w:t>概述：乘高铁离开北京抵达西安，火车站接站。参观大雁塔和回民街。（含早餐）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交通与活动：高铁、车辆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第5天 西安城市游：兵马俑、古城墙、钟楼（或鼓楼）</w:t>
      </w:r>
    </w:p>
    <w:p>
      <w:pPr>
        <w:widowControl/>
      </w:pPr>
      <w:r>
        <w:t>早餐后，导游和司机将在您下榻的酒店接您。驱车约40公里（约1小时），前往探索世界最伟大的考古发现之一——兵马俑博物馆，这是中国第一位皇帝秦始皇为在地下保护自己而建造的。目前已发现约8000个栩栩如生、真人大小般的兵马俑。首先，参观最大、最气势恢宏的一号坑，据信其中包含超过6000件陶制士兵和马匹。您会惊叹于这支由数千个真人大小陶俑组成的地下军队，静静地矗立守卫着皇帝。同时，还会赞叹中国古代工匠精湛绝伦的艺术技艺。接下来，前往另一个俑坑，在那里您可以看到约1300件武士和战马。考察古代军阵，包括跪射俑和立射俑、战车阵列以及众多手持武器的士兵。</w:t>
      </w:r>
    </w:p>
    <w:p>
      <w:pPr>
        <w:widowControl/>
      </w:pPr>
      <w:r>
        <w:t>午餐后，前往参观古城墙，也被称为西安城墙，是中国最古老、规模最大、保存最完好的城墙之一。您可以从容地在城墙上漫步，欣赏其内外墙、敌楼和护城河，同时饱览现代西安的全景。在那里，您还将参观令人叹为观止的钟楼（或鼓楼），这座可追溯至600年前的明代地标，在灯光映衬下璀璨夺目，为拍摄展现西安古今交融的绝美照片营造出迷人背景。傍晚，您还有机会游览热闹的钟鼓楼广场（Zhongulou Square），让您像当地人一样沉浸在西安充满活力的夜生活中。</w:t>
      </w:r>
    </w:p>
    <w:p>
      <w:pPr>
        <w:widowControl/>
      </w:pPr>
      <w:r>
        <w:t>概述：西安历史之旅，包含兵马俑、古城墙和钟楼（或鼓楼）。（含早餐+午餐）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用餐：早餐,午餐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第6天 乘高铁从西安到成都</w:t>
      </w:r>
    </w:p>
    <w:p>
      <w:pPr>
        <w:widowControl/>
      </w:pPr>
      <w:r>
        <w:t>行程结束后，将送您前往火车站，乘坐高铁前往成都（经济座火车票由AOT安排）。欢迎来到成都，中国西南部的熊猫故乡！抵达成都机场后，司机会在出口处迎接您，随后送您前往成都市中心的精选酒店。晚上推荐品尝四川火锅和观看川剧。</w:t>
      </w:r>
    </w:p>
    <w:p>
      <w:pPr>
        <w:widowControl/>
      </w:pPr>
      <w:r>
        <w:t>概述：乘坐高铁前往成都，火车站接站，酒店入住。（含早餐）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交通与活动：高铁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第7天 成都经典游：成都大熊猫基地、三星堆博物馆、锦里古街（或旺季备选：市区游）</w:t>
      </w:r>
    </w:p>
    <w:p>
      <w:pPr>
        <w:widowControl/>
      </w:pPr>
      <w:r>
        <w:t>上午，您将在约定时间于成都酒店大堂与导游提前会合。今天您将实现熊猫梦，乘车17公里前往成都大熊猫繁育研究基地（熊猫基地）。</w:t>
      </w:r>
    </w:p>
    <w:p>
      <w:pPr>
        <w:widowControl/>
      </w:pPr>
      <w:r>
        <w:t>成都大熊猫基地是距离市区最近的大熊猫基地，园内饲养着100多只大熊猫，是世界上圈养大熊猫数量最多的基地。您将看到不同年龄段的大熊猫。观看它们玩耍、进食、攀爬、睡觉，乐趣无穷……如果您在秋季前来，将有机会在太阳产房和月亮产房看到粉红色的新生大熊猫幼崽。除了大熊猫，您还可以在红熊猫活动区与可爱的红熊猫（小熊猫）近距离接触，它们可能就在您身边漫步。随后跟随导游参观熊猫博物馆，探索更多关于熊猫的秘密。（注意：熊猫喜欢凉爽天气，因此建议您尽早抵达，因为熊猫在上午更为活跃。高温天气时，熊猫更愿意待在室内睡觉。）</w:t>
      </w:r>
    </w:p>
    <w:p>
      <w:pPr>
        <w:widowControl/>
      </w:pPr>
      <w:r>
        <w:t>下午，驱车前往参观神秘的三星堆遗址博物馆（约1小时车程，50公里）。三星堆于1929年被发现，出土自3000至5000年前古都的璀璨文物，一直让考古学家兴奋不已。作为中国最值得外国游客参观的50个地方之一，您将为创造这些杰出文物的古人而惊叹。沉睡数千年，一醒惊天下。在青铜馆，您可以近距离观赏青铜神树（高3.96米，博物馆镇馆之宝，考古学家耗时10年才修复完成）、青铜立人像（高2.6米，同类器中唯一完整的大型人像）、纵目青铜面具（突出的眼睛被认为是古蜀第一位首领“蚕丛”的象征）、太阳形青铜器（看起来像汽车方向盘）……走进神秘的综合馆，惊叹于金杖（古蜀国王的金杖）、三足陶器（三足炊具陶器，当地人称之为火锅）、玉璋、金面具……通过三星堆遗址出土的青铜、玉器和金器，您可以想象灿烂的三星堆文明和古蜀国的存在，这将四川地区的历史向前推进了2000多年。参观三星堆后，驱车返回成都市区。</w:t>
      </w:r>
    </w:p>
    <w:p>
      <w:pPr>
        <w:widowControl/>
      </w:pPr>
      <w:r>
        <w:t>之后，返回成都市区，在锦里古街悠闲漫步。锦里拥有1800多年的历史，展现了古蜀国的深厚文化。在这条传统的石板街上惬意散步，街道两旁满是美味的当地小吃、精致的工艺品、有趣的民俗表演等。</w:t>
      </w:r>
    </w:p>
    <w:p>
      <w:pPr>
        <w:widowControl/>
      </w:pPr>
      <w:r>
        <w:t>备选方案：成都市内游（不含三星堆博物馆）</w:t>
      </w:r>
    </w:p>
    <w:p>
      <w:pPr>
        <w:widowControl/>
      </w:pPr>
      <w:r>
        <w:t>旺季期间，三星堆博物馆门票可能难以预订。如门票无法获取，您的行程将调整为成都市内游。</w:t>
      </w:r>
    </w:p>
    <w:p>
      <w:pPr>
        <w:widowControl/>
      </w:pPr>
      <w:r>
        <w:t>调整后的行程包括：成都大熊猫繁育研究基地 → 成都博物馆 → 宽窄巷子 → 人民公园。</w:t>
      </w:r>
    </w:p>
    <w:p>
      <w:pPr>
        <w:widowControl/>
      </w:pPr>
      <w:r>
        <w:t>概述：方案A：参观成都大熊猫基地 + 三星堆博物馆 + 锦里古街；方案B：参观成都大熊猫基地 + 成都博物馆 + 宽窄巷子 + 人民公园。</w:t>
      </w:r>
    </w:p>
    <w:p>
      <w:pPr>
        <w:widowControl/>
      </w:pPr>
      <w:r>
        <w:t>景点：3-4个标志性景点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第8天 成都飞往拉萨</w:t>
      </w:r>
    </w:p>
    <w:p>
      <w:pPr>
        <w:widowControl/>
      </w:pPr>
      <w:r>
        <w:t>早餐后，您在成都还有自由活动时间，可以自行继续探索，随后送您前往机场，搭乘飞往拉萨的航班（经济舱机票由AOT安排）。</w:t>
      </w:r>
    </w:p>
    <w:p>
      <w:pPr>
        <w:widowControl/>
      </w:pPr>
      <w:r>
        <w:t>扎西德勒！欢迎来到拉萨，西藏自治区首府！抵达拉萨机场或火车站后，当地司机会在出口处接您，随后送您前往拉萨的酒店。您可以在酒店好好休息，适应海拔（3,650米），为第二天探索拉萨做好准备。</w:t>
      </w:r>
    </w:p>
    <w:p>
      <w:pPr>
        <w:widowControl/>
      </w:pPr>
      <w:r>
        <w:t>温馨提示：</w:t>
      </w:r>
    </w:p>
    <w:p>
      <w:pPr>
        <w:widowControl/>
      </w:pPr>
      <w:r>
        <w:t>1. 为预防高原反应，建议放慢节奏、注意保暖、经常喝水、头一两天不要洗澡、放松心情、保证睡眠。</w:t>
      </w:r>
    </w:p>
    <w:p>
      <w:pPr>
        <w:widowControl/>
      </w:pPr>
      <w:r>
        <w:t>2. 您应根据自身健康状况，始终遵从医生关于海拔的建议。</w:t>
      </w:r>
    </w:p>
    <w:p>
      <w:pPr>
        <w:widowControl/>
      </w:pPr>
      <w:r>
        <w:t>3. 每当您感到不适或需要帮助时，请务必告知导游或酒店工作人员。当地人都乐于助人，也擅长处理高原反应。</w:t>
      </w:r>
    </w:p>
    <w:p>
      <w:pPr>
        <w:widowControl/>
      </w:pPr>
      <w:r>
        <w:t>概述：离开成都，乘航班抵达拉萨，机场接机，并入住酒店。（含早餐）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交通与活动：航班，车辆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第9天 拉萨文化之旅：拉萨传统手工艺艺术中心与色拉寺</w:t>
      </w:r>
    </w:p>
    <w:p>
      <w:pPr>
        <w:widowControl/>
      </w:pPr>
      <w:r>
        <w:t>今天，您将在拉萨传统手工艺艺术中心尽情体验，近距离接触藏族文化，还会前往色拉寺观看僧人辩经，感受藏传佛教的氛围。</w:t>
      </w:r>
    </w:p>
    <w:p>
      <w:pPr>
        <w:widowControl/>
      </w:pPr>
      <w:r>
        <w:t>上午，在拉萨传统手工艺艺术中心享受体验，亲自动手制作藏香、学习藏文书法，并了解木刻印刷的奥秘。藏香通常在藏传佛教的宗教仪式和典礼中作为供品焚烧。藏香的原料通常包括杜松、檀香、雪松、肉桂、丁香以及各种草药。除了学习如何制作藏香，您还可以在本地老师的帮助下，用藏文书写自己的名字，并进行雕刻和印刷。手工制作的藏香和印刷文字可以带回家，作为藏族文化体验的纪念品。</w:t>
      </w:r>
    </w:p>
    <w:p>
      <w:pPr>
        <w:widowControl/>
      </w:pPr>
      <w:r>
        <w:t>下午，驱车约7公里（约20分钟）前往参观色拉寺，它是西藏格鲁派三大寺院之一。这里提供了近距离体验藏传佛教的机会。色拉寺的亮点是观看僧人辩经，辩经通常在15:00-17:00进行（周日除外）。辩经是一种有趣的交流形式，一位僧人担任提问者，站立着，而回答者或一组回答者坐着。站立的僧人提问并击掌、跺脚，每个动作都有特殊含义，例如激活智慧，并非带有攻击性。您还有机会参加祈祷仪式、参观冥想堂，并了解僧侣的生活方式。这是深入了解藏传佛教信仰和实践的必去之地。</w:t>
      </w:r>
    </w:p>
    <w:p>
      <w:pPr>
        <w:widowControl/>
      </w:pPr>
      <w:r>
        <w:t>晚上，享用由AOT团队特别提供的藏族美食团餐。</w:t>
      </w:r>
    </w:p>
    <w:p>
      <w:pPr>
        <w:widowControl/>
      </w:pPr>
      <w:r>
        <w:t>概述：在拉萨传统手工艺艺术中心享受特别体验，并参观色拉寺，开启您的西藏之旅。（含早餐、晚餐）</w:t>
      </w:r>
    </w:p>
    <w:p>
      <w:pPr>
        <w:widowControl/>
      </w:pPr>
      <w:r>
        <w:t>景点：2个标志性景点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用餐：早餐,晚餐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第10天 拉萨城市游：布达拉宫、大昭寺、八廓街</w:t>
      </w:r>
    </w:p>
    <w:p>
      <w:pPr>
        <w:widowControl/>
      </w:pPr>
      <w:r>
        <w:t>今天，我们将游览拉萨，首先参观世界闻名的布达拉宫，它是一处世界遗产，也是50元人民币背面的图案。然后，您将继续探索拉萨，参观大昭寺，这是一处世界文化遗产，以其辉煌的建筑、文化、艺术和历史而闻名。最后，您可以与当地人一起漫步在著名的八廓街，了解更多藏族人的日常转经生活。</w:t>
      </w:r>
    </w:p>
    <w:p>
      <w:pPr>
        <w:widowControl/>
      </w:pPr>
      <w:r>
        <w:t>早上，您可以步行前往布达拉宫参观。它不仅是西藏的标志，也是达赖喇嘛（1649-1959）的传统住所和冬宫。从布达拉宫大门攀登365级台阶到达红宫后，您将抵达海拔3700米的世界最高宫殿，在那里您可以欣赏到拉萨城市的绝佳全景。当您探索红宫内历任达赖喇嘛的主要殿堂、佛堂和神殿时，您会被其非凡的壁画、华丽的珠宝作品、精湛的雕刻、色彩斑斓的装饰以及宝藏背后的神秘故事所震撼和感动。在布达拉宫内部，您会遇到许多从远方前来朝拜的藏族朝圣者，对他们来说，这里是一生必到的圣地。您还可以请导游讲述更多关于松赞干布的故事，他是第33代藏王，在7世纪时为迎娶唐朝文成公主而首次建造了布达拉宫。（请注意，参观顺序可能会根据您布达拉宫门票上指定的参观时间进行调整。所有游客必须随旅行团参观，并在宫内停留一小时。请注意，宫内禁止拍照。）</w:t>
      </w:r>
    </w:p>
    <w:p>
      <w:pPr>
        <w:widowControl/>
      </w:pPr>
      <w:r>
        <w:t>大昭寺位于拉萨市中心，已有1300多年历史，是全世界佛教徒的重要朝圣地。它被誉为西藏的精神中心，据说大昭寺是为松赞干布王的两位新娘——唐朝文成公主和尼泊尔尺尊公主而建。“大昭”意为“佛之屋”，寺内供奉着一尊12岁释迦牟尼等身像，被视为佛教世界的珍宝。这就是为什么佛教朝圣者认为它是最神圣的目的地。大昭寺也以其美丽的建筑而闻名。您可以欣赏到复杂的雕刻、色彩斑斓的壁画、华丽的装饰和建筑细节，这是藏族建筑的杰作。无论白天还是夜晚，当您看着人们在寺庙前祈祷时，时间似乎静止了。（请注意，参观顺序可能会根据您大昭寺门票预订情况进行调整。）</w:t>
      </w:r>
    </w:p>
    <w:p>
      <w:pPr>
        <w:widowControl/>
      </w:pPr>
      <w:r>
        <w:t>之后，在靠近大昭寺的繁忙八廓街上散步，这里在古代是佛教徒进行转经（朝圣环路）的地方。如今，它已成为一个繁荣的当地市场，您可以在这里喝一壶酥油茶，穿上藏族服饰拍照，并挑选一些当地藏族、尼泊尔和印度的手工艺品和纪念品。</w:t>
      </w:r>
    </w:p>
    <w:p>
      <w:pPr>
        <w:widowControl/>
      </w:pPr>
      <w:r>
        <w:t>概述：参观布达拉宫、大昭寺、八廓街。（含早餐）</w:t>
      </w:r>
    </w:p>
    <w:p>
      <w:pPr>
        <w:widowControl/>
      </w:pPr>
      <w:r>
        <w:t>景点：3个标志性景点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第11天 拉萨至上海：酒店退房及机场接送</w:t>
      </w:r>
    </w:p>
    <w:p>
      <w:pPr>
        <w:widowControl/>
      </w:pPr>
      <w:r>
        <w:t>这一天，早餐后，您所在的团队将被送往机场，搭乘飞往上海的航班（由 AOT 安排经济舱机票）。欢迎来到上海，中国最国际化、最具活力的城市！上海长期融合东西方文化，造就了独特的上海文化。</w:t>
      </w:r>
    </w:p>
    <w:p>
      <w:pPr>
        <w:widowControl/>
      </w:pPr>
      <w:r>
        <w:t>抵达上海机场后，司机将在出口处迎接您，随后送您前往上海市中心精选酒店。当天剩余时间自由活动，您可以好好休息倒时差，或在酒店周边自行探索。</w:t>
      </w:r>
    </w:p>
    <w:p>
      <w:pPr>
        <w:widowControl/>
      </w:pPr>
      <w:r>
        <w:t>概述：送往拉萨机场飞往上海，机场接机并办理酒店入住。（含早餐）</w:t>
      </w:r>
    </w:p>
    <w:p>
      <w:pPr>
        <w:widowControl/>
      </w:pPr>
      <w:r>
        <w:t>景点：今日在上海自由探索</w:t>
      </w:r>
    </w:p>
    <w:p>
      <w:pPr>
        <w:widowControl/>
      </w:pPr>
      <w:r>
        <w:t>交通与活动：航班、车辆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第12天 上海城市游：上海博物馆、上海中心大厦、豫园及豫园商城、南京路及外滩</w:t>
      </w:r>
    </w:p>
    <w:p>
      <w:pPr>
        <w:widowControl/>
      </w:pPr>
      <w:r>
        <w:t>今天您将用一整天时间，在这座“东方巴黎”感受东西方文化的完美交融。我们会参观精彩的博物馆、传统的中国园林、现代摩天大楼和充满异国风情的建筑。</w:t>
      </w:r>
    </w:p>
    <w:p>
      <w:pPr>
        <w:widowControl/>
      </w:pPr>
      <w:r>
        <w:t>首先前往浦东地区。陆家嘴金融区的三座高耸摩天大楼非常醒目。上海中心大厦高632米（2073英尺），是中国第一高楼、世界第二高楼。您将登上上海最高的建筑——上海中心大厦，其从底部到顶部有惊人的120度旋转。乘坐世界上最快的电梯，以64公里/小时的速度，升至118层、离地546米（约1791英尺）的“上海之巅”观光厅。在这里可以欣赏无与伦比的城市360度全景，俯瞰金茂大厦和上海环球金融中心。</w:t>
      </w:r>
    </w:p>
    <w:p>
      <w:pPr>
        <w:widowControl/>
      </w:pPr>
      <w:r>
        <w:t>随后参观上海博物馆，欣赏馆藏艺术精品，了解深厚的中国历史。博物馆外形仿古代青铜鼎，圆顶方基，象征“天圆地方”。馆内藏有12万件文物，展示跨越5000年的中国艺术。您可以在青铜器和陶瓷展厅中细细欣赏精美的青铜器和精致器物。不要错过顶级珍品，如3000多年前的大克鼎和晋侯稣编钟等古代乐器。</w:t>
      </w:r>
    </w:p>
    <w:p>
      <w:pPr>
        <w:widowControl/>
      </w:pPr>
      <w:r>
        <w:t>接下来前往豫园，这是隐藏在繁华上海市中心的最著名的中国古典园林。您可以悠闲漫步，欣赏中国建筑和精美的雕塑与雕刻。外面的豫园商城是品尝当地小吃、购买传统手工艺品和艺术品的好去处。</w:t>
      </w:r>
    </w:p>
    <w:p>
      <w:pPr>
        <w:widowControl/>
      </w:pPr>
      <w:r>
        <w:t>下午，漫步南京路步行街，两旁遍布著名品牌、餐厅、咖啡馆、纪念品商店和高耸的建筑。之后继续前往外滩，上海最不容错过的景点。外滩被称为“万国建筑博览”，拥有52栋风格各异的建筑。从这里可以俯瞰令人惊叹的浦东天际线和摩天大楼。</w:t>
      </w:r>
    </w:p>
    <w:p>
      <w:pPr>
        <w:widowControl/>
      </w:pPr>
      <w:r>
        <w:t>（旅行提示：1）上海博物馆和豫园周一闭馆。这些天，您的上海博物馆参观将安排在上海博物馆东馆，豫园将改为参观城隍庙。2）旺季期间，如果难以预订上海博物馆（人民广场）的门票，您的参观将改为安排在上海博物馆东馆。）</w:t>
      </w:r>
    </w:p>
    <w:p>
      <w:pPr>
        <w:widowControl/>
      </w:pPr>
      <w:r>
        <w:t>概述：通过上海博物馆、豫园、豫园商城、南京路和外滩，发现上海的古今风貌。（含早餐+午餐）</w:t>
      </w:r>
    </w:p>
    <w:p>
      <w:pPr>
        <w:widowControl/>
      </w:pPr>
      <w:r>
        <w:t>景点：4个标志性景点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第13天 上海出发：酒店退房及送机</w:t>
      </w:r>
    </w:p>
    <w:p>
      <w:pPr>
        <w:widowControl/>
      </w:pPr>
      <w:r>
        <w:t>为期13天的中国团体游到此结束。您可以在上海自由活动，自行探索更多地方，之后我们会送您前往机场或火车站，搭乘航班或高铁前往下一个目的地。</w:t>
      </w:r>
    </w:p>
    <w:p>
      <w:pPr>
        <w:widowControl/>
      </w:pPr>
      <w:r>
        <w:t>行程延伸建议：如果您不打算马上回国，而是想游览亚洲其他国家或地区，我们可以帮您安排延伸行程。欢迎随时把您的想法告诉我们！</w:t>
      </w:r>
    </w:p>
    <w:p>
      <w:pPr>
        <w:widowControl/>
      </w:pPr>
      <w:r>
        <w:t>感谢您选择亚洲奥德赛旅游安排此次中国之行。我们随时为您提供帮助，也希望在您下次中国或亚洲之旅中再次见到您。祝您旅途平安！</w:t>
      </w:r>
    </w:p>
    <w:p>
      <w:pPr>
        <w:widowControl/>
      </w:pPr>
      <w:r>
        <w:t>概述：从上海出发，中午12:00前退房，送机。祝您平安回家。（含早餐）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13天中国精华团体游，含拉萨与成都熊猫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