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15天中国梦想之旅：经典中国、熊猫、自然奇观小团游</w:t>
      </w:r>
    </w:p>
    <w:p>
      <w:pPr>
        <w:widowControl/>
      </w:pPr>
      <w:r>
        <w:t>线路编号：AOT-GT-020</w:t>
      </w:r>
    </w:p>
    <w:p>
      <w:pPr>
        <w:keepNext/>
        <w:widowControl/>
        <w:spacing w:before="240"/>
      </w:pPr>
      <w:r>
        <w:t>第1天 抵达北京：接机并入住酒店</w:t>
      </w:r>
    </w:p>
    <w:p>
      <w:pPr>
        <w:widowControl/>
      </w:pPr>
      <w:r>
        <w:t>您好！欢迎来到中国首都北京！抵达北京的机场或火车站后，司机会在出口处迎接您，随后送您前往位于北京市中心的精选酒店。当天剩余时间由您自由安排，您可以好好休息、调整时差，也可以在酒店周边自行逛逛。</w:t>
      </w:r>
    </w:p>
    <w:p>
      <w:pPr>
        <w:widowControl/>
      </w:pPr>
      <w:r>
        <w:t>抵达方式建议：</w:t>
      </w:r>
    </w:p>
    <w:p>
      <w:pPr>
        <w:widowControl/>
      </w:pPr>
      <w:r>
        <w:t>北京的航空和高铁交通都很便利，有两个机场：北京大兴国际机场和北京首都国际机场，运营众多国际和国内航线。旅客可从中国大多数城市乘飞机前往北京，如香港、上海、广州、成都、西安、桂林、杭州、昆明、武汉、厦门、贵阳、重庆和兰州。此外，旅客也可乘坐高铁从西安（4-5小时）、上海（4.5-6小时）、郑州（2.5-3小时）、武汉（4-5小时）、哈尔滨（5-5.5小时）等地前往北京。</w:t>
      </w:r>
    </w:p>
    <w:p>
      <w:pPr>
        <w:widowControl/>
      </w:pPr>
      <w:r>
        <w:t>概述：抵达北京机场后接机，送往酒店并办理入住。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北京城市游：天安门广场、故宫、景山公园、颐和园</w:t>
      </w:r>
    </w:p>
    <w:p>
      <w:pPr>
        <w:widowControl/>
      </w:pPr>
      <w:r>
        <w:t>今天您将用一整天时间，通过中国著名的地标、皇家气派和皇家园林，探索北京的古老城郭。</w:t>
      </w:r>
    </w:p>
    <w:p>
      <w:pPr>
        <w:widowControl/>
      </w:pPr>
      <w:r>
        <w:t>早餐后，导游将在酒店接您，前往天安门广场，这是世界上最大的公共广场，也是中国的象征。过去几十年里，它见证了中国历史上的许多重大事件，从这里您可以拍摄到天安门城楼的绝佳照片，这座城楼每天都会出现在央视新闻中。</w:t>
      </w:r>
    </w:p>
    <w:p>
      <w:pPr>
        <w:widowControl/>
      </w:pPr>
      <w:r>
        <w:t>步行穿过广场，您将参观宏伟壮丽的故宫，这是世界上最大的宫殿建筑群，曾是24位中国皇帝的家。故宫被列为联合国教科文组织世界遗产，拥有约500年历史，在明朝（1368-1644）和清朝（1644-1911）期间是中国政治和礼仪中心。故宫拥有超过8700个房间，不仅是中国最大、保存最完好的古建筑群，也是一座城中之城，就像罗马的梵蒂冈。从午门进入，沿中轴线参观，确保您能看到所有亮点。在欣赏辉煌的建筑和众多古代珍宝的同时，聆听导游讲述曾居住于此的皇帝们的故事。</w:t>
      </w:r>
    </w:p>
    <w:p>
      <w:pPr>
        <w:widowControl/>
      </w:pPr>
      <w:r>
        <w:t>之后，步行15分钟前往景山公园，在那里您可以欣赏到现代北京和故宫红褐色屋顶的壮丽全景。</w:t>
      </w:r>
    </w:p>
    <w:p>
      <w:pPr>
        <w:widowControl/>
      </w:pPr>
      <w:r>
        <w:t>下午，驱车前往颐和园，这座“皇家园林博物馆”曾是皇室的避暑胜地。园内的寺庙、花园、亭台、湖泊、桥梁、门楼和长廊都是景观设计的奇迹。悠闲漫步，欣赏皇家建筑、山顶美景和美丽的湖泊，这里提供了如传统中国画般田园诗般的逃离。</w:t>
      </w:r>
    </w:p>
    <w:p>
      <w:pPr>
        <w:widowControl/>
      </w:pPr>
      <w:r>
        <w:t>（旅行提示：北京故宫周一闭馆。届时您将改为参观天坛或恭王府。）</w:t>
      </w:r>
    </w:p>
    <w:p>
      <w:pPr>
        <w:widowControl/>
      </w:pPr>
      <w:r>
        <w:t>概述：北京全天游，包括天安门广场、故宫、景山公园和颐和园。（含早餐+午餐）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北京乘高铁至西安，大雁塔、回民街</w:t>
      </w:r>
    </w:p>
    <w:p>
      <w:pPr>
        <w:widowControl/>
      </w:pPr>
      <w:r>
        <w:t>交通方式：北京至西安高铁，由AOT安排（二等座）。</w:t>
      </w:r>
    </w:p>
    <w:p>
      <w:pPr>
        <w:widowControl/>
      </w:pPr>
      <w:r>
        <w:t>早餐后，您的团队将乘车前往火车站，搭乘高铁前往西安（约4.5-5.5小时）。欢迎来到西安，这座中国十三朝古都！抵达火车站后，司机将在出口处迎接您，并送您前往西安的酒店。</w:t>
      </w:r>
    </w:p>
    <w:p>
      <w:pPr>
        <w:widowControl/>
      </w:pPr>
      <w:r>
        <w:t>下午，您将参观大雁塔，这是西安最具辨识度的地标之一，也是唐代辉煌的象征。这座七层宝塔矗立在宁静的大慈恩寺内，是中国唐代风格佛塔的最佳范例之一（方形而非圆形）。它建成于公元652年，用于存放僧人玄奘从印度带回的佛教经卷。他的旅行启发了一部中国最著名的文学作品之一《西游记》。</w:t>
      </w:r>
    </w:p>
    <w:p>
      <w:pPr>
        <w:widowControl/>
      </w:pPr>
      <w:r>
        <w:t>随后，您将有机会探索热闹繁华的回民街，这是西安最著名的街区之一。这片区域延伸约500米，是这座城市回族穆斯林社区的所在地。您可以感受热闹的氛围，尤其是令人垂涎的街头美食。您还可以品尝西安著名特色小吃，如肉夹馍、羊肉泡馍、biangbiang面和烤肉串。</w:t>
      </w:r>
    </w:p>
    <w:p>
      <w:pPr>
        <w:widowControl/>
      </w:pPr>
      <w:r>
        <w:t>概述：乘高铁离开北京抵达西安，火车站接站。参观大雁塔、回民街。（含早餐）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西安城市之旅：兵马俑、古城墙、钟楼（或鼓楼）</w:t>
      </w:r>
    </w:p>
    <w:p>
      <w:pPr>
        <w:widowControl/>
      </w:pPr>
      <w:r>
        <w:t>早餐后，导游和司机将前往酒店接您。驱车约40公里（约1小时）去探索世界上最伟大的考古发现之一——兵马俑博物馆，它由中国第一位皇帝秦始皇建造，用于在来世保护他。迄今为止，已发现约8000个栩栩如生、真人大小般的兵马俑。首先，参观最大、最壮观的1号坑，据信其中包含6000多个陶制士兵和战马。您将惊叹于这支地下真人大小、成千上万默默矗立守卫皇帝的军队。同时，也惊叹于古代中国工匠的精湛艺术技艺。接下来，前往另一个坑，那里您可以看到约1300个武士和战马。仔细考察古代军阵，包括跪射俑和立射俑、战车阵列以及众多手持武器的士兵。</w:t>
      </w:r>
    </w:p>
    <w:p>
      <w:pPr>
        <w:widowControl/>
      </w:pPr>
      <w:r>
        <w:t>午餐后，前往参观古城墙，也被称为西安城墙，是中国最古老、规模最大且保存最完好的城墙之一。悠闲地在城墙上漫步，欣赏其内墙和外墙、瞭望塔和护城河，饱览现代西安的全景。在那里，您还将参观令人惊叹的钟楼（或鼓楼），这是一座可追溯到600年前的明代地标，将被美丽地照亮，为拍摄展现西安古今和谐交融的绝美照片营造迷人背景。晚上，您还有机会参观热闹的钟鼓楼广场，让您像当地人一样沉浸在西安充满活力的夜生活中。</w:t>
      </w:r>
    </w:p>
    <w:p>
      <w:pPr>
        <w:widowControl/>
      </w:pPr>
      <w:r>
        <w:t>概述：在西安进行一日历史之旅，包括兵马俑、古城墙以及钟楼或鼓楼。（含早餐+午餐）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西安乘高铁前往成都，成都火车站接站并入住酒店</w:t>
      </w:r>
    </w:p>
    <w:p>
      <w:pPr>
        <w:widowControl/>
      </w:pPr>
      <w:r>
        <w:t>交通安排：由AOT安排西安至成都的高铁（二等座）</w:t>
      </w:r>
    </w:p>
    <w:p>
      <w:pPr>
        <w:widowControl/>
      </w:pPr>
      <w:r>
        <w:t>这一天，您将乘车前往火车站，乘坐高铁前往成都（约3-4小时）。抵达成都后，导游将在火车站出口接您，随后送您前往成都市中心的酒店。今天其余时间自由活动，您可以自行探索这座以大熊猫和四川美食闻名的悠闲城市。</w:t>
      </w:r>
    </w:p>
    <w:p>
      <w:pPr>
        <w:widowControl/>
      </w:pPr>
      <w:r>
        <w:t>概述：从西安乘高铁抵达成都，火车站接站，并入住酒店。（含早餐）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成都经典一日游：成都大熊猫基地、三星堆博物馆、锦里古街（旺季备选方案：市区游）</w:t>
      </w:r>
    </w:p>
    <w:p>
      <w:pPr>
        <w:widowControl/>
      </w:pPr>
      <w:r>
        <w:t>早上，您将在约定时间于成都酒店大堂与导游会合。今天您将实现看熊猫的心愿，乘车17公里前往成都大熊猫繁育研究基地（简称熊猫基地）。</w:t>
      </w:r>
    </w:p>
    <w:p>
      <w:pPr>
        <w:widowControl/>
      </w:pPr>
      <w:r>
        <w:t>成都大熊猫基地是距离市区最近的熊猫基地，生活着100多只大熊猫，是世界上圈养大熊猫数量最多的基地。您将看到不同年龄的大熊猫，看它们玩耍、进食、爬树、睡觉，十分有趣。如果您在秋天前来，将有机会在太阳产房和月亮产房看到粉色的新生大熊猫幼崽。除了大熊猫，您还可以在小熊猫活动场看到可爱的红熊猫在您身边走动。随后跟随导游参观熊猫博物馆，了解更多关于熊猫的知识。（注意：熊猫喜欢凉爽的天气，因此建议您尽早到达，因为熊猫在早晨更活跃。高温天气时，熊猫更愿意待在室内睡觉。）</w:t>
      </w:r>
    </w:p>
    <w:p>
      <w:pPr>
        <w:widowControl/>
      </w:pPr>
      <w:r>
        <w:t>下午，乘车前往神秘的三星堆遗址博物馆（约1小时车程，50公里）。三星堆于1929年被发现，出土于3000至5000年前古都的辉煌文物令考古学家兴奋不已。作为中国最值得外国游客参观的50个地方之一，您将惊叹于创造了这些杰出文物的古人。沉睡数千年，一醒惊天下。在青铜馆，您可以近距离观看青铜神树（高3.96米，博物馆的珍宝，考古学家花了10年时间修复）、青铜立人像（高2.6米，唯一完整的大型同类人像）、纵目青铜面具（突出的眼睛被认为是古蜀第一位首领“蚕丛”的象征）、太阳形青铜器（看起来像汽车方向盘）……走进神秘的综合馆，惊叹于金杖（古蜀国王的金杖）、三足陶器（三足炊具陶器，当地人称之为火锅）、玉璋、金面具……通过三星堆遗址展示的青铜、玉和金制品，您可以想象辉煌的三星堆文明和古蜀王国的存在，这将四川地区的历史向前推进了2000多年。参观三星堆后，乘车返回成都市区。</w:t>
      </w:r>
    </w:p>
    <w:p>
      <w:pPr>
        <w:widowControl/>
      </w:pPr>
      <w:r>
        <w:t>之后，返回成都市区，在锦里古街轻松漫步。锦里古街拥有1800多年的历史，展示了古蜀王国的深厚文化。在传统的石板街上漫步，街道上满是美味的当地小吃、精致的工艺品、有趣的民间表演等。</w:t>
      </w:r>
    </w:p>
    <w:p>
      <w:pPr>
        <w:widowControl/>
      </w:pPr>
      <w:r>
        <w:t>备选方案：成都市内游（不含三星堆博物馆）</w:t>
      </w:r>
    </w:p>
    <w:p>
      <w:pPr>
        <w:widowControl/>
      </w:pPr>
      <w:r>
        <w:t>旺季期间，三星堆博物馆门票可能难以获得。如果门票不可用，您的行程将调整为成都市内游。</w:t>
      </w:r>
    </w:p>
    <w:p>
      <w:pPr>
        <w:widowControl/>
      </w:pPr>
      <w:r>
        <w:t>调整后的行程包括：成都大熊猫繁育研究基地 → 成都博物馆 → 宽窄巷子 → 人民公园。</w:t>
      </w:r>
    </w:p>
    <w:p>
      <w:pPr>
        <w:widowControl/>
      </w:pPr>
      <w:r>
        <w:t>概述：方案A：参观成都大熊猫基地 + 三星堆博物馆 + 锦里古街；方案B：参观成都大熊猫基地 + 成都博物馆 + 宽窄巷子 + 人民公园。（含早餐+午餐）</w:t>
      </w:r>
    </w:p>
    <w:p>
      <w:pPr>
        <w:widowControl/>
      </w:pPr>
      <w:r>
        <w:t>景点：3-4个标志性景点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从成都乘高铁到桂林，游览象鼻山和芦笛岩</w:t>
      </w:r>
    </w:p>
    <w:p>
      <w:pPr>
        <w:widowControl/>
      </w:pPr>
      <w:r>
        <w:t>今天，工作人员会送您到成都火车站，乘坐高铁前往桂林（约5-6小时）。（注：部分情况下，可能改为从成都乘飞机前往桂林，航程约1.5小时。）欢迎来到桂林，这里汇聚了大自然的杰作。抵达桂林后，司机会在火车站或机场出口接您，随后送您前往桂林市中心的酒店。</w:t>
      </w:r>
    </w:p>
    <w:p>
      <w:pPr>
        <w:widowControl/>
      </w:pPr>
      <w:r>
        <w:t>下午：象鼻山、芦笛岩</w:t>
      </w:r>
    </w:p>
    <w:p>
      <w:pPr>
        <w:widowControl/>
      </w:pPr>
      <w:r>
        <w:t>今天下午，您将前往桂林的标志性景点象鼻山。象鼻山位于漓江与桃花江交汇处，这座天然石灰岩山体形似一头巨象在江边饮水。它由流水侵蚀历经数百万年形成，也是“桂林山水甲天下”这句名言的灵感来源。您可以步行到水月洞，这是“象鼻”与“象身”之间的半圆形洞口。水月洞高12米，洞内刻有唐宋时期的诗作，自然景观与文化相互交融。</w:t>
      </w:r>
    </w:p>
    <w:p>
      <w:pPr>
        <w:widowControl/>
      </w:pPr>
      <w:r>
        <w:t>接下来，参观芦笛岩，它被称为“大自然艺术之宫”。洞内可以看到钟乳石、石笋、石柱和流石构成的景观，这些都由大自然历经千万年雕琢而成。彩色LED灯光照亮了“狮岭朝霞”“原始森林”“龙象峰”“花果山”等景观。</w:t>
      </w:r>
    </w:p>
    <w:p>
      <w:pPr>
        <w:widowControl/>
      </w:pPr>
      <w:r>
        <w:t>不要错过水晶宫，那里平静的水面倒映着发光的岩壁，营造出梦幻般的景象。还可以体验水幕电影，短片在流水屏幕后方投射，展示洞穴的地质演变过程。这是这段旅程令人难忘的收尾。</w:t>
      </w:r>
    </w:p>
    <w:p>
      <w:pPr>
        <w:widowControl/>
      </w:pPr>
      <w:r>
        <w:t>游览结束后，将送您返回桂林的酒店。</w:t>
      </w:r>
    </w:p>
    <w:p>
      <w:pPr>
        <w:widowControl/>
      </w:pPr>
      <w:r>
        <w:t>概述：从成都乘高铁抵达桂林，参观象鼻山和芦笛岩。（含早餐）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交通与活动：乘车、高铁</w:t>
      </w:r>
    </w:p>
    <w:p>
      <w:pPr>
        <w:widowControl/>
      </w:pPr>
      <w:r>
        <w:t>用餐：早餐</w:t>
      </w:r>
    </w:p>
    <w:p>
      <w:pPr>
        <w:widowControl/>
      </w:pPr>
      <w:r>
        <w:t>住宿：桂林市中心</w:t>
      </w:r>
    </w:p>
    <w:p>
      <w:pPr>
        <w:keepNext/>
        <w:widowControl/>
        <w:spacing w:before="240"/>
      </w:pPr>
      <w:r>
        <w:t>第9天 桂林至阳朔之旅：漓江游船、阳朔乡村、西街</w:t>
      </w:r>
    </w:p>
    <w:p>
      <w:pPr>
        <w:widowControl/>
      </w:pPr>
      <w:r>
        <w:t>“桂林山水甲天下”。早餐后，您将前往探索漓江沿岸最令人惊叹的自然风光，这里被《国家地理》杂志誉为“世界十大水上奇观”之一。从酒店驱车约1小时抵达码头，开始4.5小时轻松惬意的漓江观光游船之旅，前往阳朔。在这84公里的观光航程中，您将大饱眼福，欣赏到无尽的中国山水画卷：蜿蜒的河流、众多绿色的石灰岩喀斯特山峰、吃草的水牛、在肥沃田野里劳作的农民，以及依偎在山脚下的田园村庄。（午餐升级：亚洲奥德赛旅行已为您精心准备了定制的西式午餐。您的导游将带上当天早上新鲜制作的美食，供您在船上享用。）</w:t>
      </w:r>
    </w:p>
    <w:p>
      <w:pPr>
        <w:widowControl/>
      </w:pPr>
      <w:r>
        <w:t>抵达阳朔后，司机将在码头接您，驱车前往阳朔镇上的酒店稍作休息。然后，是时候近距离接触阳朔的乡村天堂了。选择适合您风格的方式：（1）乘车加步行；（2）骑自行车；或（3）骑电动车。（可能需要额外费用）。</w:t>
      </w:r>
    </w:p>
    <w:p>
      <w:pPr>
        <w:widowControl/>
      </w:pPr>
      <w:r>
        <w:t>让所有如画的景色最大程度地愉悦您的眼睛和心灵，彻底放松。在不同的地点，您还可能看到当地人从事日常家务、农民照料田地，甚至孩子们在河岸边玩耍。古朴的石屋点缀在河岸边，灰色的石板屋顶与翠绿的环境形成令人愉悦的对比。一头孤独的水牛在田野里懒洋洋地吃草，这一景象为全景增添了一抹可爱的乡村生活气息。</w:t>
      </w:r>
    </w:p>
    <w:p>
      <w:pPr>
        <w:widowControl/>
      </w:pPr>
      <w:r>
        <w:t>之后，您将悠闲地漫步在西街，这是阳朔最繁华的地区。沿街的餐厅、酒吧和纪念品商店总是宾客盈门。这里是西方文化与中国文化的融合，是您体验夜生活的最佳去处。无论您想喝杯咖啡、品尝当地美食，还是只是让自己沉浸在生动的氛围中……您都能得到满足。</w:t>
      </w:r>
    </w:p>
    <w:p>
      <w:pPr>
        <w:widowControl/>
      </w:pPr>
      <w:r>
        <w:t>概述：从桂林乘漓江游船前往阳朔，悠闲游览阳朔乡村和西街。（含早餐+午餐）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交通与活动：游船</w:t>
      </w:r>
    </w:p>
    <w:p>
      <w:pPr>
        <w:widowControl/>
      </w:pPr>
      <w:r>
        <w:t>用餐：早餐,午餐</w:t>
      </w:r>
    </w:p>
    <w:p>
      <w:pPr>
        <w:widowControl/>
      </w:pPr>
      <w:r>
        <w:t>住宿：阳朔镇</w:t>
      </w:r>
    </w:p>
    <w:p>
      <w:pPr>
        <w:keepNext/>
        <w:widowControl/>
        <w:spacing w:before="240"/>
      </w:pPr>
      <w:r>
        <w:t>第10天 从阳朔到桂林，乘高铁前往张家界，张家界火车站接站并入住酒店</w:t>
      </w:r>
    </w:p>
    <w:p>
      <w:pPr>
        <w:widowControl/>
      </w:pPr>
      <w:r>
        <w:t>这一天，您将乘车前往火车站，搭乘高铁前往张家界（约7小时）。抵达张家界后，司机会在火车站出口接您，随后送您前往酒店。</w:t>
      </w:r>
    </w:p>
    <w:p>
      <w:pPr>
        <w:widowControl/>
      </w:pPr>
      <w:r>
        <w:t>概述：这一天，从桂林乘高铁前往张家界。（含早餐）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交通与活动：车辆、火车</w:t>
      </w:r>
    </w:p>
    <w:p>
      <w:pPr>
        <w:widowControl/>
      </w:pPr>
      <w:r>
        <w:t>用餐：早餐</w:t>
      </w:r>
    </w:p>
    <w:p>
      <w:pPr>
        <w:widowControl/>
      </w:pPr>
      <w:r>
        <w:t>住宿：张家界市区</w:t>
      </w:r>
    </w:p>
    <w:p>
      <w:pPr>
        <w:keepNext/>
        <w:widowControl/>
        <w:spacing w:before="240"/>
      </w:pPr>
      <w:r>
        <w:t>第11天 张家界武陵源之旅：袁家界与天子山</w:t>
      </w:r>
    </w:p>
    <w:p>
      <w:pPr>
        <w:widowControl/>
      </w:pPr>
      <w:r>
        <w:t>早餐后，您将有一整天的时间游览武陵源风景区。这里是大自然中一处壮观的胜景，以3000多座狭窄的石英砂岩柱为主。首先，乘坐观光巴士前往百龙电梯，在1.5分钟内即可从谷底升至柱峰顶部。它是世界上最快的户外电梯，也是最高的户外电梯。接下来，徒步进入神秘的潘多拉世界——袁家界，这里正是现实中“哈利路亚山”的取景地。抓住机会拍摄南天一柱，这是袁家界的标志性景观，垂直高度约150米，从深谷中拔地而起，宛如一位巨人傲然屹立于天地之间。前往迷魂台，惊叹于数百座形态各异的山峰如竹笋般拔地而起的难以置信的景色。然后欣赏后花园中郁郁葱葱的自然盆景风光。</w:t>
      </w:r>
    </w:p>
    <w:p>
      <w:pPr>
        <w:widowControl/>
      </w:pPr>
      <w:r>
        <w:t>接下来，乘坐观光巴士前往第二个旅游景点——天子山自然保护区，该保护区以明初（1368-1644年）当地土家族领袖向大坤命名。它是电影《美猴王》中的仙境。徒步前往贺龙公园，那里有一个迷人的观景台，可以欣赏到奇特石峰令人难以置信的壮丽景色。移步至点将台，俯瞰西海石林，崎岖的岩石从雾蒙蒙的峡谷中拔地而起。游览结束后，返回酒店好好休息。</w:t>
      </w:r>
    </w:p>
    <w:p>
      <w:pPr>
        <w:widowControl/>
      </w:pPr>
      <w:r>
        <w:t>概述：在武陵源风景区尽情探索，观赏袁家界、天子山。（含早餐+午餐）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第12天 张家界之旅：张家界大峡谷与宝峰湖</w:t>
      </w:r>
    </w:p>
    <w:p>
      <w:pPr>
        <w:widowControl/>
      </w:pPr>
      <w:r>
        <w:t>早餐后，乘车前往张家界大峡谷，体验令人惊叹的大峡谷玻璃桥。大峡谷玻璃桥仿佛在向您“问好”，让您忍不住惊呼“我的天”，从而对张家界留下更深的印象。玻璃桥悬于两峰之间，长430米，高300米，是世界上最长的最高玻璃桥。站在透明玻璃上，宛如漂浮在空中，可以欣赏整个大峡谷的绝佳全景。</w:t>
      </w:r>
    </w:p>
    <w:p>
      <w:pPr>
        <w:widowControl/>
      </w:pPr>
      <w:r>
        <w:t>在玻璃桥上“颤抖”之后，前往宝峰湖乘船游览，让心情回归平静。宝峰湖被绿树和形态各异的石峰环绕，是放松身心的田园诗般的地方。悠闲乘船游览时，可以看到奇妙山峰的倒影，并欣赏当地少数民族演唱的民歌。</w:t>
      </w:r>
    </w:p>
    <w:p>
      <w:pPr>
        <w:widowControl/>
      </w:pPr>
      <w:r>
        <w:t>概述：在张家界再逗留一天，游览张家界大峡谷和宝峰湖。（含早餐+午餐）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第13天 张家界天门山之旅：张家界机场送机，上海机场接机并入住酒店</w:t>
      </w:r>
    </w:p>
    <w:p>
      <w:pPr>
        <w:widowControl/>
      </w:pPr>
      <w:r>
        <w:t>早餐后，导游和司机将在酒店大堂接您。今天，您将前往天门山，它是世界上最美丽的山峰之一。您将有机会体验世界上最长的缆车、行走玻璃栈道、参观天门洞，并观赏有99道弯的通天大道。</w:t>
      </w:r>
    </w:p>
    <w:p>
      <w:pPr>
        <w:widowControl/>
      </w:pPr>
      <w:r>
        <w:t>首先，乘坐全长7455米的缆车，约30分钟，从张家界市区到达天门山顶。在缆车上，您可以清楚地看到天门洞，并俯瞰蜿蜒的通天大道。接下来，前往天门山寺，欣赏典型的清代风格佛教建筑，周围环绕着茂密的森林。</w:t>
      </w:r>
    </w:p>
    <w:p>
      <w:pPr>
        <w:widowControl/>
      </w:pPr>
      <w:r>
        <w:t>接下来是挑战时刻。请做好准备，体验悬崖边步道带来的惊险感受。行走在玻璃栈道上，脚下是透明玻璃，下方是1430米深的山谷，让您有一种在空中行走的刺激感。此外，还可以尝试长1.6公里的悬崖悬挂栈道，它沿着山峰边缘修建。之后，乘坐扶梯从山顶下到天门洞，天门洞也被称为“天门”。天门洞是两座山峰之间的天然拱门，高131.5米，高高耸立，直逼天空。它是世界上同类洞穴中最高的。（注意：天门山是著名的翼装飞行地点，您可能有机会看到这项不可思议的运动。）游览结束后，乘坐缆车下山。</w:t>
      </w:r>
    </w:p>
    <w:p>
      <w:pPr>
        <w:widowControl/>
      </w:pPr>
      <w:r>
        <w:t>游览结束后，与张家界告别。您将被送往机场，搭乘飞往上海的航班。抵达上海后，司机会在机场出口接您，并送您前往酒店。</w:t>
      </w:r>
    </w:p>
    <w:p>
      <w:pPr>
        <w:widowControl/>
      </w:pPr>
      <w:r>
        <w:t>概述：先游览张家界天门山，然后飞往上海。抵达上海后，机场接机并入住酒店。（含早餐+午餐）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交通与活动：车辆、航班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第14天 上海城市游：上海中心大厦、上海博物馆、豫园及豫园市场、南京路和外滩</w:t>
      </w:r>
    </w:p>
    <w:p>
      <w:pPr>
        <w:widowControl/>
      </w:pPr>
      <w:r>
        <w:t>今天您将用一整天时间体验这座“东方巴黎”中西合璧的完美融合。参观精彩的博物馆、传统的中国园林、现代化的摩天大楼和充满异国情调的建筑。</w:t>
      </w:r>
    </w:p>
    <w:p>
      <w:pPr>
        <w:widowControl/>
      </w:pPr>
      <w:r>
        <w:t>首先前往浦东地区。引人注目的亮点是陆家嘴金融区三座高耸的摩天大楼。上海中心大厦高632米（2,073英尺），是中国第一高楼、世界第二高楼。在这里，您将登上上海最高的建筑——上海中心大厦，其从底部到顶部呈120度戏剧性扭转。乘坐世界上最快的电梯，时速64公里，直达位于118层、距地面546米（约1,791英尺）的“上海之巅观光厅”。欣赏无与伦比的360度城市全景，俯瞰金茂大厦和上海环球金融中心。</w:t>
      </w:r>
    </w:p>
    <w:p>
      <w:pPr>
        <w:widowControl/>
      </w:pPr>
      <w:r>
        <w:t>之后，参观上海博物馆，开启一场令人惊叹的艺术珍品与中国深厚历史之旅。博物馆建筑形似古代青铜鼎，圆顶方基，象征“天圆地方”。馆藏12万件文物，展示跨越5000年的非凡中国艺术。沉浸在青铜与陶瓷展厅中，欣赏精美的青铜器和精致文物。不要错过顶级珍宝，如3000多年前的大克鼎青铜器和晋侯苏钟古代乐器。</w:t>
      </w:r>
    </w:p>
    <w:p>
      <w:pPr>
        <w:widowControl/>
      </w:pPr>
      <w:r>
        <w:t>接下来，前往豫园，这座最著名的中国古典园林隐藏在繁华的上海市中心。悠闲漫步，欣赏中国建筑和精美的雕塑与雕刻。外面的豫园市场是品尝当地小吃、购买传统工艺品和艺术品的有趣之地。</w:t>
      </w:r>
    </w:p>
    <w:p>
      <w:pPr>
        <w:widowControl/>
      </w:pPr>
      <w:r>
        <w:t>下午，漫步南京路步行街，两旁遍布著名品牌、餐厅、咖啡馆、纪念品商店和高耸的建筑。继续前往外滩，上海最不可错过的顶级景点。外滩被称为“万国建筑博览”，拥有52栋风格各异的建筑。从这里俯瞰令人惊叹的浦东天际线和摩天大楼。</w:t>
      </w:r>
    </w:p>
    <w:p>
      <w:pPr>
        <w:widowControl/>
      </w:pPr>
      <w:r>
        <w:t>（旅行提示：1）上海博物馆和豫园周一闭馆。这些日子，您的上海博物馆参观将安排在上海博物馆东馆，豫园将改为参观城隍庙。2）旺季期间，如果难以预约到上海博物馆（人民广场）的门票，您的参观将改为安排在上海博物馆东馆。）</w:t>
      </w:r>
    </w:p>
    <w:p>
      <w:pPr>
        <w:widowControl/>
      </w:pPr>
      <w:r>
        <w:t>概述：通过上海博物馆、豫园、豫园市场、南京路、外滩和上海中心大厦，探索古今上海。（含早餐+午餐）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第15天 上海出发｜酒店退房与送机</w:t>
      </w:r>
    </w:p>
    <w:p>
      <w:pPr>
        <w:widowControl/>
      </w:pPr>
      <w:r>
        <w:t>为期15天的中国团体游到此结束。您将在上海有一些自由活动时间，可以自行安排探索，随后我们会送您前往机场或火车站，搭乘航班或高铁前往下一站。</w:t>
      </w:r>
    </w:p>
    <w:p>
      <w:pPr>
        <w:widowControl/>
      </w:pPr>
      <w:r>
        <w:t>行程延伸建议：如果您想继续探索亚洲其他国家，而不是马上回国，我们很乐意帮您安排延伸行程。欢迎随时把您的想法告诉我们。</w:t>
      </w:r>
    </w:p>
    <w:p>
      <w:pPr>
        <w:widowControl/>
      </w:pPr>
      <w:r>
        <w:t>感谢您选择亚洲奥德赛旅游安排此次中国之旅。我们随时为您提供协助，也希望在您下次前往中国或亚洲旅行时再次见到您。祝您旅途平安！</w:t>
      </w:r>
    </w:p>
    <w:p>
      <w:pPr>
        <w:widowControl/>
      </w:pPr>
      <w:r>
        <w:t>概述：离开上海，中午12:00前退房，送机。祝您平安回家。（含早餐）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15天中国梦想之旅：经典中国、熊猫、自然奇观小团游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