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Huangshan Group Tour: Yellow Mountain &amp; Hongcun/Xidi Ancient Villages</w:t>
      </w:r>
    </w:p>
    <w:p>
      <w:pPr>
        <w:widowControl/>
      </w:pPr>
      <w:r>
        <w:t>Product code: AOT-GT-021</w:t>
      </w:r>
    </w:p>
    <w:p>
      <w:pPr>
        <w:keepNext/>
        <w:widowControl/>
        <w:spacing w:before="240"/>
      </w:pPr>
      <w:r>
        <w:t>Day 1 Arrival in Huangshan | Airport/Train Station Pickup &amp; Hotel Check-in</w:t>
      </w:r>
    </w:p>
    <w:p>
      <w:pPr>
        <w:widowControl/>
      </w:pPr>
      <w:r>
        <w:t>Welcome to Huangshan, home of the breathtaking Yellow Mountain!</w:t>
      </w:r>
    </w:p>
    <w:p>
      <w:pPr>
        <w:widowControl/>
      </w:pPr>
      <w:r>
        <w:t>Upon arrival at the airport or train station, our local guide and driver will greet you at the exit and escort you to your hotel in Huangshan city. After check-in, enjoy some free time to relax and explore at your leisure.</w:t>
      </w:r>
    </w:p>
    <w:p>
      <w:pPr>
        <w:widowControl/>
      </w:pPr>
      <w:r>
        <w:t>Huangshan Arrival Ideas:</w:t>
      </w:r>
    </w:p>
    <w:p>
      <w:pPr>
        <w:widowControl/>
      </w:pPr>
      <w:r>
        <w:t>By Air: Huangshan Tunxi International Airport has domestic flights from major cities such as Beijing, Guanzhou, Shanghai, Shenzhen, Guilin, Chongqing, Chengdu and Xi'an, etc.</w:t>
      </w:r>
    </w:p>
    <w:p>
      <w:pPr>
        <w:widowControl/>
      </w:pPr>
      <w:r>
        <w:t>By Train: High speed trains are available from Shanghai (2.5~3.5hrs), Hangzhou (1.5~2hrs), Suzhou (2~3.5hrs),Beijing (5.5~7hrs), and Guangzhou (7hrs), etc.</w:t>
      </w:r>
    </w:p>
    <w:p>
      <w:pPr>
        <w:widowControl/>
      </w:pPr>
      <w:r>
        <w:t>Overview: Arrive in Huangshan, pick-up service, transfer to your hotel and check-in.</w:t>
      </w:r>
    </w:p>
    <w:p>
      <w:pPr>
        <w:widowControl/>
      </w:pPr>
      <w:r>
        <w:t>Transport and activities: vehicle</w:t>
      </w:r>
    </w:p>
    <w:p>
      <w:pPr>
        <w:widowControl/>
      </w:pPr>
      <w:r>
        <w:t>Accommodation: Huangshan downtown</w:t>
      </w:r>
    </w:p>
    <w:p>
      <w:pPr>
        <w:keepNext/>
        <w:widowControl/>
        <w:spacing w:before="240"/>
      </w:pPr>
      <w:r>
        <w:t>Day 2 Huangshan Tour | Yellow Mountain Full Day Trip</w:t>
      </w:r>
    </w:p>
    <w:p>
      <w:pPr>
        <w:widowControl/>
      </w:pPr>
      <w:r>
        <w:t>After breakfast, your guide and driver will pick you up at your hotel lobby for a full day of exploring Yellow Mountain. This UNESCO World Heritage Site is one of China's most famous and beautiful mountains, renowned for its “Five Natural Wonders” - peculiarly-shaped granite peaks, imaginatively-named pine trees, winter snow, a sea of clouds, and hot springs.</w:t>
      </w:r>
    </w:p>
    <w:p>
      <w:pPr>
        <w:widowControl/>
      </w:pPr>
      <w:r>
        <w:t>The tour begins with an 80-kilometer (1.5-hour) drive from Huangshan city to the mountain area. You will then transfer by bus to Yungu Temple and take a cable car up to the North Sea Scenic Area. From here, you can appreciate the stunning scenery and dramatic peaks.</w:t>
      </w:r>
    </w:p>
    <w:p>
      <w:pPr>
        <w:widowControl/>
      </w:pPr>
      <w:r>
        <w:t>Your hike will take you to Begin-to-Believe Peak, which is home to many beautiful, odd-shaped pine trees. You'll then hike for about 40 minutes to Cloud Dispelling Pavilion, an ideal spot to enjoy the views of the West Sea Scenic Area. As clouds drift by, the layers of mountains appear and disappear, looking like countless islands on a vast sea.</w:t>
      </w:r>
    </w:p>
    <w:p>
      <w:pPr>
        <w:widowControl/>
      </w:pPr>
      <w:r>
        <w:t>Continue your walk to the Flying-over Rock, a 12-meter stone that appears to be tilting slightly on a flat platform. It gets its name because it looks as if it has just fallen from the sky. For those with the energy, there's an optional hike to Bright Summit, the second-highest peak of Yellow Mountain.</w:t>
      </w:r>
    </w:p>
    <w:p>
      <w:pPr>
        <w:widowControl/>
      </w:pPr>
      <w:r>
        <w:t>Finally, you'll take a cable car back down the mountain. Afterward, you will be transferred to your hotel in Hongcun Village for accommodation.</w:t>
      </w:r>
    </w:p>
    <w:p>
      <w:pPr>
        <w:widowControl/>
      </w:pPr>
      <w:r>
        <w:t>Overview: Hiking the Back Mountain of Huangshan (B+L). Stay overnight in Hongcun Village.</w:t>
      </w:r>
    </w:p>
    <w:p>
      <w:pPr>
        <w:widowControl/>
      </w:pPr>
      <w:r>
        <w:t>Attractions: 1 site</w:t>
      </w:r>
    </w:p>
    <w:p>
      <w:pPr>
        <w:widowControl/>
      </w:pPr>
      <w:r>
        <w:t>Transport and activities: vehicle, cable car, hike</w:t>
      </w:r>
    </w:p>
    <w:p>
      <w:pPr>
        <w:widowControl/>
      </w:pPr>
      <w:r>
        <w:t>Meals: Breakfast,Lunch</w:t>
      </w:r>
    </w:p>
    <w:p>
      <w:pPr>
        <w:widowControl/>
      </w:pPr>
      <w:r>
        <w:t>Accommodation: Hongcun Village</w:t>
      </w:r>
    </w:p>
    <w:p>
      <w:pPr>
        <w:keepNext/>
        <w:widowControl/>
        <w:spacing w:before="240"/>
      </w:pPr>
      <w:r>
        <w:t>Day 3 Huangshan Tour | Hongcun Ancient Village, Xidi Ancient Village, Tunxi Ancient Street</w:t>
      </w:r>
    </w:p>
    <w:p>
      <w:pPr>
        <w:widowControl/>
      </w:pPr>
      <w:r>
        <w:t>After breakfast, your guide and driver will pick your group up at your hotel for a full day of exploration, beginning with Hongcun Ancient Village. This UNESCO World Heritage site is regarded as a masterpiece of Hui-style architecture, a village so picturesque it looks like it's from a traditional Chinese painting. Its unique features - from the comprehensive water system integrated with the houses to the intricate architectural details - make it a photographer's paradise. As you explore, be sure to see the crescent-shaped Moon Pond, the grand Chengzhi Hall, and the peaceful South Lake Academy.</w:t>
      </w:r>
    </w:p>
    <w:p>
      <w:pPr>
        <w:widowControl/>
      </w:pPr>
      <w:r>
        <w:t>Next, you'll visit Xidi Village, a quieter and more authentic alternative to Hongcun. With a 970-year history, this "Living Museum of Ming and Qing Houses" features over 300 ancient residences and ancestral halls. The village follows Feng Shui principles, shaped like a boat, with mountains on all sides and two streams converging at Huiyuan Bridge. Its layout centers on one main street and its waterways. As you walk, you'll discover historic sites like Da Fu Grand House and Jing'ai Hall, the clan's meeting hall. Buildings here reflect their owners' status: lion carvings symbolize official power, while peonies represent merchant wealth. Many of the structures are still lived in today, offering a true glimpse of tradition. Strolling through Xidi feels like stepping back in time, where every carving and courtyard tells a story of China's architectural brilliance.</w:t>
      </w:r>
    </w:p>
    <w:p>
      <w:pPr>
        <w:widowControl/>
      </w:pPr>
      <w:r>
        <w:t>Later, you'll drive back to Huangshan city for a visit to Tunxi Ancient Street. As one of China's best-preserved old streets, it showcases the styles of the Southern Song, Ming, and Qing dynasties. You can take a relaxing walk along the 1,200-meter street to admire the authentic Huizhou-style buildings, browse for traditional items like the Four Treasures of the Study (brushes, ink, paper, and inkstones), and sample some famous local teas and snacks.</w:t>
      </w:r>
    </w:p>
    <w:p>
      <w:pPr>
        <w:widowControl/>
      </w:pPr>
      <w:r>
        <w:t>After the tour, you'll stay overnight in Huangshan city.</w:t>
      </w:r>
    </w:p>
    <w:p>
      <w:pPr>
        <w:widowControl/>
      </w:pPr>
      <w:r>
        <w:t>Overview: Journey Through Ancient Huangshan: Hongcun, Xidi and Tunxi at Your Feet (B+L)</w:t>
      </w:r>
    </w:p>
    <w:p>
      <w:pPr>
        <w:widowControl/>
      </w:pPr>
      <w:r>
        <w:t>Attractions: 3 sites</w:t>
      </w:r>
    </w:p>
    <w:p>
      <w:pPr>
        <w:widowControl/>
      </w:pPr>
      <w:r>
        <w:t>Transport and activities: vehicle</w:t>
      </w:r>
    </w:p>
    <w:p>
      <w:pPr>
        <w:widowControl/>
      </w:pPr>
      <w:r>
        <w:t>Meals: Breakfast,Lunch</w:t>
      </w:r>
    </w:p>
    <w:p>
      <w:pPr>
        <w:widowControl/>
      </w:pPr>
      <w:r>
        <w:t>Accommodation: Huangshan downtown</w:t>
      </w:r>
    </w:p>
    <w:p>
      <w:pPr>
        <w:keepNext/>
        <w:widowControl/>
        <w:spacing w:before="240"/>
      </w:pPr>
      <w:r>
        <w:t>Day 4 Huangshan Departure | Hotel check-out &amp; airport see-off</w:t>
      </w:r>
    </w:p>
    <w:p>
      <w:pPr>
        <w:widowControl/>
      </w:pPr>
      <w:r>
        <w:t>After breakfast, your 4-day Huangshan Group Tour comes to an end. Your driver will transfer you to the airport / train station for your flight or high speed train to your next destination.</w:t>
      </w:r>
    </w:p>
    <w:p>
      <w:pPr>
        <w:widowControl/>
      </w:pPr>
      <w:r>
        <w:t>Thank you for choosing Asia Odyssey Travel for your China group tour. We were honored to be a part of your adventure and remain dedicated to serving you. We hope to welcome you back on your next journey to China or Asia. Safe travels!</w:t>
      </w:r>
    </w:p>
    <w:p>
      <w:pPr>
        <w:widowControl/>
      </w:pPr>
      <w:r>
        <w:t>Overview: Depart Huangshan, hotel check-out before 12:00, and airport see-off. Safe journey home. (B)</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Huangshan Group Tour: Yellow Mountain &amp; Hongcun/Xidi Ancient Villages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