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4天黄山跟团游：黄山与宏村/西递古村落</w:t>
      </w:r>
    </w:p>
    <w:p>
      <w:pPr>
        <w:widowControl/>
      </w:pPr>
      <w:r>
        <w:t>线路编号：AOT-GT-021</w:t>
      </w:r>
    </w:p>
    <w:p>
      <w:pPr>
        <w:keepNext/>
        <w:widowControl/>
        <w:spacing w:before="240"/>
      </w:pPr>
      <w:r>
        <w:t>第1天 抵达黄山：机场或火车站接站并入住酒店</w:t>
      </w:r>
    </w:p>
    <w:p>
      <w:pPr>
        <w:widowControl/>
      </w:pPr>
      <w:r>
        <w:t>欢迎来到黄山，这里是壮丽的黄山（Yellow Mountain）所在地。</w:t>
      </w:r>
    </w:p>
    <w:p>
      <w:pPr>
        <w:widowControl/>
      </w:pPr>
      <w:r>
        <w:t>抵达机场或火车站后，我们的当地导游和司机将在出口处迎接您，随后送您前往黄山市的酒店。办理入住后，您可自由活动，放松休息，自行探索周边。</w:t>
      </w:r>
    </w:p>
    <w:p>
      <w:pPr>
        <w:widowControl/>
      </w:pPr>
      <w:r>
        <w:t>抵达黄山的方式建议：</w:t>
      </w:r>
    </w:p>
    <w:p>
      <w:pPr>
        <w:widowControl/>
      </w:pPr>
      <w:r>
        <w:t>乘飞机：黄山屯溪国际机场有来自北京、广州、上海、深圳、桂林、重庆、成都和西安等主要城市的国内航班。</w:t>
      </w:r>
    </w:p>
    <w:p>
      <w:pPr>
        <w:widowControl/>
      </w:pPr>
      <w:r>
        <w:t>乘火车：从上海（2.5~3.5小时）、杭州（1.5~2小时）、苏州（2~3.5小时）、北京（5.5~7小时）和广州（7小时）等地均有高铁可达。</w:t>
      </w:r>
    </w:p>
    <w:p>
      <w:pPr>
        <w:widowControl/>
      </w:pPr>
      <w:r>
        <w:t>概述：抵达黄山，提供接站服务，送往酒店并办理入住。</w:t>
      </w:r>
    </w:p>
    <w:p>
      <w:pPr>
        <w:widowControl/>
      </w:pPr>
      <w:r>
        <w:t>交通与活动：车辆</w:t>
      </w:r>
    </w:p>
    <w:p>
      <w:pPr>
        <w:widowControl/>
      </w:pPr>
      <w:r>
        <w:t>住宿：黄山市中心</w:t>
      </w:r>
    </w:p>
    <w:p>
      <w:pPr>
        <w:keepNext/>
        <w:widowControl/>
        <w:spacing w:before="240"/>
      </w:pPr>
      <w:r>
        <w:t>第2天 黄山之旅｜黄山全日游</w:t>
      </w:r>
    </w:p>
    <w:p>
      <w:pPr>
        <w:widowControl/>
      </w:pPr>
      <w:r>
        <w:t>早餐后，导游和司机将在酒店大堂接您，开始一整天的黄山探索之旅。这座联合国教科文组织世界遗产是中国最著名、最美丽的山脉之一，以“五绝”闻名——奇特的granite山峰、以想象命名的松树、冬雪、云海和温泉。</w:t>
      </w:r>
    </w:p>
    <w:p>
      <w:pPr>
        <w:widowControl/>
      </w:pPr>
      <w:r>
        <w:t>旅程从黄山市区驱车80公里（1.5小时）前往山区开始。然后换乘巴士前往云谷寺，乘坐缆车前往北海景区。从这里，您可以欣赏到令人惊叹的风景和引人注目的山峰。</w:t>
      </w:r>
    </w:p>
    <w:p>
      <w:pPr>
        <w:widowControl/>
      </w:pPr>
      <w:r>
        <w:t>您的徒步旅行将带您前往始信峰，这里有许多美丽、奇形怪状的松树。然后您将徒步约40分钟到达排云亭，这里是欣赏西海景区景色的理想地点。随着云朵飘过，层峦叠嶂的山峰时隐时现，看起来就像广阔海洋上的无数岛屿。</w:t>
      </w:r>
    </w:p>
    <w:p>
      <w:pPr>
        <w:widowControl/>
      </w:pPr>
      <w:r>
        <w:t>继续步行到飞来石，这是一块12米高的石头，似乎在一个平坦的平台上微微倾斜。它之所以得名，是因为它看起来像是刚从天上掉下来。对于精力充沛的人，可以选择徒步前往光明顶，黄山的第二高峰。</w:t>
      </w:r>
    </w:p>
    <w:p>
      <w:pPr>
        <w:widowControl/>
      </w:pPr>
      <w:r>
        <w:t>最后，您将乘坐缆车下山。之后，您将被送往宏村的酒店住宿。</w:t>
      </w:r>
    </w:p>
    <w:p>
      <w:pPr>
        <w:widowControl/>
      </w:pPr>
      <w:r>
        <w:t>概述：徒步黄山后山（含早餐+午餐）。夜宿宏村。</w:t>
      </w:r>
    </w:p>
    <w:p>
      <w:pPr>
        <w:widowControl/>
      </w:pPr>
      <w:r>
        <w:t>景点：1个景点</w:t>
      </w:r>
    </w:p>
    <w:p>
      <w:pPr>
        <w:widowControl/>
      </w:pPr>
      <w:r>
        <w:t>交通与活动：车辆、缆车、徒步</w:t>
      </w:r>
    </w:p>
    <w:p>
      <w:pPr>
        <w:widowControl/>
      </w:pPr>
      <w:r>
        <w:t>用餐：早餐、午餐</w:t>
      </w:r>
    </w:p>
    <w:p>
      <w:pPr>
        <w:widowControl/>
      </w:pPr>
      <w:r>
        <w:t>住宿：宏村</w:t>
      </w:r>
    </w:p>
    <w:p>
      <w:pPr>
        <w:keepNext/>
        <w:widowControl/>
        <w:spacing w:before="240"/>
      </w:pPr>
      <w:r>
        <w:t>第3天 黄山之旅：宏村古村落、西递古村落、屯溪老街</w:t>
      </w:r>
    </w:p>
    <w:p>
      <w:pPr>
        <w:widowControl/>
      </w:pPr>
      <w:r>
        <w:t>早餐后，导游和司机将到您下榻的酒店接您的团队，开始一整天的探索之旅，首先前往宏村古村落。这处联合国教科文组织世界遗产地被视为徽派建筑的杰作，村落风景如画，宛如中国传统水墨画。其独特之处——从与房屋融为一体的完善水系到精巧的建筑细节——使其成为摄影爱好者的天堂。参观时，一定要看看月牙形的月沼、宏伟的承志堂和宁静的南湖书院。</w:t>
      </w:r>
    </w:p>
    <w:p>
      <w:pPr>
        <w:widowControl/>
      </w:pPr>
      <w:r>
        <w:t>接下来，您将参观西递村，比起宏村，这里更安静、更原汁原味。这座拥有970年历史的“明清民居活博物馆”有300多座古民居和祠堂。村落遵循风水理念，形似一艘船，四面环山，两条溪流在汇源桥处交汇。其布局以一条主街和水道为中心。漫步其中，您会发现大夫第和敬爱堂（族人的议事厅）等历史遗迹。这里的建筑反映了主人的身份：狮子雕刻象征官权，牡丹代表商人财富。许多建筑至今仍有人居住，让您真正一窥传统生活。漫步西递，仿佛穿越时空，每一处雕刻和庭院都讲述着中国建筑辉煌的故事。</w:t>
      </w:r>
    </w:p>
    <w:p>
      <w:pPr>
        <w:widowControl/>
      </w:pPr>
      <w:r>
        <w:t>之后，您将乘车返回黄山市，参观屯溪老街。作为中国保存最完好的古街之一，它展现了南宋、明代和清代的风格。您可以沿着1200米长的街道悠闲漫步，欣赏原汁原味的徽派建筑，浏览文房四宝（笔、墨、纸、砚）等传统物品，并品尝一些著名的当地茶和点心。</w:t>
      </w:r>
    </w:p>
    <w:p>
      <w:pPr>
        <w:widowControl/>
      </w:pPr>
      <w:r>
        <w:t>游览结束后，您将在黄山市过夜。</w:t>
      </w:r>
    </w:p>
    <w:p>
      <w:pPr>
        <w:widowControl/>
      </w:pPr>
      <w:r>
        <w:t>概述：穿越古黄山：宏村、西递与屯溪尽在脚下（含早餐+午餐）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住宿：黄山市中心</w:t>
      </w:r>
    </w:p>
    <w:p>
      <w:pPr>
        <w:keepNext/>
        <w:widowControl/>
        <w:spacing w:before="240"/>
      </w:pPr>
      <w:r>
        <w:t>第4天 黄山出发｜酒店退房及送机</w:t>
      </w:r>
    </w:p>
    <w:p>
      <w:pPr>
        <w:widowControl/>
      </w:pPr>
      <w:r>
        <w:t>早餐后，您的4天黄山跟团游就此结束。司机会将您送往机场或火车站，乘坐航班或高铁前往下一个目的地。</w:t>
      </w:r>
    </w:p>
    <w:p>
      <w:pPr>
        <w:widowControl/>
      </w:pPr>
      <w:r>
        <w:t>感谢您选择亚洲奥德赛旅游的中国跟团游。我们很荣幸能参与您的旅程，并将继续竭诚为您服务。期待在您下一次中国或亚洲之旅中再次欢迎您。祝您旅途平安！</w:t>
      </w:r>
    </w:p>
    <w:p>
      <w:pPr>
        <w:widowControl/>
      </w:pPr>
      <w:r>
        <w:t>概述：离开黄山，中午12:00前退房，送机。祝您一路平安。(B)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4天黄山跟团游：黄山与宏村/西递古村落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