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Zhangjiajie Group Tour for All BEST Highlights of Zhangjiajie</w:t>
      </w:r>
    </w:p>
    <w:p>
      <w:pPr>
        <w:widowControl/>
      </w:pPr>
      <w:r>
        <w:t>Product code: AOT-GT-022</w:t>
      </w:r>
    </w:p>
    <w:p>
      <w:pPr>
        <w:keepNext/>
        <w:widowControl/>
        <w:spacing w:before="240"/>
      </w:pPr>
      <w:r>
        <w:t>Day 1 Arrive at Zhangjiajie | Airport or Train Station Transfers, Hotel Check-in</w:t>
      </w:r>
    </w:p>
    <w:p>
      <w:pPr>
        <w:widowControl/>
      </w:pPr>
      <w:r>
        <w:t>Welcome to Zhangjiajie City, an incredible destination where you can experience the reality of Hallelujah Mountain from the Movie Avatar! Upon your arrival in Zhangjiajie, the local driver will meet you at the airport exit and accompany you to your hotel. After checking in at the hotel, you will have some free time to explore the area at your leisure.</w:t>
      </w:r>
    </w:p>
    <w:p>
      <w:pPr>
        <w:widowControl/>
      </w:pPr>
      <w:r>
        <w:t>Arrival Ideas:</w:t>
      </w:r>
    </w:p>
    <w:p>
      <w:pPr>
        <w:widowControl/>
      </w:pPr>
      <w:r>
        <w:t>1. Transportation to Zhangjiajie: There are numerous flights connecting to Zhangjiajie Hehua Airport. You have the option to fly to Zhangjiajie from cities such as Beijing, Shanghai, Xian, Changsha, Chengdu, Chongqing, Hangzhou, Guangzhou, and more. Additionally, you can also take the high-speed train to Zhangjiajie from Changsha (2-4 hours), Guilin (7 hours), Shanghai (9 hours), Beijing (11 hours), Fenghuang Ancient Town (1 hour) and other destinations.</w:t>
      </w:r>
    </w:p>
    <w:p>
      <w:pPr>
        <w:widowControl/>
      </w:pPr>
      <w:r>
        <w:t>Overview: Arrive at Zhangjiajie airport, airport pick-up, transfer to your hotel and check-in.</w:t>
      </w:r>
    </w:p>
    <w:p>
      <w:pPr>
        <w:widowControl/>
      </w:pPr>
      <w:r>
        <w:t>Attractions: Explore freely today</w:t>
      </w:r>
    </w:p>
    <w:p>
      <w:pPr>
        <w:widowControl/>
      </w:pPr>
      <w:r>
        <w:t>Transport and activities: Arrive in Zhangjiajie by yourself</w:t>
      </w:r>
    </w:p>
    <w:p>
      <w:pPr>
        <w:widowControl/>
      </w:pPr>
      <w:r>
        <w:t>Accommodation: Zhangjiajie downtown</w:t>
      </w:r>
    </w:p>
    <w:p>
      <w:pPr>
        <w:keepNext/>
        <w:widowControl/>
        <w:spacing w:before="240"/>
      </w:pPr>
      <w:r>
        <w:t>Day 2 Zhangjiajie Tour | Bailong Elevator, Yuanjiajie, Tianzi Mountain</w:t>
      </w:r>
    </w:p>
    <w:p>
      <w:pPr>
        <w:widowControl/>
      </w:pPr>
      <w:r>
        <w:t>After breakfast, you will visit Zhangjiajie National Forest Park in Wulingyuan, where you will explore Yuanjiajie and behold the awe-inspiring Hallelujah Mountains (乾坤柱). Following lunch, you will be transferred to Tianzi Mountain Nature Reserve in Wulingyuan, where you will have the opportunity to explore Tianzi Mountain (天子山). Throughout the day, you will have ample time to immerse yourself in the breathtaking beauty of the Wulingyuan Scenic Area, a captivating haven of nature adorned with over 3,000 slender quartz sandstone pillars.</w:t>
      </w:r>
    </w:p>
    <w:p>
      <w:pPr>
        <w:widowControl/>
      </w:pPr>
      <w:r>
        <w:t>In the morning, your destination will be Yuanjiajie. You will board a sightseeing bus to reach the Bailong Elevator, widely known as the "World's No.1 Ladder". This elevator holds the Guinness World Records for being the tallest, fastest, and heaviest outdoor elevator for sightseeing. In just 66 seconds, you will ascend 326 meters from the valley bottom to the pinnacle of the pillar. Next, you will hike into a mysterious Pandora World - Yuanjiajie (袁家界), the actual filming location of the movie "Avatar" and the renowned Hallelujah Mountains (哈利路亚山) in reality. Don't miss the chance to capture the South Sky Pillar (南天一柱; Avatar Mountain), the Floating Mountain (1,074m;悬浮山), a towering vertical peak standing approximately 150 meters high from the deep valley, resembling a giant standing upright under the heavens. Take your time to walk along the Yuanjiajie Scenic Trail, which spans 3,500 meters and is built on the edge of a precipice. The trail is adorned with red prayer ribbons, and as you journey, you will be able to admire breathtaking natural wonders such as the Backyard Garden (后花园), Lost Soul Platform (迷魂台; The Best Natural Viewing Platform in Yuanjiajie), and the First Bridge Under Heaven (天下第一桥, a natural stone bridge and the landmark of Yuanjiajie). While immersing yourself in the extraordinary beauty, you will also deepen your understanding of Zhangjiajie's sandstone peaks and forest landform. This unique landscape is the result of specific geological structures, tectonic movements, and external forces, making it an exceptionally rare and remarkable phenomenon.</w:t>
      </w:r>
    </w:p>
    <w:p>
      <w:pPr>
        <w:widowControl/>
      </w:pPr>
      <w:r>
        <w:t>Next, board the sightseeing bus to reach the second tourist site - Tianzi Mountain Nature Reserve, which derives its name from Xiang Dakun (Xiang Tianzi), the leader of the local Tujia ethnic group who referred to himself as “Tianzi” (天子), meaning the Son of Heaven or the emperor in Chinese, during the early Ming Dynasty (1368-1644). Tianzi Mountain (天子山) is currently in the prime stage of its peak forest evolution and is renowned as the "King of Peaks". It gained fame as a fairyland in the popular Chinese TV Series - Journey to The West. Tianzi Mountain (1,262m) is well-known for its magnificent sunrise, the sea of clouds, red moon, winter snow, red leaves, and grand forest of peaks. You can proceed to Dianjiangtai Platform (点将台) to overlook the West Sea Peaks Forest (西海峰林), where rugged rocks rise from the depths of a misty canyon. You will not like to miss a view of the Imperial Writing Brush Peaks (御笔峰) which are a row of six stone pillars, each standing approximately a hundred meters tall. They are arranged in a square shape, intricately connected, and exhibit varying thicknesses from top to bottom, resembling the shape of a pen. According to legend, it is believed to be the pen used by Xiang Tianzi. Afterward, hike to He Long Park (贺龙公园) to visit the bronze statue of Marshal He Long and his warhorse, as well as the Tianzige Pavilion(天子阁). The Tianzige Pavilion, standing at 30 meters, offers a panoramic view of Tianzi Mountain, with its peaks and mountains stretching as far as the eye can see. The scene is truly spectacular. After the tour, return to your hotel for a well-deserved rest.</w:t>
      </w:r>
    </w:p>
    <w:p>
      <w:pPr>
        <w:widowControl/>
      </w:pPr>
      <w:r>
        <w:t>Notes: If you are traveling during the peak season, your guide may consider reversing the itinerary to avoid the largest crowds of tourists.</w:t>
      </w:r>
    </w:p>
    <w:p>
      <w:pPr>
        <w:widowControl/>
      </w:pPr>
      <w:r>
        <w:t>Stay overnight in Wulingyuan.</w:t>
      </w:r>
    </w:p>
    <w:p>
      <w:pPr>
        <w:widowControl/>
      </w:pPr>
      <w:r>
        <w:t>Overview: A full-day Zhangjiajie tour with Bailong Elevator, Yuanjiajie, Tianzi Mountain. (B+L)</w:t>
      </w:r>
    </w:p>
    <w:p>
      <w:pPr>
        <w:widowControl/>
      </w:pPr>
      <w:r>
        <w:t>Attractions: 3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3 Zhangjiajie Grand Canyon Tour | Zhangjiajie Grand Canyon Glass Bridge, Baofeng Lake</w:t>
      </w:r>
    </w:p>
    <w:p>
      <w:pPr>
        <w:widowControl/>
      </w:pPr>
      <w:r>
        <w:t>After breakfast, you will be transferred from Wulingyuan to Zhangjiajie Grand Canyon, which is approximately 56 km away and takes about 1.5 hours by car. There, you will have the opportunity to experience the breathtaking Grand Canyon Glass Bridge. Following that, enjoy a delicious lunch before proceeding to Baofeng Lake for a relaxing boat trip. In the late afternoon, you will be transferred back to Zhangjiajie City.</w:t>
      </w:r>
    </w:p>
    <w:p>
      <w:pPr>
        <w:widowControl/>
      </w:pPr>
      <w:r>
        <w:t>Well-known for its numerous waterfalls and fresh air in the valley, Zhangjiajie Grand Canyon is a must-visit scenic spot in Zhangjiajie, especially for photographers and adventurers. The Glass Bridge is the highlight of Zhangjiajie Grand Canyon, as it is the world's longest and highest glass-bottomed bridge, stretching between two dramatic cliffs. It spans 375 meters in length and stands 300 meters high. Designed by Israeli Haim Dotan Architects, the bridge is capable of accommodating up to 800 people at a time. It is entirely made of glass, with no steel structure. In the middle of the bridge, there is a bungee jumping platform, which is the highest in the world. Here, you can experience the thrill of the highest bungee jump and fulfill your dream of flying like Spider-Man (bungee jump fees are self-pay). Exploring the Glass Bridge typically takes about 1 hour. People from around the world are excited to take on the challenge of walking on the Zhangjiajie Glass Bridge. While walking on the bridge, you can look down through the crystal-clear base, which hovers above a lush forest and a mist-filled canyon. Standing on the transparent glass feels like floating in the air, offering a superb panoramic view of the entire Grand Canyon. Come and take the skywalk on the glass bridge to showcase your courage to the world!</w:t>
      </w:r>
    </w:p>
    <w:p>
      <w:pPr>
        <w:widowControl/>
      </w:pPr>
      <w:r>
        <w:t>After you “tremble” on the glass bridge, move to the mirror-like Baofeng Lake to restore your inner peace. From the entrance, you will take a shuttle bus to reach the pier. Then, take a wooden boat ride on Baofeng Lake, a crystal-clear alpine lake. Spanning 2.5 kilometers in length, 200-1000 meters in width, and with an average depth of 72 meters, Baofeng Lake is nestled in a basin amidst the surrounding mountains. It is adorned with lush green trees and unique rock formations, creating an idyllic atmosphere for relaxation. As you leisurely cruise on the boat, you will be captivated by the reflections of the magnificent peaks in the water and serenaded by traditional folk songs performed by the local minority people.</w:t>
      </w:r>
    </w:p>
    <w:p>
      <w:pPr>
        <w:widowControl/>
      </w:pPr>
      <w:r>
        <w:t>After the tour, return to your hotel in Wulingyuan for a good rest.</w:t>
      </w:r>
    </w:p>
    <w:p>
      <w:pPr>
        <w:widowControl/>
      </w:pPr>
      <w:r>
        <w:t>Overview: A visit to Zhangjiajie Grand Canyon Glass Bridge, Baofeng Lake. (B+L)</w:t>
      </w:r>
    </w:p>
    <w:p>
      <w:pPr>
        <w:widowControl/>
      </w:pPr>
      <w:r>
        <w:t>Attractions: 3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4 Zhangjiajie Departure | Tianmenshan National Forest Park, Tianmenshan Cable Car, Tianmen Cave, Glass Walkway</w:t>
      </w:r>
    </w:p>
    <w:p>
      <w:pPr>
        <w:widowControl/>
      </w:pPr>
      <w:r>
        <w:t>Today, you will spend a half-day tour of Tianmen Mountain in Tianmenshan National Forest Park, known as as the "Soul of Zhangjiajie" and the "No.1 Sacred Mountain of Western Hunan Province". Located only 8 kilometers away from Zhangjiajie city center, the Tianmen Mountain Scenic Area is unique in that it is suitable for people of all ages, and climbing is not necessary. There is the world's longest cable car, spanning 7,455 meters, which takes you directly to the mountaintop. Additionally, there is a small cableway available on the mountaintop. The only section that requires walking is the Tianmen Cave staircase, but don't worry, there is also an elevator available.</w:t>
      </w:r>
    </w:p>
    <w:p>
      <w:pPr>
        <w:widowControl/>
      </w:pPr>
      <w:r>
        <w:t>First, take the 30-minute cable car (7,455 meters) ride from Zhangjiajie City to the top of Tianmen Mountain. As you ascend, you'll be treated to a panoramic view of the winding mountain road with 99 bends (the Road to Heaven) and the breathtaking beauty of the bonsai gardens. Now, brace yourself for a thrilling challenge. Take a deep breath and step on the cliff path hanging on the mountainside. Walk along the Glass Walkway, a transparent glass path that stretches for 60 meters and hovers 1,430 meters above the bottomless valley, giving you a thrilling sensation of walking in the sky. Additionally, experience the 1.6-kilometer-long Cliff-Hanging Walkway, which is built along the edges of the mountain's summits. It's truly an amazing adventure! Next, you have the option to visit Tianmen Temple, a Buddhist structure that embodies the architectural style of the Qing Dynasty (1616-1912). It is surrounded by lush green forests, providing a serene atmosphere. And, you can also visit Yunmenxianding (云梦仙顶; 1,518m), the highest point in Tianmenshan National Forest Park, to enjoy a bird's eye view of the surroundings.</w:t>
      </w:r>
    </w:p>
    <w:p>
      <w:pPr>
        <w:widowControl/>
      </w:pPr>
      <w:r>
        <w:t>Afterward, go down by escalator from the mountaintop to Tianmen Cave, the world's highest natural mountain through the cave which spans 131.5 meters. Tianmen Cave, also known as Heaven's Gate Hole (天门洞), is frequently enveloped in swirling clouds and mist, and at other times, it is illuminated by ethereal rays of sunlight, resulting in a mesmerizing and ever-changing display of light and shadows. Take your time there to capture some beautiful photographs. Following that, you have the option to either walk down the 999 steps or take the elevator. Then, welcome back to another cable car station.</w:t>
      </w:r>
    </w:p>
    <w:p>
      <w:pPr>
        <w:widowControl/>
      </w:pPr>
      <w:r>
        <w:t>After the tour, it is time to end your 4 Days Zhangjiajie Best Natural Tour with Glass Bridge &amp; Tianmen Mountain. Your guide will escort you to the airport/train station for your flight or high-speed train to your next destination. Thank you for choosing Asia Odyssey Travel for your Zhangjiajie Tour, and we are always here working for you and hope to see you again for your next trip to China/Asia.</w:t>
      </w:r>
    </w:p>
    <w:p>
      <w:pPr>
        <w:widowControl/>
      </w:pPr>
      <w:r>
        <w:t>Notes:</w:t>
      </w:r>
    </w:p>
    <w:p>
      <w:pPr>
        <w:widowControl/>
      </w:pPr>
      <w:r>
        <w:t>Walking on the glass skywalk requires a shoe cover fee of 5 yuan per person, and it is an optional expense.</w:t>
      </w:r>
    </w:p>
    <w:p>
      <w:pPr>
        <w:widowControl/>
      </w:pPr>
      <w:r>
        <w:t>Overview: Depart Zhangjiajie, visit Tianmenshan and airport see-off. Safe journey home. (B+L)</w:t>
      </w:r>
    </w:p>
    <w:p>
      <w:pPr>
        <w:widowControl/>
      </w:pPr>
      <w:r>
        <w:t>Transport and activities: vehicle</w:t>
      </w:r>
    </w:p>
    <w:p>
      <w:pPr>
        <w:widowControl/>
      </w:pPr>
      <w:r>
        <w:t>Meals: Breakfast,Lunch</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Zhangjiajie Group Tour for All BEST Highlights of Zhangjiajie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