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widowControl/>
        <w:spacing w:before="240"/>
      </w:pPr>
      <w:r>
        <w:t>张家界4日跟团游，涵盖张家界所有精华景点</w:t>
      </w:r>
    </w:p>
    <w:p>
      <w:pPr>
        <w:widowControl/>
      </w:pPr>
      <w:r>
        <w:t>线路编号：AOT-GT-022</w:t>
      </w:r>
    </w:p>
    <w:p>
      <w:pPr>
        <w:keepNext/>
        <w:widowControl/>
        <w:spacing w:before="240"/>
      </w:pPr>
      <w:r>
        <w:t>第1天 抵达张家界：机场或火车站接送，酒店入住</w:t>
      </w:r>
    </w:p>
    <w:p>
      <w:pPr>
        <w:widowControl/>
      </w:pPr>
      <w:r>
        <w:t>欢迎来到张家界市。在这里，您可以亲眼看到电影《阿凡达》中哈利路亚山的真实景象！抵达张家界后，当地司机会在机场出口接您，并陪同您前往酒店。在酒店办理入住后，您有一些自由活动时间，可以随意在周边走走看看。</w:t>
      </w:r>
    </w:p>
    <w:p>
      <w:pPr>
        <w:widowControl/>
      </w:pPr>
      <w:r>
        <w:t>抵达建议：</w:t>
      </w:r>
    </w:p>
    <w:p>
      <w:pPr>
        <w:widowControl/>
      </w:pPr>
      <w:r>
        <w:t>1. 前往张家界的交通：有多条航班飞往张家界荷花机场。您可以选择从北京、上海、西安、长沙、成都、重庆、杭州、广州等城市飞往张家界。此外，您也可以从长沙（2-4小时）、桂林（7小时）、上海（9小时）、北京（11小时）、凤凰古城（1小时）等地乘坐高铁前往张家界。</w:t>
      </w:r>
    </w:p>
    <w:p>
      <w:pPr>
        <w:widowControl/>
      </w:pPr>
      <w:r>
        <w:t>概述：抵达张家界机场，接机，送往酒店并办理入住。</w:t>
      </w:r>
    </w:p>
    <w:p>
      <w:pPr>
        <w:widowControl/>
      </w:pPr>
      <w:r>
        <w:t>景点：今日自由探索</w:t>
      </w:r>
    </w:p>
    <w:p>
      <w:pPr>
        <w:widowControl/>
      </w:pPr>
      <w:r>
        <w:t>交通与活动：自行抵达张家界</w:t>
      </w:r>
    </w:p>
    <w:p>
      <w:pPr>
        <w:widowControl/>
      </w:pPr>
      <w:r>
        <w:t>住宿：张家界市区</w:t>
      </w:r>
    </w:p>
    <w:p>
      <w:pPr>
        <w:keepNext/>
        <w:widowControl/>
        <w:spacing w:before="240"/>
      </w:pPr>
      <w:r>
        <w:t>第2天 张家界之旅：百龙电梯、袁家界、天子山</w:t>
      </w:r>
    </w:p>
    <w:p>
      <w:pPr>
        <w:widowControl/>
      </w:pPr>
      <w:r>
        <w:t>早餐后，您将前往武陵源的张家界国家森林公园，探索袁家界，欣赏令人惊叹的哈利路亚山（乾坤柱）。午餐后，您将乘车前往武陵源的天子山自然保护区，在那里您将有机会探索天子山。全天您将有充足的时间欣赏武陵源风景区的绝美风光，这是一个迷人的自然天堂，点缀着3000多根细长的石英砂岩柱。</w:t>
      </w:r>
    </w:p>
    <w:p>
      <w:pPr>
        <w:widowControl/>
      </w:pPr>
      <w:r>
        <w:t>上午，您的目的地是袁家界。您将乘坐观光车到达百龙电梯，它被誉为“世界第一梯”。这部电梯保持着吉尼斯世界纪录，是最高、最快、最重的户外观光电梯。仅需66秒，您就能从谷底上升326米到达石柱顶部。接下来，您将徒步进入神秘的潘多拉世界——袁家界，这里是电影《阿凡达》的实际取景地，也是现实中著名的哈利路亚山。不要错过拍摄南天一柱（阿凡达山）、悬浮山（海拔1074米）的机会，这是一座从深谷中拔地而起约150米高的垂直山峰，宛如一位巨人矗立在天地之间。您可以悠闲地漫步在袁家界风景步道上，这条步道全长3500米，建在悬崖边缘。步道上装饰着红色的祈福丝带，沿途您可以欣赏到后花园、迷魂台（袁家界最佳天然观景台）和天下第一桥（一座天然石桥，袁家界的标志）等令人惊叹的自然奇观。在欣赏非凡美景的同时，您还将加深对张家界砂岩峰林地貌的了解。这种独特的景观是特定地质结构、构造运动和外部力量共同作用的结果，是一种极为罕见和非凡的现象。</w:t>
      </w:r>
    </w:p>
    <w:p>
      <w:pPr>
        <w:widowControl/>
      </w:pPr>
      <w:r>
        <w:t>接下来，乘坐观光车前往第二个旅游景点——天子山自然保护区，其名称来源于明朝初期（1368-1644年）当地土家族领袖向大坤（向天子），他自称“天子”，意为“天之子”或中文中的皇帝。天子山目前正处于峰林演化的鼎盛阶段，被誉为“峰林之王”。它因在中国热门电视剧《西游记》中作为仙境而闻名。天子山（海拔1262米）以其壮丽的日出、云海、红月、冬雪、红叶和宏伟的峰林而闻名。您可以前往点将台俯瞰西海峰林，那里崎岖的岩石从雾气弥漫的峡谷深处拔地而起。您不会想错过御笔峰的景色，这是一排六根石柱，每根高约百米。它们呈方形排列，错综相连，上下粗细不一，形似毛笔。据传说，这被认为是向天子使用的笔。之后，徒步前往贺龙公园，参观贺龙元帅及其战马的铜像，以及天子阁。天子阁高30米，可俯瞰天子山全景，峰峦叠嶂，一望无际。景色确实壮观。游览结束后，返回酒店好好休息。</w:t>
      </w:r>
    </w:p>
    <w:p>
      <w:pPr>
        <w:widowControl/>
      </w:pPr>
      <w:r>
        <w:t>注意：如果您在旺季旅行，导游可能会考虑调整行程顺序，以避开最大的游客人群。</w:t>
      </w:r>
    </w:p>
    <w:p>
      <w:pPr>
        <w:widowControl/>
      </w:pPr>
      <w:r>
        <w:t>夜宿武陵源。</w:t>
      </w:r>
    </w:p>
    <w:p>
      <w:pPr>
        <w:widowControl/>
      </w:pPr>
      <w:r>
        <w:t>概述：张家界全日游，包括百龙电梯、袁家界、天子山。（含早餐+午餐）</w:t>
      </w:r>
    </w:p>
    <w:p>
      <w:pPr>
        <w:widowControl/>
      </w:pPr>
      <w:r>
        <w:t>景点：3个景点</w:t>
      </w:r>
    </w:p>
    <w:p>
      <w:pPr>
        <w:widowControl/>
      </w:pPr>
      <w:r>
        <w:t>交通与活动：车辆</w:t>
      </w:r>
    </w:p>
    <w:p>
      <w:pPr>
        <w:widowControl/>
      </w:pPr>
      <w:r>
        <w:t>用餐：早餐,午餐</w:t>
      </w:r>
    </w:p>
    <w:p>
      <w:pPr>
        <w:widowControl/>
      </w:pPr>
      <w:r>
        <w:t>住宿：武陵源</w:t>
      </w:r>
    </w:p>
    <w:p>
      <w:pPr>
        <w:keepNext/>
        <w:widowControl/>
        <w:spacing w:before="240"/>
      </w:pPr>
      <w:r>
        <w:t>第3天 张家界大峡谷之旅：张家界大峡谷玻璃桥、宝峰湖</w:t>
      </w:r>
    </w:p>
    <w:p>
      <w:pPr>
        <w:widowControl/>
      </w:pPr>
      <w:r>
        <w:t>早餐后，从武陵源乘车前往张家界大峡谷，路程约56公里，约需1.5小时。抵达后，您将有机会体验令人惊叹的大峡谷玻璃桥。之后享用午餐，随后前往宝峰湖，乘船轻松游览。傍晚时分，乘车返回张家界市区。</w:t>
      </w:r>
    </w:p>
    <w:p>
      <w:pPr>
        <w:widowControl/>
      </w:pPr>
      <w:r>
        <w:t>张家界大峡谷以众多瀑布和山谷中清新的空气而闻名，是张家界必游的景点，尤其适合摄影爱好者和探险爱好者。玻璃桥是张家界大峡谷的亮点，它是世界上最长的玻璃底桥，也是最高的玻璃底桥，横跨两座陡峭的悬崖之间。桥长375米，高300米。该桥由以色列Haim Dotan Architects设计，可同时容纳800人。桥体全部由玻璃制成，没有钢结构。桥中间设有蹦极跳台，是世界上最高的蹦极跳台。在这里，您可以体验最高蹦极的刺激，实现像蜘蛛侠一样飞翔的梦想（蹦极费用自理）。游览玻璃桥通常需要约1小时。来自世界各地的人们都热衷于挑战在张家界玻璃桥上行走。走在桥上，您可以透过清澈透明的桥底俯瞰，桥底悬在茂密的森林和雾气弥漫的峡谷之上。站在透明玻璃上，感觉像漂浮在空中，可以欣赏整个大峡谷的绝佳全景。快来玻璃桥上走一走吧，向世界展示您的勇气！</w:t>
      </w:r>
    </w:p>
    <w:p>
      <w:pPr>
        <w:widowControl/>
      </w:pPr>
      <w:r>
        <w:t>在玻璃桥上“颤抖”之后，前往如镜的宝峰湖，让内心恢复平静。从入口处乘坐穿梭巴士到达码头，然后乘木船游览宝峰湖。这是一个清澈见底的高山湖泊，长2.5公里，宽200至1000米，平均深度72米，坐落在群山环绕的盆地中。湖周围绿树茂密，岩石形态独特，营造出田园般的放松氛围。乘船悠闲游览时，您会沉醉于壮丽山峰在水中的倒影，并聆听当地少数民族演唱的传统民歌。</w:t>
      </w:r>
    </w:p>
    <w:p>
      <w:pPr>
        <w:widowControl/>
      </w:pPr>
      <w:r>
        <w:t>游览结束后，返回武陵源的酒店好好休息。</w:t>
      </w:r>
    </w:p>
    <w:p>
      <w:pPr>
        <w:widowControl/>
      </w:pPr>
      <w:r>
        <w:t>概述：游览张家界大峡谷玻璃桥、宝峰湖。（含早餐+午餐）</w:t>
      </w:r>
    </w:p>
    <w:p>
      <w:pPr>
        <w:widowControl/>
      </w:pPr>
      <w:r>
        <w:t>景点：3个景点</w:t>
      </w:r>
    </w:p>
    <w:p>
      <w:pPr>
        <w:widowControl/>
      </w:pPr>
      <w:r>
        <w:t>交通与活动：车辆</w:t>
      </w:r>
    </w:p>
    <w:p>
      <w:pPr>
        <w:widowControl/>
      </w:pPr>
      <w:r>
        <w:t>用餐：早餐、午餐</w:t>
      </w:r>
    </w:p>
    <w:p>
      <w:pPr>
        <w:widowControl/>
      </w:pPr>
      <w:r>
        <w:t>住宿：武陵源</w:t>
      </w:r>
    </w:p>
    <w:p>
      <w:pPr>
        <w:keepNext/>
        <w:widowControl/>
        <w:spacing w:before="240"/>
      </w:pPr>
      <w:r>
        <w:t>第4天 张家界出发：天门山国家森林公园、天门山索道、天门洞、玻璃栈道</w:t>
      </w:r>
    </w:p>
    <w:p>
      <w:pPr>
        <w:widowControl/>
      </w:pPr>
      <w:r>
        <w:t>今天，您将用半天时间游览天门山国家森林公园的天门山，这里被称为“张家界之魂”和“湘西第一神山”。天门山风景区距离张家界市中心仅8公里，独特之处在于适合各个年龄段的游客，无需爬山。这里有世界最长的索道，全长7,455米，可直接将您送达山顶。此外，山顶还有一条小索道。唯一需要步行的路段是天门洞的台阶，但不用担心，也有电梯可用。</w:t>
      </w:r>
    </w:p>
    <w:p>
      <w:pPr>
        <w:widowControl/>
      </w:pPr>
      <w:r>
        <w:t>首先，从张家界市区乘坐30分钟的索道（7,455米）到达天门山顶。上升途中，您可以欣赏到有99道弯的盘山公路（通天大道）的全景以及盆景花园的美丽风光。现在，准备好迎接惊险的挑战。深呼吸，踏上悬挂在山腰的悬崖小径。沿着玻璃栈道行走，这是一条透明玻璃步道，全长60米，悬在深不见底的峡谷上方1,430米处，让您感受在空中行走的惊险刺激。此外，体验全长1.6公里的悬崖栈道，它沿着山顶边缘修建。这真是一次奇妙的冒险！接下来，您可以选择参观天门山寺，这是一座体现清代（1616-1912）建筑风格的佛教建筑，被茂密的绿色森林环绕，环境宁静。您还可以参观云梦仙顶（1,518米），这是天门山国家森林公园的最高点，可以俯瞰四周景色。</w:t>
      </w:r>
    </w:p>
    <w:p>
      <w:pPr>
        <w:widowControl/>
      </w:pPr>
      <w:r>
        <w:t>之后，从山顶乘扶梯下到天门洞，这是世界最高的天然穿山溶洞，跨度131.5米。天门洞，又称天门洞，常常被缭绕的云雾笼罩，有时又被空灵的阳光照亮，形成迷人而变幻的光影效果。在那里慢慢欣赏，拍些美丽的照片。随后，您可以选择步行下999级台阶或乘坐电梯。然后，返回另一个索道站。</w:t>
      </w:r>
    </w:p>
    <w:p>
      <w:pPr>
        <w:widowControl/>
      </w:pPr>
      <w:r>
        <w:t>游览结束后，您的4天张家界最佳自然之旅（含玻璃桥和天门山）就此结束。导游将送您到机场或火车站，搭乘航班或高铁前往下一个目的地。感谢您选择亚洲奥德赛旅游的张家界之旅，我们随时为您服务，希望您下次中国或亚洲之旅再次相见。</w:t>
      </w:r>
    </w:p>
    <w:p>
      <w:pPr>
        <w:widowControl/>
      </w:pPr>
      <w:r>
        <w:t>备注：</w:t>
      </w:r>
    </w:p>
    <w:p>
      <w:pPr>
        <w:widowControl/>
      </w:pPr>
      <w:r>
        <w:t>在玻璃栈道上行走需要支付鞋套费每人5元，这是可选费用。</w:t>
      </w:r>
    </w:p>
    <w:p>
      <w:pPr>
        <w:widowControl/>
      </w:pPr>
      <w:r>
        <w:t>概述：离开张家界，游览天门山并送机。一路平安。(B+L)</w:t>
      </w:r>
    </w:p>
    <w:p>
      <w:pPr>
        <w:widowControl/>
      </w:pPr>
      <w:r>
        <w:t>交通与活动：车辆</w:t>
      </w:r>
    </w:p>
    <w:p>
      <w:pPr>
        <w:widowControl/>
      </w:pPr>
      <w:r>
        <w:t>用餐：早餐,午餐</w:t>
      </w:r>
    </w:p>
    <w:sectPr w:rsidR="00FC693F" w:rsidRPr="0006063C" w:rsidSect="00034616"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Arial" w:hAnsi="Arial" w:eastAsia="Noto Sans CJK SC"/>
      <w:b w:val="0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40" w:line="276" w:lineRule="auto"/>
      <w:outlineLvl w:val="0"/>
    </w:pPr>
    <w:rPr>
      <w:rFonts w:asciiTheme="majorHAnsi" w:eastAsiaTheme="majorEastAsia" w:hAnsiTheme="majorHAnsi" w:cstheme="majorBidi" w:ascii="Arial" w:hAnsi="Arial" w:eastAsia="Noto Sans CJK SC"/>
      <w:b w:val="0"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76" w:lineRule="auto"/>
      <w:contextualSpacing/>
    </w:pPr>
    <w:rPr>
      <w:rFonts w:asciiTheme="majorHAnsi" w:eastAsiaTheme="majorEastAsia" w:hAnsiTheme="majorHAnsi" w:cstheme="majorBidi" w:ascii="Arial" w:hAnsi="Arial" w:eastAsia="Noto Sans CJK SC"/>
      <w:b w:val="0"/>
      <w:color w:val="000000"/>
      <w:spacing w:val="5"/>
      <w:kern w:val="28"/>
      <w:sz w:val="2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张家界4日跟团游，涵盖张家界所有精华景点</dc:title>
  <dc:subject/>
  <dc:creator>Asia Odyssey Travel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