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8 Days Classic Yunnan Group Tour: Kunming Dali Shangri-La Lijiang</w:t>
      </w:r>
    </w:p>
    <w:p>
      <w:pPr>
        <w:widowControl/>
      </w:pPr>
      <w:r>
        <w:t>Product code: AOT-GT-023</w:t>
      </w:r>
    </w:p>
    <w:p>
      <w:pPr>
        <w:keepNext/>
        <w:widowControl/>
        <w:spacing w:before="240"/>
      </w:pPr>
      <w:r>
        <w:t>Day 1 Kunming Arrival | Pick-up and Hotel Check-in</w:t>
      </w:r>
    </w:p>
    <w:p>
      <w:pPr>
        <w:widowControl/>
      </w:pPr>
      <w:r>
        <w:t>Welcome to Kunming (昆明), the capital of Yunnan Province! Upon arrival in Kunming, our local driver will meet you and your group at the airport at the appointed time and escort you to your hotel in the downtown area.</w:t>
      </w:r>
    </w:p>
    <w:p>
      <w:pPr>
        <w:widowControl/>
      </w:pPr>
      <w:r>
        <w:t>Known as the "Spring City" for its mild, year-round climate, Kunming is a popular destination for those escaping harsh winters or scorching summers. The pleasant weather also allows flowers to bloom throughout the year, giving Kunming the nickname "Flower City". Whether you seek a relaxing retreat, cultural immersion, or the chance to explore breathtaking landscapes and savor Yunnan's delicious cuisine, Kunming offers something for everyone.</w:t>
      </w:r>
    </w:p>
    <w:p>
      <w:pPr>
        <w:widowControl/>
      </w:pPr>
      <w:r>
        <w:t>Arrival Options for Kunming:</w:t>
      </w:r>
    </w:p>
    <w:p>
      <w:pPr>
        <w:widowControl/>
      </w:pPr>
      <w:r>
        <w:t>By Air: Kunming Changshui International Airport (KMG) offers direct international flights to destinations such as Vientiane (Laos), Bangkok/Chiang Mai/Phuket (Thailand), Hanoi/Ho Chi Minh (Vietnam), Siem Reap (Cambodia), Kathmandu (Nepal), Kolkata (India), Colombo (Sri Lanka), Tokyo (Japan), Kuala Lumpur (Malaysia), and Singapore. It also connects directly to major Chinese cities like Beijing, Shanghai, Xi'an, Chengdu, and Hong Kong.</w:t>
      </w:r>
    </w:p>
    <w:p>
      <w:pPr>
        <w:widowControl/>
      </w:pPr>
      <w:r>
        <w:t>By Train: Kunming is served by both Kunming Railway Station and South Railway Station, offering numerous high-speed train connections. Within Yunnan, travel times include Dali (2.5 hours), Lijiang (4 hours), and Xishuangbanna (3.5 hours). Trains also connect Kunming to cities across China, such as Guiyang (2 hours), Chongqing (4 hours), Chengdu (5.5 hours), Guangzhou (7 hours), Hong Kong (7.5 hours), Beijing (11 hours), and Shanghai (11 hours). Additionally, the Kunming to Vientiane train on the China-Laos Railway takes approximately 10 hours. (Note: If you travel to Kunming by train, please choose Kunming Railway Station as your first choice. If you choose Kunming South Railway Station, an additional fee will apply.)</w:t>
      </w:r>
    </w:p>
    <w:p>
      <w:pPr>
        <w:widowControl/>
      </w:pPr>
      <w:r>
        <w:t>Overview: Upon arrival in Kunming, you'll be met by our driver at the airport or train station and transferred to your hotel for check-in.</w:t>
      </w:r>
    </w:p>
    <w:p>
      <w:pPr>
        <w:widowControl/>
      </w:pPr>
      <w:r>
        <w:t>Attractions: explore freely today</w:t>
      </w:r>
    </w:p>
    <w:p>
      <w:pPr>
        <w:widowControl/>
      </w:pPr>
      <w:r>
        <w:t>Transport and activities: arrive in Kunming by yourself</w:t>
      </w:r>
    </w:p>
    <w:p>
      <w:pPr>
        <w:widowControl/>
      </w:pPr>
      <w:r>
        <w:t>Accommodation: Comfortable</w:t>
      </w:r>
    </w:p>
    <w:p>
      <w:pPr>
        <w:keepNext/>
        <w:widowControl/>
        <w:spacing w:before="240"/>
      </w:pPr>
      <w:r>
        <w:t>Day 2 Kunming Tour | Stone Forest, Yuantong Temple, Green Lake Park, Yunnan Rice Noodles</w:t>
      </w:r>
    </w:p>
    <w:p>
      <w:pPr>
        <w:widowControl/>
      </w:pPr>
      <w:r>
        <w:t>On this day, your whole group will be transferred to the Stone Forest, a World Heritage Site in South China Karst, for an unforgettable Kunming excursion. Afterward, return to downtown Kunming for a classic city tour, including Yuantong Temple, Green Lake Park (Cuihu Park), and other sites based on your interests and available time.</w:t>
      </w:r>
    </w:p>
    <w:p>
      <w:pPr>
        <w:widowControl/>
      </w:pPr>
      <w:r>
        <w:t>Start your day with a visit to the Stone Forest (石林, 80km from Kunming, about 1.5 hours' drive) - a must-see natural wonder that was once submerged under an ancient sea. Known as Shilin in Chinese, this national geological park showcases remarkable stone formations that evolved over 270 million years through marine sedimentation, crustal uplift, volcanic lava coverage, erosion, and leveling. Within the Stone Forest, explore the Big and Small Stone Forests by sightseeing bus, marveling at the unique karst formations and traces of geological history. The site also highlights the Yi ethnic culture, and you can immerse yourself in the legend of Ashima (阿诗玛) and explore filming locations for the 1986 TV series Journey to the West.</w:t>
      </w:r>
    </w:p>
    <w:p>
      <w:pPr>
        <w:widowControl/>
      </w:pPr>
      <w:r>
        <w:t>After that, return to Kunming for a visit to Yuantong Temple (圆通寺), a tranquil oasis in the city center with a unique water courtyard layout and over 1,200 years of history. Yuantong Temple is China's oldest Guanyin Temple and features a rare “Downhill Temple” design, where visitors descend rather than ascend upon entering. This sacred site houses Buddhist traditions from the Han, Southern, and Tibetan regions and includes the Bronze Buddha Hall, a Southeast Asian-style building that holds a Buddha statue gifted by Thailand's Buddhist Association.</w:t>
      </w:r>
    </w:p>
    <w:p>
      <w:pPr>
        <w:widowControl/>
      </w:pPr>
      <w:r>
        <w:t>Afterward, enjoy a scenic walk at Green Lake Park (翠湖公园), just 700 meters from Yuantong Temple. Once a marshy bay of Dianchi Lake, Cuihu Park became a city lake during the Ming Dynasty and is often called the “jade within the city.” Divided by embankments reminiscent of West Lake's Su Causeway, the park has historical buildings, famous residences, and a sculpture honoring Nie Er, the composer of China's national anthem. Cuihu is beloved by locals for strolling, feeding fish, watching the seasonal migration of Black-headed Gulls from Siberia, and enjoying lotus blooms, flower lanterns, and the vibrant atmosphere.</w:t>
      </w:r>
    </w:p>
    <w:p>
      <w:pPr>
        <w:widowControl/>
      </w:pPr>
      <w:r>
        <w:t>Featured Dinner Arranged by Asia Odyssey Travel:</w:t>
      </w:r>
    </w:p>
    <w:p>
      <w:pPr>
        <w:widowControl/>
      </w:pPr>
      <w:r>
        <w:t>This evening, enjoy a special treat: authentic Yunnan Cross-bridge Rice Noodles (云南过桥米线), one of Yunnan's signature dishes. Featuring delicate rice noodles in a rich broth with various toppings, this traditional dish offers a true taste of Yunnan's flavors. Enjoy the rice noodles while listening to the story of why it is called the Cross-Bridge Rice Noodles.</w:t>
      </w:r>
    </w:p>
    <w:p>
      <w:pPr>
        <w:widowControl/>
      </w:pPr>
      <w:r>
        <w:t>After the tour, be escorted back to your hotel in Kunming.</w:t>
      </w:r>
    </w:p>
    <w:p>
      <w:pPr>
        <w:widowControl/>
      </w:pPr>
      <w:r>
        <w:t>Overview: Explore Kunming's highlights with a visit to the Stone Forest, Yuantong Temple, Green Lake Park, and a taste of authentic Yunnan rice noodles. (B+D)</w:t>
      </w:r>
    </w:p>
    <w:p>
      <w:pPr>
        <w:widowControl/>
      </w:pPr>
      <w:r>
        <w:t>Attractions: 3 iconic sites</w:t>
      </w:r>
    </w:p>
    <w:p>
      <w:pPr>
        <w:widowControl/>
      </w:pPr>
      <w:r>
        <w:t>Transport and activities: Vehicle</w:t>
      </w:r>
    </w:p>
    <w:p>
      <w:pPr>
        <w:widowControl/>
      </w:pPr>
      <w:r>
        <w:t>Meals: Breakfast, Dinner</w:t>
      </w:r>
    </w:p>
    <w:p>
      <w:pPr>
        <w:widowControl/>
      </w:pPr>
      <w:r>
        <w:t>Accommodation: Comfortable</w:t>
      </w:r>
    </w:p>
    <w:p>
      <w:pPr>
        <w:keepNext/>
        <w:widowControl/>
        <w:spacing w:before="240"/>
      </w:pPr>
      <w:r>
        <w:t>Day 3 Kunming to Dali by High Speed Train | Three Pagodas of Chongsheng Temple, Erhai Lake, Free Time in Dali Ancient Town</w:t>
      </w:r>
    </w:p>
    <w:p>
      <w:pPr>
        <w:widowControl/>
      </w:pPr>
      <w:r>
        <w:t>In this morning, you will take the high speed train from Kunming to Dali. Upon arrival in Dali, pick you up at the train station. And our guide will take you and your group to visit the Three Pagodas of Chongsheng Temple, offering a deep dive into Dali's rich history and spiritual heritage.</w:t>
      </w:r>
    </w:p>
    <w:p>
      <w:pPr>
        <w:widowControl/>
      </w:pPr>
      <w:r>
        <w:t>The Three Pagodas of Chongsheng Temple (崇圣寺三塔景区), set against the stunning backdrop of the Cangshan Mountains and overlooking Erhai Lake, are an iconic symbol of Dali. These three pagodas consist of a central pagoda, Qianxun Pagoda, which stands at 69 meters, flanked by two smaller pagodas. According to local legend, the pagodas were constructed to deter dragons that once inhabited the swampy area of Dali. Take time to appreciate the intricate architectural details that have allowed these structures to withstand the centuries. Don't miss the picturesque reflection pond in front of the pagodas, offering stunning mirror images perfect for photos.</w:t>
      </w:r>
    </w:p>
    <w:p>
      <w:pPr>
        <w:widowControl/>
      </w:pPr>
      <w:r>
        <w:t>Next, visit Chongsheng Temple (崇圣寺), located just behind the pagodas. Once the royal temple of the Dali Kingdom of Nanzhao and nicknamed “the Capital of Buddhism,” it is also known as Tianlong Temple from Jin Yong's Demi-Gods and Semi-Devils. As you tour the temple grounds, explore worship halls such as the Mahavira Hall and enjoy the tranquil atmosphere. From higher points, you can take in sweeping panoramic views of the Cangshan Mountains and Erhai Lake.</w:t>
      </w:r>
    </w:p>
    <w:p>
      <w:pPr>
        <w:widowControl/>
      </w:pPr>
      <w:r>
        <w:t>After that, take an electric cart along the ecological corridor of the west side of Erhai Lake (洱海). Named "Ear-shaped Sea" due to its unique form, Erhai is the second-largest highland lake in China and a central feature of the Dali Bai Autonomous Prefecture. Along the way, you'll enjoy breathtaking views of the expansive blue lake framed by the majestic Cangshan Mountains. And, you'll pass through charming Bai villages, green fields, and vibrant flowers.</w:t>
      </w:r>
    </w:p>
    <w:p>
      <w:pPr>
        <w:widowControl/>
      </w:pPr>
      <w:r>
        <w:t>In this afternoon, explore the captivating Dali Ancient Town (大理古城) independently. At dusk, the town's lively night markets begin to stir. Relax at one of the many cozy coffee shops or bars. Originally established during the Ming Dynasty over 600 years ago, Dali Old Town once served as the capital of the Nanzhao and Dali Kingdoms. Stroll along main streets like Renmin Road and Foreigner Street, which feature well-preserved traditional Bai architecture, alleyways, unique workshops, temples, and even antique-flavored schools and churches. The blend of history and culture creates a truly unique experience.</w:t>
      </w:r>
    </w:p>
    <w:p>
      <w:pPr>
        <w:widowControl/>
      </w:pPr>
      <w:r>
        <w:t>After the tour, return to your hotel in Dali.</w:t>
      </w:r>
    </w:p>
    <w:p>
      <w:pPr>
        <w:widowControl/>
      </w:pPr>
      <w:r>
        <w:t>Overview: Go from Kunming to Dali by high-speed train, explore Three Pagodas, Erhai Lake, Dali Ancient Town. (B)</w:t>
      </w:r>
    </w:p>
    <w:p>
      <w:pPr>
        <w:widowControl/>
      </w:pPr>
      <w:r>
        <w:t>Attractions: 3 sites</w:t>
      </w:r>
    </w:p>
    <w:p>
      <w:pPr>
        <w:widowControl/>
      </w:pPr>
      <w:r>
        <w:t>Transport and activities: Vehicle</w:t>
      </w:r>
    </w:p>
    <w:p>
      <w:pPr>
        <w:widowControl/>
      </w:pPr>
      <w:r>
        <w:t>Meals: Breakfast</w:t>
      </w:r>
    </w:p>
    <w:p>
      <w:pPr>
        <w:widowControl/>
      </w:pPr>
      <w:r>
        <w:t>Accommodation: Comfortable</w:t>
      </w:r>
    </w:p>
    <w:p>
      <w:pPr>
        <w:keepNext/>
        <w:widowControl/>
        <w:spacing w:before="240"/>
      </w:pPr>
      <w:r>
        <w:t>Day 4 Dali to Shangri-La | Xizhou Local Market, Xizhou Ancient Town, Zhoucheng Tie-dye</w:t>
      </w:r>
    </w:p>
    <w:p>
      <w:pPr>
        <w:widowControl/>
      </w:pPr>
      <w:r>
        <w:t>After breakfast, let's experience the lively atmosphere of Xizhou at the local market. There's no better way to get under the skin of a place than by exploring its local market, here you can witness firsthand the local customs and mouth-watering dietary habits. This market has been a gathering spot for over a century where locals trade a wide array of goods - from farm-fresh produce and unique handicrafts to tantalizing local snacks. Yunnan, fondly known as the "Kingdom of Flora and Fauna," is a place where flowers and insects find their way into the local cuisine! Don't be surprised if you come across unfamiliar vegetables, fruits, and wild mushrooms. While you're there, don't miss your chance to try local favorites like Xizhou baba (a tasty stuffed pancake, savory or sweet) and a cup of freshly brewed Yunnan coffee.</w:t>
      </w:r>
    </w:p>
    <w:p>
      <w:pPr>
        <w:widowControl/>
      </w:pPr>
      <w:r>
        <w:t>After exploring the market, take a walking tour of Xizhou Ancient Town (喜洲古镇), acclaimed as the "Premier Town of the Bai people" due to its exceptionally the largest and best-preserved cluster of Bai ethnic group's traditional dwellings. Xizhou Village is ideal for those seeking a more authentic and tranquil cultural experience of Bai life and traditions. As you wander through the village, visit some of the old mansions and Bai residences like Yan Family Compound (严家大院), you'll notice the most distinctive features of Bai architecture known as "Three-Room and One-Screen Wall (三房一照壁)" and "Siheyuan/Courtyard (四合院)”. These homes are adorned with exquisite details such as flying eaves, ornately carved wooden doors and beautifully painted walls typical of Bai aesthetics. Don't miss the "Three Courses of Tea" ceremony (三道茶), a Bai cultural practice you must experience. This tea ceremony, which transitions from bitter to sweet to an aftertaste, encapsulates the philosophy of "embraces hardship, values the sweetness that follows struggles, and reflects on the profound aftertastes that life experiences leave behind". In addition, Xizhou is surrounded by vast wheat fields, creating a striking contrast against the grey-and-white tones of the Bai minority dwellings. This harmonious coexistence with nature provides a healing, wonderful feeling. The beautiful scenery, especially in spring and autumn, draws tourists to appreciate Xizhou's charms.</w:t>
      </w:r>
    </w:p>
    <w:p>
      <w:pPr>
        <w:widowControl/>
      </w:pPr>
      <w:r>
        <w:t>Next, make your way to Zhoucheng Village, which is just a short drive from Xizhou. Zhoucheng Village (周城), is often referred to as the “Hometown of Bai Embroidery ”. It is Bai people village, famous for its traditional tie-dye art (扎染), which has been preserved and passed down through generations. The Bai tie-dye technique has been listed as a National Intangible Cultural Heritage. Explore workshops within the village that showcase exquisite Bai embroidery. These pieces often depict traditional motifs such as lotus flowers, fish, and birds, which carry significant cultural symbolism. Engage with the local craftsmen and women, many of whom have inherited their skills from generations. If you're lucky, you may witness live demonstrations of Bai embroidery and tie-dye techniques.</w:t>
      </w:r>
    </w:p>
    <w:p>
      <w:pPr>
        <w:widowControl/>
      </w:pPr>
      <w:r>
        <w:t>In this afternoon, your group will be transferred to Shangri-La (only with the driver), located in the northwest of Dali city, about 300km, 4-hours' drive. Welcome to Shangri-La (香格里拉)! Nestled in the northwestern part of Yunnan Province in Diqing Tibetan Autonomous Prefecture, Shangri-La was formerly known as Zhongdian. This charming paradise is considered the real Shangri-La on earth. Inspired by the mythical paradise described in James Hilton's novel "Lost Horizon", Shangri-La lives up to its name. Hidden among majestic mountains, it beckons you with a landscape shrouded in mystery and legend, a place where fairytale scenery awaits.</w:t>
      </w:r>
    </w:p>
    <w:p>
      <w:pPr>
        <w:widowControl/>
      </w:pPr>
      <w:r>
        <w:t>Overview: Explore local market, Xizhou Ancient Town, Zhoucheng Tie-dye in Dali; head to Shangri-La after Dali trip. (B)</w:t>
      </w:r>
    </w:p>
    <w:p>
      <w:pPr>
        <w:widowControl/>
      </w:pPr>
      <w:r>
        <w:t>Attractions: 3 sites</w:t>
      </w:r>
    </w:p>
    <w:p>
      <w:pPr>
        <w:widowControl/>
      </w:pPr>
      <w:r>
        <w:t>Transport and activities: Vehicle</w:t>
      </w:r>
    </w:p>
    <w:p>
      <w:pPr>
        <w:widowControl/>
      </w:pPr>
      <w:r>
        <w:t>Meals: Breakfast</w:t>
      </w:r>
    </w:p>
    <w:p>
      <w:pPr>
        <w:widowControl/>
      </w:pPr>
      <w:r>
        <w:t>Accommodation: Comfortable</w:t>
      </w:r>
    </w:p>
    <w:p>
      <w:pPr>
        <w:keepNext/>
        <w:widowControl/>
        <w:spacing w:before="240"/>
      </w:pPr>
      <w:r>
        <w:t>Day 5 Shangri-La Tour | Pudacuo National Park, Songzanlin Monastery, Dukezong Ancient Town, Tibetan Family Visit</w:t>
      </w:r>
    </w:p>
    <w:p>
      <w:pPr>
        <w:widowControl/>
      </w:pPr>
      <w:r>
        <w:t>In this morning, your group will enjoy a scenic drive (about 40 minutes) to Pudacuo National Park (普达措, also known as Potatso National Park), the first national park in China. Situated on the vast Tibetan Plateau and forming an important part of the "Three Parallel Rivers" scenic spot, the park is renowned for its pristine landscapes. Encompassing scenic hills, meadows, lakes, diverse plant life, and abundant bird species, the park is also home to over 100 endangered animals including leopards, cranes, macaques, and lynxes. Your journey begins with a sightseeing bus ride to Shudu Lake (altitude: 3,705 meters), the park's largest lake famed for its crystal-clear water and serene beauty. Take a leisurely hike around the well-maintained path suitable for most fitness levels. Afterwards, hop on a sightseeing bus to Bita Lake (altitude: 3,568 meters). A jewel nestled amidst the mountains and considered sacred by the local Tibetans, Bita Lake's turquoise waters and snow-capped backdrop create a picture-perfect scene. Take another short hike around the lake, a trail that leads you deeper into the heart of the park.</w:t>
      </w:r>
    </w:p>
    <w:p>
      <w:pPr>
        <w:widowControl/>
      </w:pPr>
      <w:r>
        <w:t>After that, our local guide will take your group to visit Songzanlin Monastery (松赞林寺, also known as Ganden Sumtsenling Monastery), a sprawling complex perched at an altitude of 3,380 meters. Founded in 1679 by the Fifth Dalai Lama, Songzanlin Monastery is the largest Tibetan Buddhist monastery in Yunnan Province. Inspired by the Potala Palace in Lhasa, it's often referred to as the "Little Potala Palace". The monastery's architecture is a fascinating fusion of Tibetan and Han Chinese styles. Currently, around 700 monks reside in its 200 associated houses. Ascend the steps and enter the monastery's three grand halls: Zhacang Hall (the central and highest hall), Jikang Hall (dedicated to Tsongkhapa), and Sakyamuni Hall (dedicated to Shakyamuni Buddha). Here, you'll witness Tibetan monks chanting and meditating, enveloped in the monastery's solemn atmosphere. The climb will be rewarded with a breathtaking panoramic view of the entire monastery complex and the beautiful Lamuyangcuo Lake.</w:t>
      </w:r>
    </w:p>
    <w:p>
      <w:pPr>
        <w:widowControl/>
      </w:pPr>
      <w:r>
        <w:t>In this afternoon, your group will visit Dukezong Ancient Town (独克宗古城), with over 1,300 years history, which is the best-preserved and largest Tibetan residential cluster in China. It holds the distinction of being the oldest castle along the Tea Horse Road. The name "Dukezong" translates to "Moonlight Castle built on a Stone" and it is also known as the City of Moonlight. Here, you will discover a world of traditional Tibetan houses, ancient temples, beautiful pagodas, and narrow, winding alleyways, all adorned with iconic Tibetan prayer flags of various colors. Take a hike up Guishan Hill and join the locals in turning the world's largest prayer wheel for good luck and happiness. From this vantage point, you can capture a breathtaking panoramic view of the entire town. Afterwards, wander through the distinctive alleys and immerse yourself in the rich tapestry of Tibetan culture.</w:t>
      </w:r>
    </w:p>
    <w:p>
      <w:pPr>
        <w:widowControl/>
      </w:pPr>
      <w:r>
        <w:t>Special Experience Arranged by Asia Odyssey Travel:</w:t>
      </w:r>
    </w:p>
    <w:p>
      <w:pPr>
        <w:widowControl/>
      </w:pPr>
      <w:r>
        <w:t>This evening, to connect closely with the local Tibetans, we will take your group to visit a Tibetan family to experience their authentic daily life and sample local snacks and yak butter tea in their welcoming home.</w:t>
      </w:r>
    </w:p>
    <w:p>
      <w:pPr>
        <w:widowControl/>
      </w:pPr>
      <w:r>
        <w:t>After the tour, be escorted to your hotel in Shangri-La.</w:t>
      </w:r>
    </w:p>
    <w:p>
      <w:pPr>
        <w:widowControl/>
      </w:pPr>
      <w:r>
        <w:t>Overview: Enjoy full day in Shangri-La and explore Pudacuo National Park, Songzanlin Monastery, Dukezong Ancient Town; have a Tibetan Family Visit. (B)</w:t>
      </w:r>
    </w:p>
    <w:p>
      <w:pPr>
        <w:widowControl/>
      </w:pPr>
      <w:r>
        <w:t>Attractions: 4 sites</w:t>
      </w:r>
    </w:p>
    <w:p>
      <w:pPr>
        <w:widowControl/>
      </w:pPr>
      <w:r>
        <w:t>Transport and activities: Vehicle</w:t>
      </w:r>
    </w:p>
    <w:p>
      <w:pPr>
        <w:widowControl/>
      </w:pPr>
      <w:r>
        <w:t>Meals: Breakfast</w:t>
      </w:r>
    </w:p>
    <w:p>
      <w:pPr>
        <w:widowControl/>
      </w:pPr>
      <w:r>
        <w:t>Accommodation: Comfortable</w:t>
      </w:r>
    </w:p>
    <w:p>
      <w:pPr>
        <w:keepNext/>
        <w:widowControl/>
        <w:spacing w:before="240"/>
      </w:pPr>
      <w:r>
        <w:t>Day 6 Shangri-La to Lijiang | Tiger Leaping Gorge, First Bend of the Yangtze River, Lijiang Old Town, Black Dragon Pond Park</w:t>
      </w:r>
    </w:p>
    <w:p>
      <w:pPr>
        <w:widowControl/>
      </w:pPr>
      <w:r>
        <w:t>This morning, your group will be escorted from Shangri-La to Lijiang, with opportunities to explore breathtaking natural landscapes along the way.</w:t>
      </w:r>
    </w:p>
    <w:p>
      <w:pPr>
        <w:widowControl/>
      </w:pPr>
      <w:r>
        <w:t>During the drive, you'll stop to visit the Upper Section of Tiger Leaping Gorge (上虎跳, altitude: 1,800 meters). According to legend, this spot earned its name when a tiger, chased by a hunter, made a legendary leap across the narrowest point of the gorge, cornered by the rushing Jinsha River (part of the Yangtze River) below. One of the deepest gorges in the world, Tiger Leaping Gorge offers a stunning view of the roaring Jinsha River and the natural power of its waters. With Jade Dragon Snow Mountain (5,596m) and Haba Snow Mountain (5,386m) towering on either side, you'll be immersed in the beautiful and diverse landscapes. You'll walk along the plank road, which has both ascending and descending sections (Optional: For a fee, you can take the lift to conserve energy).</w:t>
      </w:r>
    </w:p>
    <w:p>
      <w:pPr>
        <w:widowControl/>
      </w:pPr>
      <w:r>
        <w:t>Later, make a stop at the First Bend of the Yangtze River (长江第一湾), where you'll witness the majestic river making a dramatic 90-degree turn from south to east in just 1 kilometer. Climb up to the observation deck for panoramic views of the Yangtze River.</w:t>
      </w:r>
    </w:p>
    <w:p>
      <w:pPr>
        <w:widowControl/>
      </w:pPr>
      <w:r>
        <w:t>Afterward, your group will proceed to Lijiang. Upon arrival, you'll have some time to explore Lijiang Old Town (丽江古城), also known as Dayan Old Town. With over 800 years of history, Lijiang Old Town was once a bustling trade center on the famous "Old Tea Horse Caravan Trail." Its labyrinthine layout features cobbled streets, traditional wooden houses with upturned eaves, ancient bridges, and an intricate network of waterways. Afterward, head to a higher vantage point for a breathtaking panoramic view of the old town, with snow-capped mountains forming a stunning backdrop. Take a short walk to Sifang Street (四方街), the town's most famous square, where you can explore Naxi handicrafts, souvenirs, local specialties, and enjoy the lively atmosphere of bustling bars with music filling the streets.</w:t>
      </w:r>
    </w:p>
    <w:p>
      <w:pPr>
        <w:widowControl/>
      </w:pPr>
      <w:r>
        <w:t>Later, visit Black Dragon Pond Park (黑龙潭公园), located at the northern edge of Lijiang Old Town. This scenic spot offers stunning views of the surrounding landscape, with the majestic Jade Dragon Snow Mountain in the background. On clear days, the reflection of the snow-capped peak on the tranquil Black Dragon Pool creates a breathtaking sight.</w:t>
      </w:r>
    </w:p>
    <w:p>
      <w:pPr>
        <w:widowControl/>
      </w:pPr>
      <w:r>
        <w:t>Stay overnight in Lijiang Old Town.</w:t>
      </w:r>
    </w:p>
    <w:p>
      <w:pPr>
        <w:widowControl/>
      </w:pPr>
      <w:r>
        <w:t>Overview: Transfer to Lijiang, visit Tiger Leaping Gorge, First Bend of the Yangtze River along the way; in Lijiang, visit Lijiang Old Town, Black Dragon Pond Park. (B)</w:t>
      </w:r>
    </w:p>
    <w:p>
      <w:pPr>
        <w:widowControl/>
      </w:pPr>
      <w:r>
        <w:t>Attractions: 4 sites</w:t>
      </w:r>
    </w:p>
    <w:p>
      <w:pPr>
        <w:widowControl/>
      </w:pPr>
      <w:r>
        <w:t>Transport and activities: Vehicle</w:t>
      </w:r>
    </w:p>
    <w:p>
      <w:pPr>
        <w:widowControl/>
      </w:pPr>
      <w:r>
        <w:t>Meals: Breakfast</w:t>
      </w:r>
    </w:p>
    <w:p>
      <w:pPr>
        <w:widowControl/>
      </w:pPr>
      <w:r>
        <w:t>Accommodation: Comfortable</w:t>
      </w:r>
    </w:p>
    <w:p>
      <w:pPr>
        <w:keepNext/>
        <w:widowControl/>
        <w:spacing w:before="240"/>
      </w:pPr>
      <w:r>
        <w:t>Day 7 Lijiang Tour | Jade Dragon Snow Mountain (Spruce Meadow), Blue Moon Valley, Baisha Murals, Shuhe Ancient Town (Optional)</w:t>
      </w:r>
    </w:p>
    <w:p>
      <w:pPr>
        <w:widowControl/>
      </w:pPr>
      <w:r>
        <w:t>After breakfast, we will depart from Lijiang Old Town to visit Jade Dragon Snow Mountain (composed of 13 peaks). It is a UNESCO World Heritage site. It is a sacred mountain for the local Naxi people and is considered the embodiment of their deity, "Sanduo." The mountain is named for its appearance, which resembles a jade dragon, especially when its peaks are covered in snow during the winter.</w:t>
      </w:r>
    </w:p>
    <w:p>
      <w:pPr>
        <w:widowControl/>
      </w:pPr>
      <w:r>
        <w:t>How to visit? We have selected the Spruce Meadow route for a relaxed experience. You will take cable car ride to an altitude of 3,240 meters. From there, you will walk on the plank road, through the spruce forest, view the mountain peak scenery. (Tip: This route is ideal as it avoids the physical demands, no high-altitude sickness.)</w:t>
      </w:r>
    </w:p>
    <w:p>
      <w:pPr>
        <w:widowControl/>
      </w:pPr>
      <w:r>
        <w:t>Afterward, take a sightseeing bus to Blue Moon Valley (蓝月谷). The valley is a breathtaking sight, with its almost surreal turquoise blue water, reflecting the majestic Jade Dragon Snow Mountain in the background. This valley boasts four lakes and a White Water Terrace. Each lake presents unique scenery, but the most beautiful one is the Jade Liquid Lake. The best time to admire the splendor of Blue Moon Valley is during a sunny midday when the lake's water, under the radiant sunlight, becomes as clear and blue as a mirror. You can capture many awesome photos here.</w:t>
      </w:r>
    </w:p>
    <w:p>
      <w:pPr>
        <w:widowControl/>
      </w:pPr>
      <w:r>
        <w:t>Special Hot Pot Experience at Jade Dragon Snow Mountain:</w:t>
      </w:r>
    </w:p>
    <w:p>
      <w:pPr>
        <w:widowControl/>
      </w:pPr>
      <w:r>
        <w:t>Asia Odyssey Travel specially arranges for your group to enjoy a hearty HOT POT after the mountain trip. Relax in the pleasant environment and enjoy the snow mountain view while savoring lunch with your friends.</w:t>
      </w:r>
    </w:p>
    <w:p>
      <w:pPr>
        <w:widowControl/>
      </w:pPr>
      <w:r>
        <w:t>Leaving the Jade Dragon Snow Mountain, you'll continue your journey to Baisha Village (白沙村), the birthplace of the Mu chieftaincy and the ancient capital of the Naxi ethnic group. Part of the UNESCO World Heritage Site "Old Town of Lijiang", Baisha Village offers a unique glimpse into the Naxi group's rich history and culture. Here, you can visit the Baisha Murals (白沙壁画), showcasing a unique fusion of Buddhist, Taoist, and local Naxi religious elements, reflecting the diverse spiritual beliefs of the region. These murals are found within several temples, including the Dabaoji Palace, the Liuli Temple, and the Wenchang Palace.</w:t>
      </w:r>
    </w:p>
    <w:p>
      <w:pPr>
        <w:widowControl/>
      </w:pPr>
      <w:r>
        <w:t>Then, if your energy permits (optional), on the way back to Lijiang, you can make a stop at Shuhe Ancient Town (束河古镇). It is an important stop along the legendary Tea Horse Ancient Road. Unlike the bustling Lijiang Old Town, Shuhe offers a tranquil escape, with charming shops selling locally-made crafts lining the narrow cobbled streets. The gentle murmur of water flowing through canals and the aroma of Naxi cuisine wafting from cozy teahouses create a peaceful atmosphere where time seems to slow down. (Note: You can try local snacks like Chicken Bean Cold Noodles, Grilled Milk Fan, Fresh Flower Cake, Yunnan Ham Mooncake, and Jar-Roasted Rose Milk.)</w:t>
      </w:r>
    </w:p>
    <w:p>
      <w:pPr>
        <w:widowControl/>
      </w:pPr>
      <w:r>
        <w:t>After the tour, head back to Lijiang.</w:t>
      </w:r>
    </w:p>
    <w:p>
      <w:pPr>
        <w:widowControl/>
      </w:pPr>
      <w:r>
        <w:t>Overview: Take full day to explore in Lijiang and Naxi ethnic culture, covering Jade Dragon Snow Mountain, Blue Moon Valley, Baisha Murals; and enjoy Yunnan-syle Hot Pot for lunch. (B+L)</w:t>
      </w:r>
    </w:p>
    <w:p>
      <w:pPr>
        <w:widowControl/>
      </w:pPr>
      <w:r>
        <w:t>Attractions: 4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8 Lijiang Departure | Check-out &amp; Transfer Service</w:t>
      </w:r>
    </w:p>
    <w:p>
      <w:pPr>
        <w:widowControl/>
      </w:pPr>
      <w:r>
        <w:t>On this day, it marks the end of your 8-Day Yunnan Group Tour in Lijiang. Enjoy some time to explore on your own until our local driver picks you up at your hotel and escorts you to the airport or the train station in Lijiang at the appointed time.</w:t>
      </w:r>
    </w:p>
    <w:p>
      <w:pPr>
        <w:widowControl/>
      </w:pPr>
      <w:r>
        <w:t>Thank you for choosing Asia Odyssey Travel for your Yunnan tour. We are always here to serve you and look forward to seeing you again on your next trip to China/Asia. Safe travels!</w:t>
      </w:r>
    </w:p>
    <w:p>
      <w:pPr>
        <w:widowControl/>
      </w:pPr>
      <w:r>
        <w:t>Overview: Your Yunnan tour concludes with a hotel check-out and transfer to Lijiang Airport/Train Station for your departure flight or train. (B)</w:t>
      </w:r>
    </w:p>
    <w:p>
      <w:pPr>
        <w:widowControl/>
      </w:pPr>
      <w:r>
        <w:t>Transport and activities: Vehicle</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Days Classic Yunnan Group Tour: Kunming Dali Shangri-La Lijiang</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